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Синій простір нещално звузився...</w:t>
      </w:r>
    </w:p>
    <w:p>
      <w:r>
        <w:br/>
        <w:t xml:space="preserve"> Синій простір нещално звузився,&lt;br /&gt;</w:t>
        <w:br/>
        <w:t>Як горіхове серце висхле.&lt;br /&gt;</w:t>
        <w:br/>
        <w:t>Я тримаю за нитку музику,&lt;br /&gt;</w:t>
        <w:br/>
        <w:t>Що над містом зависла.</w:t>
      </w:r>
    </w:p>
    <w:p>
      <w:r>
        <w:br/>
        <w:t>Пальці стислись болючим вузликом,&lt;br /&gt;</w:t>
        <w:br/>
        <w:t>Щоб утримати звуки чисті.&lt;br /&gt;</w:t>
        <w:br/>
        <w:t>Не лишай мене, птахо-музико,&lt;br /&gt;</w:t>
        <w:br/>
        <w:t>В скам’янілому місті.</w:t>
      </w:r>
    </w:p>
    <w:p>
      <w:r>
        <w:br/>
        <w:t>Перехожі, сумні й зсутулені,&lt;br /&gt;</w:t>
        <w:br/>
        <w:t>Пробігають повз мене швидко.&lt;br /&gt;</w:t>
        <w:br/>
        <w:t>Залишилась в долоні стуленій&lt;br /&gt;</w:t>
        <w:br/>
        <w:t>Лиш обірвана нитка.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Синій простір нещално звузився...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