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Синє ведмежа Гришка</w:t>
      </w:r>
    </w:p>
    <w:p>
      <w:r>
        <w:br/>
        <w:t xml:space="preserve"> &lt;p&gt;1. Вночі</w:t>
      </w:r>
    </w:p>
    <w:p>
      <w:r>
        <w:br/>
        <w:t>Леся прокинулася від голосів.</w:t>
      </w:r>
    </w:p>
    <w:p>
      <w:r>
        <w:br/>
        <w:t>— Мам, мам, а хто найголовніший вождь на Україні? Ватутін?</w:t>
      </w:r>
    </w:p>
    <w:p>
      <w:r>
        <w:br/>
        <w:t>— Спи!</w:t>
      </w:r>
    </w:p>
    <w:p>
      <w:r>
        <w:br/>
        <w:t>— А найголовніший кавалерист? Богдан Хмельницький?</w:t>
      </w:r>
    </w:p>
    <w:p>
      <w:r>
        <w:br/>
        <w:t>— Спи, тобі кажуть!</w:t>
      </w:r>
    </w:p>
    <w:p>
      <w:r>
        <w:br/>
        <w:t>………..</w:t>
      </w:r>
    </w:p>
    <w:p>
      <w:r>
        <w:br/>
        <w:t>— Мам, а хто це хропе?</w:t>
      </w:r>
    </w:p>
    <w:p>
      <w:r>
        <w:br/>
        <w:t>— Тьотя.</w:t>
      </w:r>
    </w:p>
    <w:p>
      <w:r>
        <w:br/>
        <w:t>— А хіба тьоті хропуть?</w:t>
      </w:r>
    </w:p>
    <w:p>
      <w:r>
        <w:br/>
        <w:t>— Та цить!</w:t>
      </w:r>
    </w:p>
    <w:p>
      <w:r>
        <w:br/>
        <w:t>— А тут завжди пошепки розмовляють?</w:t>
      </w:r>
    </w:p>
    <w:p>
      <w:r>
        <w:br/>
        <w:t>— Ні. Тільки вночі. Це ж гуртожиток.</w:t>
      </w:r>
    </w:p>
    <w:p>
      <w:r>
        <w:br/>
        <w:t>— А чому гуртожиток?</w:t>
      </w:r>
    </w:p>
    <w:p>
      <w:r>
        <w:br/>
        <w:t>— Спи зараз же. А то всіх побудиш, і нас виженуть…</w:t>
      </w:r>
    </w:p>
    <w:p>
      <w:r>
        <w:br/>
        <w:t>Запанувала тиша.</w:t>
      </w:r>
    </w:p>
    <w:p>
      <w:r>
        <w:br/>
        <w:t>Було чути лише, як поскрипує металева сітка на ліжку. Мабуть, хлопчик вовтузився і не міг заснути. В темряві Леся не бачила цього, але догадувалась.</w:t>
      </w:r>
    </w:p>
    <w:p>
      <w:r>
        <w:br/>
        <w:t>Не вперше Леся прокидалася вночі. Вже другий тиждень вона ночувала в цьому невеличкому двоповерховому готелі, де її мати була головним адміністратором. У готель приїздили і вселялися в будь-який час. Леся спала дуже чутко і щоразу прокидалася. Та що поробиш, коли в них капітальний ремонт і навіть стелі немає (тато спить просто неба в спальному мішку).</w:t>
      </w:r>
    </w:p>
    <w:p>
      <w:r>
        <w:br/>
        <w:t>В номері стояло шість ліжок, Лесине — біля самого вікна. Вікно було розчинене, і знадвору плинули гострі пахощі матіоли.</w:t>
      </w:r>
    </w:p>
    <w:p>
      <w:r>
        <w:br/>
        <w:t>Леся лежала, уткнувшися в подушку, і ніяка матіола не могла заглушити особливий готелевий запах постелі — чистий, свіжий, але якийсь дуже недомашній. Леся не могла звикнути до цього запаху, він весь час нагадував, що вона не вдома, і їй ставало тоскно. Особливо було тоскно, коли вона отак прокидалася вночі. Мама спала на дивані в себе в кабінеті, а поряд були незнайомі чужі жінки, майже кожної ночі нові. Двічі Леся навіть плакала вночі. Бо їй здавалося, що вона вже зовсім не засне, а до ранку було далеко-далеко. І думка про те, що доведеться безконечно довго лежати у цій чужій недомашній темряві, була страшна. А втім, Леся завжди благополучно засинала.</w:t>
      </w:r>
    </w:p>
    <w:p>
      <w:r>
        <w:br/>
        <w:t>І на цей раз теж.</w:t>
      </w:r>
    </w:p>
    <w:p>
      <w:r>
        <w:br/>
        <w:t>2. Уранці</w:t>
      </w:r>
    </w:p>
    <w:p>
      <w:r>
        <w:br/>
        <w:t>Коли Леся прокинулась, нікого вже в номері не було, крім худорлявої чорноволосої жінки з суворим обличчям і хлопчика років п'яти. Леся одразу збагнула, що це їхню розмову чула вона вночі.</w:t>
      </w:r>
    </w:p>
    <w:p>
      <w:r>
        <w:br/>
        <w:t>Жінка перебирала якісь папери в папці, що лежала на ліжку. А хлопчик стояв біля вікна й дивився у двір. У хлопчика була стрижена лобата голова з великими відстовбурченими вухами і кирпатеньким веснянкуватим носиком з широким переніссям. Причому замість заглибники на переніссі, як у всіх дітей, у хлопчика був, навпаки, горбок, потовщення, бо він весь час насуплював брови. І від цього обличчя його набувало кумедно-серйозного вигляду.</w:t>
      </w:r>
    </w:p>
    <w:p>
      <w:r>
        <w:br/>
        <w:t>Не одриваючи погляду од вікна, хлопчик зітхнув і сказав матері:</w:t>
      </w:r>
    </w:p>
    <w:p>
      <w:r>
        <w:br/>
        <w:t>— Ось подивись, який у людей велосипед.</w:t>
      </w:r>
    </w:p>
    <w:p>
      <w:r>
        <w:br/>
        <w:t>Жінка мовчки продовжувала перебирати папери.</w:t>
      </w:r>
    </w:p>
    <w:p>
      <w:r>
        <w:br/>
        <w:t>Леся знала, про кого говорить хлопчик, — це директорський Юрко вже с самого рання ганяє по подвір'ю на своєму "Орленку".</w:t>
      </w:r>
    </w:p>
    <w:p>
      <w:r>
        <w:br/>
        <w:t>— Гарний у людей велосипед, — повторив хлопчик.</w:t>
      </w:r>
    </w:p>
    <w:p>
      <w:r>
        <w:br/>
        <w:t>Не підводячи голови від своїх паперів, жінка сказала:</w:t>
      </w:r>
    </w:p>
    <w:p>
      <w:r>
        <w:br/>
        <w:t>— Ми ж домовились, що наступного року купимо зразу двоколісний. А зараз немає грошей, ти ж знаєш.</w:t>
      </w:r>
    </w:p>
    <w:p>
      <w:r>
        <w:br/>
        <w:t>— Я знаю. Це я просто так. Зовсім не для того, щоб купити.</w:t>
      </w:r>
    </w:p>
    <w:p>
      <w:r>
        <w:br/>
        <w:t>Зайшла Лесина мати.</w:t>
      </w:r>
    </w:p>
    <w:p>
      <w:r>
        <w:br/>
        <w:t>Вона усміхнулась хлопчику, як давньому знайомому, і сказала:</w:t>
      </w:r>
    </w:p>
    <w:p>
      <w:r>
        <w:br/>
        <w:t>— Лесю, Павликова мама буде сьогодні цілий день зайнята. Ти з ним пограєшся. Добре?</w:t>
      </w:r>
    </w:p>
    <w:p>
      <w:r>
        <w:br/>
        <w:t>Жінка прохально глянула на Лесю:</w:t>
      </w:r>
    </w:p>
    <w:p>
      <w:r>
        <w:br/>
        <w:t>— Взагалі-то він у мене самостійний, але все-таки не хотілося б лишати його на самоті. Побудеш з ним, Лесю?</w:t>
      </w:r>
    </w:p>
    <w:p>
      <w:r>
        <w:br/>
        <w:t>"Ну от, Клава і Свєта підуть на лиман без мене", — з досадою подумала Леся, але, знизавши плечима, сказала: — Добре.</w:t>
      </w:r>
    </w:p>
    <w:p>
      <w:r>
        <w:br/>
        <w:t>Раз мама домовилась — відмовлятися незручно.</w:t>
      </w:r>
    </w:p>
    <w:p>
      <w:r>
        <w:br/>
        <w:t>3. Синє ведмежа Гришка</w:t>
      </w:r>
    </w:p>
    <w:p>
      <w:r>
        <w:br/>
        <w:t>У дворі готелю нудно й нецікаво. Асфальтовані доріжки, клумби, три дерева і більше нічого. Дивитися, як катається на велосипеді Юрко, — тільки настрій псувати. Все одно, жаднюга, не дасть.</w:t>
      </w:r>
    </w:p>
    <w:p>
      <w:r>
        <w:br/>
        <w:t>— Ходім у сусідній двір. Там гойдалка є, — сказала Леся.</w:t>
      </w:r>
    </w:p>
    <w:p>
      <w:r>
        <w:br/>
        <w:t>— Давай, — байдуже відповів Павлик.</w:t>
      </w:r>
    </w:p>
    <w:p>
      <w:r>
        <w:br/>
        <w:t>"Нудний який. І що я цілий день з ним робитиму? — думала по дорозі Леся. — Клава і Свєта, звичайно, уже на лимані. Свєта, мабуть, принесла те, що обіцяла. Може, вона більше й не зможе принести вже…"</w:t>
      </w:r>
    </w:p>
    <w:p>
      <w:r>
        <w:br/>
        <w:t>Гойдалка була зайнята. На ній гойдалась якась незнайома дівчинка. Леся трохи постояла в нерішучості, потім підійшла до ящика з піском.</w:t>
      </w:r>
    </w:p>
    <w:p>
      <w:r>
        <w:br/>
        <w:t>— Давай з піску що-небудь збудуємо.</w:t>
      </w:r>
    </w:p>
    <w:p>
      <w:r>
        <w:br/>
        <w:t>— Я не люблю з піску будувати, — похмуро мовив Павлик.</w:t>
      </w:r>
    </w:p>
    <w:p>
      <w:r>
        <w:br/>
        <w:t>— А що ж тоді робити? — уже роздратовано спитала Леся.</w:t>
      </w:r>
    </w:p>
    <w:p>
      <w:r>
        <w:br/>
        <w:t>— Ти будуй, якщо хочеш, — винувато сказав Павлик. — А я просто дивитимусь.</w:t>
      </w:r>
    </w:p>
    <w:p>
      <w:r>
        <w:br/>
        <w:t>Але самій Лесі будувати не хотілось.</w:t>
      </w:r>
    </w:p>
    <w:p>
      <w:r>
        <w:br/>
        <w:t>Кілька хвилин вони мовчали.</w:t>
      </w:r>
    </w:p>
    <w:p>
      <w:r>
        <w:br/>
        <w:t>Павлик засунув руку за пазуху і обережно, ніби щось живе, витяг маленьке синє ведмежа з ніжної пухнастої синелі. Очі і ніс у нього були зроблені з малесеньких намистинок, і мордочка страшенно симпатична й кумедна. У піднятій вгору лапі — жовта шовкова нитка, на кінці якої прив'язано якусь круглу гумову мисочку.</w:t>
      </w:r>
    </w:p>
    <w:p>
      <w:r>
        <w:br/>
        <w:t>В Лесі загорілися очі.</w:t>
      </w:r>
    </w:p>
    <w:p>
      <w:r>
        <w:br/>
        <w:t>— Що це?</w:t>
      </w:r>
    </w:p>
    <w:p>
      <w:r>
        <w:br/>
        <w:t>— Гришка.</w:t>
      </w:r>
    </w:p>
    <w:p>
      <w:r>
        <w:br/>
        <w:t>— Чому — Гришка?</w:t>
      </w:r>
    </w:p>
    <w:p>
      <w:r>
        <w:br/>
        <w:t>— Звуть так.</w:t>
      </w:r>
    </w:p>
    <w:p>
      <w:r>
        <w:br/>
        <w:t>— А звідки він у тебе?</w:t>
      </w:r>
    </w:p>
    <w:p>
      <w:r>
        <w:br/>
        <w:t>— Дядя один подарував. Знайомий. Він нас з мамою якось на машині до вокзалу підвозив. І Гришка в нього на склі висів. Він може на якому завгодно склі висіти. Навіть на стелі, якби стеля була скляна. І на руці теж… Ось дивись.</w:t>
      </w:r>
    </w:p>
    <w:p>
      <w:r>
        <w:br/>
        <w:t>Павлик послинив долоню, притис до неї гумову мисочку, мисочка присмокталася, і ведмежа, погойдуючись, повисло на ниточці.</w:t>
      </w:r>
    </w:p>
    <w:p>
      <w:r>
        <w:br/>
        <w:t>Леся усміхнулася:</w:t>
      </w:r>
    </w:p>
    <w:p>
      <w:r>
        <w:br/>
        <w:t>— Здорово… А чому він синій?</w:t>
      </w:r>
    </w:p>
    <w:p>
      <w:r>
        <w:br/>
        <w:t>— Тому що Гришка. Всі інші ведмеді Мишки. А він — синій. Гришка.</w:t>
      </w:r>
    </w:p>
    <w:p>
      <w:r>
        <w:br/>
        <w:t>Леся перейшла у другий клас, але ляльками ще гралася. На час ремонту всі її іграшки були сховані. І зараз, дивлячись на це кумедне синє ведмежа, Леся гостро відчула, як вона скучила за своїми ляльками. Їй навіть стало шкода себе.</w:t>
      </w:r>
    </w:p>
    <w:p>
      <w:r>
        <w:br/>
        <w:t>— Дай мені його подержати. Можна? — тремтячим голосом сказала Леся.</w:t>
      </w:r>
    </w:p>
    <w:p>
      <w:r>
        <w:br/>
        <w:t>— Будь ласка. Він добрий, цей Гришка. Він завжди робить тільки хороше і ніколи поганого.</w:t>
      </w:r>
    </w:p>
    <w:p>
      <w:r>
        <w:br/>
        <w:t>Ведмежа було легке, майже невагоме, і в руці, коли Леся його взяла, було так ніжно-ніжно, що вона подумала: "А справді, він добрий".</w:t>
      </w:r>
    </w:p>
    <w:p>
      <w:r>
        <w:br/>
        <w:t>— От, наприклад, підлетить до нього бджола, — вів далі Павлик. — Покружляє, сяде на ніс. Він міг би її з'їсти, правда ж? Адже всі ведмеді люблять мед. А він — не чіпає. Не хоче кривдити… А вовка він прогнав. Вовк якось уночі приходив, коли я один дома залишався. Гришка його прогнав… А мандрівник він який! Він на машині того дяді знаєш скільки проїхав! Півземлі! Сто тисяч кілометрів. Я теж люблю їздити. А найбільш за все на світі я люблю на тролейбусі біля відчиненого вікна їхати. Голову висунеш, і вітер в обличчя… Весь час би так їхав. Хороше. Правда ж?</w:t>
      </w:r>
    </w:p>
    <w:p>
      <w:r>
        <w:br/>
        <w:t>— Ага, — непевно сказала Леся. Вона ніколи в житті не їздила в тролейбусі біля відчиненого вікна. В них у містечку не було тролейбусів.</w:t>
      </w:r>
    </w:p>
    <w:p>
      <w:r>
        <w:br/>
        <w:t>Леся зачаровано дивилася на синє ведмежа. Воно так їй подобалось! Вона будь-яку ляльку віддала б за нього.</w:t>
      </w:r>
    </w:p>
    <w:p>
      <w:r>
        <w:br/>
        <w:t>Зітхнувши, вона повернула, нарешті, його Павликові. Павлик розуміюче глянув на неї:</w:t>
      </w:r>
    </w:p>
    <w:p>
      <w:r>
        <w:br/>
        <w:t>— Подобається? Він усім подобається. Мені вже багато разів говорили мінятися. Один навіть справжній заводний грузовик давав. Та хіба я можу обміняти Гришку? Правда ж?</w:t>
      </w:r>
    </w:p>
    <w:p>
      <w:r>
        <w:br/>
        <w:t>Павлик усміхнувся і обережно сховав ведмежа знову за пазуху.</w:t>
      </w:r>
    </w:p>
    <w:p>
      <w:r>
        <w:br/>
        <w:t>Леся нахмурилася і мовчала.</w:t>
      </w:r>
    </w:p>
    <w:p>
      <w:r>
        <w:br/>
        <w:t>Павлик довго дивився на неї, потім сказав:</w:t>
      </w:r>
    </w:p>
    <w:p>
      <w:r>
        <w:br/>
        <w:t>— Тобі зі мною скучно. Правда ж?</w:t>
      </w:r>
    </w:p>
    <w:p>
      <w:r>
        <w:br/>
        <w:t>Леся чмихнула й знизала плечима:</w:t>
      </w:r>
    </w:p>
    <w:p>
      <w:r>
        <w:br/>
        <w:t>— Ні, чому… Просто взагалі скучно.</w:t>
      </w:r>
    </w:p>
    <w:p>
      <w:r>
        <w:br/>
        <w:t>— Ти, мабуть, збиралася кудись сьогодні? Гратися чи взагалі… То іди. А я тут побуду. І нікому не скажу.</w:t>
      </w:r>
    </w:p>
    <w:p>
      <w:r>
        <w:br/>
        <w:t>Леся знітилася. І раптом подумала:</w:t>
      </w:r>
    </w:p>
    <w:p>
      <w:r>
        <w:br/>
        <w:t>"А що, як справді піти з ним на лиман? Він там тихенько на березі посидить, а я — з дівчатками… Ніхто знати не будо". Вона уважно подивилася на Павлика.</w:t>
      </w:r>
    </w:p>
    <w:p>
      <w:r>
        <w:br/>
        <w:t>— Ти до моря не боїшся йти?</w:t>
      </w:r>
    </w:p>
    <w:p>
      <w:r>
        <w:br/>
        <w:t>— Ні.</w:t>
      </w:r>
    </w:p>
    <w:p>
      <w:r>
        <w:br/>
        <w:t>— Підемо. Тільки так, щоб ніхто не знав.</w:t>
      </w:r>
    </w:p>
    <w:p>
      <w:r>
        <w:br/>
        <w:t>— Підемо, якщо ти хочеш…</w:t>
      </w:r>
    </w:p>
    <w:p>
      <w:r>
        <w:br/>
        <w:t>4. На лимані</w:t>
      </w:r>
    </w:p>
    <w:p>
      <w:r>
        <w:br/>
        <w:t>У містечку була лише одна справжня міська вулиця — асфальтована, з тротуарами. Власне кажучи, це навіть була не вулиця, а шосе, що проходило через містечко. Там стояли готель, школа, кінотеатр, магазин, аптека. Решта вулиць — зовсім сільські: обабіч дерев'яні паркани, під якими зеленіла, трава, з-за парканів виглядали соняшники, кукуруза, просто на дорозі в поросі греблися кури. Одна з таких вулиць і вела до лиману.</w:t>
      </w:r>
    </w:p>
    <w:p>
      <w:r>
        <w:br/>
        <w:t>Леся одразу пожвавішала, розговорилася.</w:t>
      </w:r>
    </w:p>
    <w:p>
      <w:r>
        <w:br/>
        <w:t>— Знаєш, який у нас лиман! От побачиш. До нас завжди на літо дачники приїздять. Ви теж дачники?</w:t>
      </w:r>
    </w:p>
    <w:p>
      <w:r>
        <w:br/>
        <w:t>— Ми у відрядженні.</w:t>
      </w:r>
    </w:p>
    <w:p>
      <w:r>
        <w:br/>
        <w:t>— Якому відрядженні?</w:t>
      </w:r>
    </w:p>
    <w:p>
      <w:r>
        <w:br/>
        <w:t>— Службовому. Моя мама ревізор і часто їздить. І мене інколи бере. Бо я скучаю.</w:t>
      </w:r>
    </w:p>
    <w:p>
      <w:r>
        <w:br/>
        <w:t>— А ви взагалі де живете?</w:t>
      </w:r>
    </w:p>
    <w:p>
      <w:r>
        <w:br/>
        <w:t>— У Києві… Ти була в Києві?</w:t>
      </w:r>
    </w:p>
    <w:p>
      <w:r>
        <w:br/>
        <w:t>— Ні ще… Але скоро поїду, — збрехала Леся.</w:t>
      </w:r>
    </w:p>
    <w:p>
      <w:r>
        <w:br/>
        <w:t>Було незручно. Вона старша за нього, мабуть, на цілих три роки, а в Києві не була, в тролейбусі біля відчиненого вікна не їздила і не знає, що таке ревізор…</w:t>
      </w:r>
    </w:p>
    <w:p>
      <w:r>
        <w:br/>
        <w:t>— А ти рибу вудочкою ловив?</w:t>
      </w:r>
    </w:p>
    <w:p>
      <w:r>
        <w:br/>
        <w:t>— Ні.</w:t>
      </w:r>
    </w:p>
    <w:p>
      <w:r>
        <w:br/>
        <w:t>— А я ловила. І бичка піймала. Отакого.</w:t>
      </w:r>
    </w:p>
    <w:p>
      <w:r>
        <w:br/>
        <w:t>— Мій татко теж колись ловив. І щуку піймав. Отаку.</w:t>
      </w:r>
    </w:p>
    <w:p>
      <w:r>
        <w:br/>
        <w:t>— Так то ж тато!</w:t>
      </w:r>
    </w:p>
    <w:p>
      <w:r>
        <w:br/>
        <w:t>— Тато, — задумливо підтвердив Павлик, — звичайно.</w:t>
      </w:r>
    </w:p>
    <w:p>
      <w:r>
        <w:br/>
        <w:t>Вони спускались крутою стежкою до моря.</w:t>
      </w:r>
    </w:p>
    <w:p>
      <w:r>
        <w:br/>
        <w:t>Леся одразу побачила дівчат і замахала їм рукою. Дівчата хлюпались у воді біля великою піщаної коси. Але вони помітили Лесю лише тоді, коли вона вже вибігла на косу. Павлик набагато відстав від неї.</w:t>
      </w:r>
    </w:p>
    <w:p>
      <w:r>
        <w:br/>
        <w:t>— Лесько-о! Лесько-о! Гайда у воду! Ух, гарно! — загаласували дівчатка.</w:t>
      </w:r>
    </w:p>
    <w:p>
      <w:r>
        <w:br/>
        <w:t>Леся зупинилася. Обернулась. Павлик смішно чимчикував, широко розставляючи ноги й грузнучи в піску.</w:t>
      </w:r>
    </w:p>
    <w:p>
      <w:r>
        <w:br/>
        <w:t>"Справжнісіньке ведмежа!" — Лесі раптом стало соромно за нього перед дівчатами, які вибігли з води і з цікавістю дивилися.</w:t>
      </w:r>
    </w:p>
    <w:p>
      <w:r>
        <w:br/>
        <w:t>— Хто це — твій братик, може? — спитала Свєта, смаглява, цибата, з коротким хлоп'ячим чубчиком.</w:t>
      </w:r>
    </w:p>
    <w:p>
      <w:r>
        <w:br/>
        <w:t>— Та що ти! — пхикнула Леся. — Просто так. Приїжджий. Доглянути попросили.</w:t>
      </w:r>
    </w:p>
    <w:p>
      <w:r>
        <w:br/>
        <w:t>Павлик спинився за кілька кроків і поглядав спідлоба.</w:t>
      </w:r>
    </w:p>
    <w:p>
      <w:r>
        <w:br/>
        <w:t>— Сердитий який! — надула щоки сміхотлива руденька Клава. Свєта зареготала.</w:t>
      </w:r>
    </w:p>
    <w:p>
      <w:r>
        <w:br/>
        <w:t>Леся знітилася і, щоб якось виправдатися, сказала:</w:t>
      </w:r>
    </w:p>
    <w:p>
      <w:r>
        <w:br/>
        <w:t>— У нього ведмежа є. От гарне. Покажи.</w:t>
      </w:r>
    </w:p>
    <w:p>
      <w:r>
        <w:br/>
        <w:t>Павлик недовірливо поглядав на дівчаток.</w:t>
      </w:r>
    </w:p>
    <w:p>
      <w:r>
        <w:br/>
        <w:t>— Ну покажи. Що вони — з'їдять, чи що? Теж мені, — роздратовано сказала Леся.</w:t>
      </w:r>
    </w:p>
    <w:p>
      <w:r>
        <w:br/>
        <w:t>Павлик мовчки витяг з-за пазухи синього Гришку.</w:t>
      </w:r>
    </w:p>
    <w:p>
      <w:r>
        <w:br/>
        <w:t>— Ой, яке чудове! — перша схопила ведмежа Свєта.</w:t>
      </w:r>
    </w:p>
    <w:p>
      <w:r>
        <w:br/>
        <w:t>— Ану, покажи, покажи! — кинулася до неї Клава.</w:t>
      </w:r>
    </w:p>
    <w:p>
      <w:r>
        <w:br/>
        <w:t>— Та не лізь ти мокрими руками!</w:t>
      </w:r>
    </w:p>
    <w:p>
      <w:r>
        <w:br/>
        <w:t>— А в тебе теж мокрі!</w:t>
      </w:r>
    </w:p>
    <w:p>
      <w:r>
        <w:br/>
        <w:t>— Ой, яке гарне!</w:t>
      </w:r>
    </w:p>
    <w:p>
      <w:r>
        <w:br/>
        <w:t>— А мордочка яка, а оченята!</w:t>
      </w:r>
    </w:p>
    <w:p>
      <w:r>
        <w:br/>
        <w:t>— А м'якеньке яке!</w:t>
      </w:r>
    </w:p>
    <w:p>
      <w:r>
        <w:br/>
        <w:t>— Дай мені!</w:t>
      </w:r>
    </w:p>
    <w:p>
      <w:r>
        <w:br/>
        <w:t>— Я ще сама не подивилась!</w:t>
      </w:r>
    </w:p>
    <w:p>
      <w:r>
        <w:br/>
        <w:t>Дівчата штовхалися і видирали ведмежа одна в одної з рук. Леся ревниво поглядала на них.</w:t>
      </w:r>
    </w:p>
    <w:p>
      <w:r>
        <w:br/>
        <w:t>Павлик насупився, закопилив губи, в очах — тривога. Нарешті Леся не витримала:</w:t>
      </w:r>
    </w:p>
    <w:p>
      <w:r>
        <w:br/>
        <w:t>— Досить, віддайте, дівчата, віддайте! Як маленькі!</w:t>
      </w:r>
    </w:p>
    <w:p>
      <w:r>
        <w:br/>
        <w:t>— Добре, віддай, Клаво, а то він справді ще зарюмсає!</w:t>
      </w:r>
    </w:p>
    <w:p>
      <w:r>
        <w:br/>
        <w:t>Гришка постраждав здорово — на боках мокрі вм'ятини, жовтий шнурок потемнішав. Але Павлик нічого не сказав, мовчки послинив долоню і приліпив Гришку — сушитися.</w:t>
      </w:r>
    </w:p>
    <w:p>
      <w:r>
        <w:br/>
        <w:t>Леся поклала плаття на пісок і сказала суворо:</w:t>
      </w:r>
    </w:p>
    <w:p>
      <w:r>
        <w:br/>
        <w:t>— Сиди тут і нікуди не рипайся. А то втопишся, а я відповідатиму. Чуєш?</w:t>
      </w:r>
    </w:p>
    <w:p>
      <w:r>
        <w:br/>
        <w:t>5. Підводне царство</w:t>
      </w:r>
    </w:p>
    <w:p>
      <w:r>
        <w:br/>
        <w:t>Сьогодні Свєта принесла на лиман те, що вона давно обіцяла. Брат її — аквалангіст, займається підводним плаванням. Свєта випросила в нього на один день маску, трубку і ласти.</w:t>
      </w:r>
    </w:p>
    <w:p>
      <w:r>
        <w:br/>
        <w:t>Леся з цікавістю дивиться на чудернацьке причандалля.</w:t>
      </w:r>
    </w:p>
    <w:p>
      <w:r>
        <w:br/>
        <w:t>Оскільки Свєта і Клава вже пробували, вони благородно запропонували Лесі поплавати.</w:t>
      </w:r>
    </w:p>
    <w:p>
      <w:r>
        <w:br/>
        <w:t>Ласти одяглися легко — ноги зразу стали схожі на велетенські качині лапи. А от з маскою довелося пововтузитися — треба було підігнати її так, щоб не проходила вода. Нарешті Леся затиснула в зубах трубку й пірнула.</w:t>
      </w:r>
    </w:p>
    <w:p>
      <w:r>
        <w:br/>
        <w:t>Це було так здорово, що Лесі захотілося скрикнути від захоплення, і вона мало не захлинулася.</w:t>
      </w:r>
    </w:p>
    <w:p>
      <w:r>
        <w:br/>
        <w:t>У зеленкувато-блакитному світлі, серед переливчатих трепетних сонячних плям коливалися дивовижні волохаті водорості — казковий тропічний ліс. У заростях цього лісу мелькали жваві птахориби. Торпедою промайнула морська голка. На камені спроквола поводить клешнями чудовисько-краб. І раптом — раз! — і нема його. Невже він може так швидко плавати?</w:t>
      </w:r>
    </w:p>
    <w:p>
      <w:r>
        <w:br/>
        <w:t>На жовтій піщаній полянці застиг великий тупорилий вусатий бичок — немов заснув, нерухомо повиснувши у воді. Леся обережно, простягла руку — от-от схопить. Але — куди там! — лише невелика каламутна хмарка піску знялася з дна на тому місці" де був бичок.</w:t>
      </w:r>
    </w:p>
    <w:p>
      <w:r>
        <w:br/>
        <w:t>Ой! А це що?! Прямо перед Лесиним носом — дракон!</w:t>
      </w:r>
    </w:p>
    <w:p>
      <w:r>
        <w:br/>
        <w:t>Та це ж морський коник!</w:t>
      </w:r>
    </w:p>
    <w:p>
      <w:r>
        <w:br/>
        <w:t>А от повільно пропливла мутно-голуба медуза. До цієї можна доторкнутися і навіть перевернути. Ця не втече.</w:t>
      </w:r>
    </w:p>
    <w:p>
      <w:r>
        <w:br/>
        <w:t>А водорості, водорості які! Колишуться, звиваються, як живі, як щупальця якоїсь страховидної підводної істоти.</w:t>
      </w:r>
    </w:p>
    <w:p>
      <w:r>
        <w:br/>
        <w:t>І тому, що можна було вільно дихати через трубку, і тому, що очі не застила каламутна пелена, як це бувало, коли пірнеш з розплющеними очима, Лесі здавалося, ніби не у воді вона зовсім, а в якомусь дивовижному чарівному світі.</w:t>
      </w:r>
    </w:p>
    <w:p>
      <w:r>
        <w:br/>
        <w:t>Підводне царство — інакше й не скажеш!</w:t>
      </w:r>
    </w:p>
    <w:p>
      <w:r>
        <w:br/>
        <w:t>"Як у кіно! Зовсім як у кіно!"</w:t>
      </w:r>
    </w:p>
    <w:p>
      <w:r>
        <w:br/>
        <w:t>Раптом з-за вкритого мідіями каменя з'явилися людські руки, потім голова — очі заплющені, волосся хвилясто колишеться, точнісінько, як водорості, і з рота перлистою цівочкою бульки. Дивно як! Це Свєта пірнула. "Невже й я така, як пірнаю?!"</w:t>
      </w:r>
    </w:p>
    <w:p>
      <w:r>
        <w:br/>
        <w:t>А ось з водоростей ноги стоять. Це — Клава. Треба вилазити.</w:t>
      </w:r>
    </w:p>
    <w:p>
      <w:r>
        <w:br/>
        <w:t>Шкода!</w:t>
      </w:r>
    </w:p>
    <w:p>
      <w:r>
        <w:br/>
        <w:t>— Ой дівчатка, ой, як цікаво! Казка!</w:t>
      </w:r>
    </w:p>
    <w:p>
      <w:r>
        <w:br/>
        <w:t>— Знімай, знімай, безсовісна! Ми так довго не плавали. Будеш тепер чекати.</w:t>
      </w:r>
    </w:p>
    <w:p>
      <w:r>
        <w:br/>
        <w:t>Як не хочеться, як важко в таких випадках чекати! Спершу була Светина черга, потім Клавина. Леся в цей час хлюпалася, плавала, пірнала (звичайно ж, з розплющеними очима), але все це було не те.</w:t>
      </w:r>
    </w:p>
    <w:p>
      <w:r>
        <w:br/>
        <w:t>Нарешті, знову Лесина черга.</w:t>
      </w:r>
    </w:p>
    <w:p>
      <w:r>
        <w:br/>
        <w:t>— Дівчата, давайте підем за он ту скелю! Там каменів багато і печерка є. От де цікаво, мабуть.</w:t>
      </w:r>
    </w:p>
    <w:p>
      <w:r>
        <w:br/>
        <w:t>Дівчата погодились.</w:t>
      </w:r>
    </w:p>
    <w:p>
      <w:r>
        <w:br/>
        <w:t>Біля самої скелі справді було дуже цікаво. Порослі водоростями камені утворювали плутані підводні коридори. А вузька розколина у скелі під водою розширювалася і вела в невелику печеру. В печері було темно й моторошно. Проте Леся наважилася все-таки проникнути туди.</w:t>
      </w:r>
    </w:p>
    <w:p>
      <w:r>
        <w:br/>
        <w:t>Вузький сонячний промінь лише в одному місці, у самісінькій глибині, прожектором пронизував печеру. І на тлі цього променя темні рухливі водорості здавалися ще таємничішими й химернішими. А маленькі рибки, потрапляючи в промінь, ставали золотаво-прозорими і мелькали, як іскри…</w:t>
      </w:r>
    </w:p>
    <w:p>
      <w:r>
        <w:br/>
        <w:t>Клава і Свєта сиділи біля входу в печеру на великому плескатому камені, вкритому суцільним шаром коротеньких ворсистих водоростей. Було дуже м'яко, і здавалося, що сидиш на плюшевому дивані.</w:t>
      </w:r>
    </w:p>
    <w:p>
      <w:r>
        <w:br/>
        <w:t>Леся виринула й сказала:</w:t>
      </w:r>
    </w:p>
    <w:p>
      <w:r>
        <w:br/>
        <w:t>— Знаєте що — давайте гратися. Ніби я людина-амфібія, а ви мене ловите. Як у кіно.</w:t>
      </w:r>
    </w:p>
    <w:p>
      <w:r>
        <w:br/>
        <w:t>Дівчата покрутили носами — ич яка! — кожному хочеться бути людиною-амфібією!</w:t>
      </w:r>
    </w:p>
    <w:p>
      <w:r>
        <w:br/>
        <w:t>— Будемо мінятися, подумаєш!</w:t>
      </w:r>
    </w:p>
    <w:p>
      <w:r>
        <w:br/>
        <w:t>Через хвилину вода біля скелі вже вирувала, ніби у лимані з'явилася зграя дельфінів.</w:t>
      </w:r>
    </w:p>
    <w:p>
      <w:r>
        <w:br/>
        <w:t>Дівчата так захопились, що забули про все на світі.</w:t>
      </w:r>
    </w:p>
    <w:p>
      <w:r>
        <w:br/>
        <w:t>І лише коли сонце зайшло за скелю і в печері погас сонячний промінь, дівчата вирішили йти на берег.</w:t>
      </w:r>
    </w:p>
    <w:p>
      <w:r>
        <w:br/>
        <w:t>Вони вибралися з-за скелі і, ледве тягнучи ноги, стомлено шльопали по воді.</w:t>
      </w:r>
    </w:p>
    <w:p>
      <w:r>
        <w:br/>
        <w:t>— А здорово все-таки з маскою!</w:t>
      </w:r>
    </w:p>
    <w:p>
      <w:r>
        <w:br/>
        <w:t>— Тільки вода іноді заходить.</w:t>
      </w:r>
    </w:p>
    <w:p>
      <w:r>
        <w:br/>
        <w:t>— А в мене ні. Це в тебе, тому що лице вузьке. Погано прилягає.</w:t>
      </w:r>
    </w:p>
    <w:p>
      <w:r>
        <w:br/>
        <w:t>— Ой! — Леся раптом зупинилася, розгублено озираючись. — А де ж Павлик?</w:t>
      </w:r>
    </w:p>
    <w:p>
      <w:r>
        <w:br/>
        <w:t>Берег був порожній. На піску лежали плаття, сандалії. Павлика не було.</w:t>
      </w:r>
    </w:p>
    <w:p>
      <w:r>
        <w:br/>
        <w:t>— Ой дівчата, де ж він? — уже зовсім злякано вигукнула Леся.</w:t>
      </w:r>
    </w:p>
    <w:p>
      <w:r>
        <w:br/>
        <w:t>Здіймаючи фонтани бризок, усі троє побігли на берег.</w:t>
      </w:r>
    </w:p>
    <w:p>
      <w:r>
        <w:br/>
        <w:t>6. Павлику, де ти?</w:t>
      </w:r>
    </w:p>
    <w:p>
      <w:r>
        <w:br/>
        <w:t>— Павли-ик-у-у!..</w:t>
      </w:r>
    </w:p>
    <w:p>
      <w:r>
        <w:br/>
        <w:t>— Па-а-а-вли-и…</w:t>
      </w:r>
    </w:p>
    <w:p>
      <w:r>
        <w:br/>
        <w:t>— Де-е ти?</w:t>
      </w:r>
    </w:p>
    <w:p>
      <w:r>
        <w:br/>
        <w:t>Пісок розжарився, на нього просто неможливо було ступити.</w:t>
      </w:r>
    </w:p>
    <w:p>
      <w:r>
        <w:br/>
        <w:t>Дівчата бігали по косі, смішно підстрибуючи й відсмикуючи ноги.</w:t>
      </w:r>
    </w:p>
    <w:p>
      <w:r>
        <w:br/>
        <w:t>Вони бігали, заглядали за камені й кричали — гукали на всі голоси.</w:t>
      </w:r>
    </w:p>
    <w:p>
      <w:r>
        <w:br/>
        <w:t>У Лесі на очах були сльози, а зуби від хвилювання цокотіли, незважаючи на спеку.</w:t>
      </w:r>
    </w:p>
    <w:p>
      <w:r>
        <w:br/>
        <w:t>"Що я наробила, що я наробила? З ним щось трапилося! З ним обов'язково щось трапилося! Що тепер буде?!". Леся заплакала.</w:t>
      </w:r>
    </w:p>
    <w:p>
      <w:r>
        <w:br/>
        <w:t>— Чого ти? — підбігли дівчата.</w:t>
      </w:r>
    </w:p>
    <w:p>
      <w:r>
        <w:br/>
        <w:t>— Він утопи-и-и-и-вся!</w:t>
      </w:r>
    </w:p>
    <w:p>
      <w:r>
        <w:br/>
        <w:t>— Не кажи дурниць!</w:t>
      </w:r>
    </w:p>
    <w:p>
      <w:r>
        <w:br/>
        <w:t>— Як же він міг утопитися, якщо його речей немає? Не міг же він одягнений утопитися.</w:t>
      </w:r>
    </w:p>
    <w:p>
      <w:r>
        <w:br/>
        <w:t>— А де ж він тоді?</w:t>
      </w:r>
    </w:p>
    <w:p>
      <w:r>
        <w:br/>
        <w:t>— Мабуть, пішов кудись у тінь. Бачиш, яка спека. Леся перестала плакати.</w:t>
      </w:r>
    </w:p>
    <w:p>
      <w:r>
        <w:br/>
        <w:t>"Я собі купалась, а він, біднесенький, сидів тут, як на гарячій плиті. Яка я погана, нехороша!"</w:t>
      </w:r>
    </w:p>
    <w:p>
      <w:r>
        <w:br/>
        <w:t>— Павли-и-ику-у!</w:t>
      </w:r>
    </w:p>
    <w:p>
      <w:r>
        <w:br/>
        <w:t>— Павли-ку-у-у!</w:t>
      </w:r>
    </w:p>
    <w:p>
      <w:r>
        <w:br/>
        <w:t>— Па-а-вли-и-и…</w:t>
      </w:r>
    </w:p>
    <w:p>
      <w:r>
        <w:br/>
        <w:t>Дівчата зовсім захекались. Вони оббігали весь берег, і все марно.</w:t>
      </w:r>
    </w:p>
    <w:p>
      <w:r>
        <w:br/>
        <w:t>Невже він пішов у містечко?!</w:t>
      </w:r>
    </w:p>
    <w:p>
      <w:r>
        <w:br/>
        <w:t>Ось тут. уже починаються рибальські хатини, а там вулиця — і все.</w:t>
      </w:r>
    </w:p>
    <w:p>
      <w:r>
        <w:br/>
        <w:t>І враз із бур'янів, що густо росли попід парканом однієї з крайніх хатинок, долинув ледь чутний голос:</w:t>
      </w:r>
    </w:p>
    <w:p>
      <w:r>
        <w:br/>
        <w:t>— Ого-го-го!</w:t>
      </w:r>
    </w:p>
    <w:p>
      <w:r>
        <w:br/>
        <w:t>Леся перша кинулась туди. Дряпаючії ноги, влетіла в самісіньку гущину й зупинилась розгублено.</w:t>
      </w:r>
    </w:p>
    <w:p>
      <w:r>
        <w:br/>
        <w:t>— Я тут! — голос чувся десь зовсім поряд, та Леся нічого не бачила.</w:t>
      </w:r>
    </w:p>
    <w:p>
      <w:r>
        <w:br/>
        <w:t>— Тут я!</w:t>
      </w:r>
    </w:p>
    <w:p>
      <w:r>
        <w:br/>
        <w:t>— Де? — Леся схилилася і одразу ж одсахнулася. Біля її ніг між двох запорошених лопухів просто з-під землі стирчала Павликова голова. Це було так неправдоподібно й несподівано, що Леся заціпеніла й не могла ворухнутися. Нарешті опам'яталася і розсунула бур'яни. Павлик по шию стояв у ямі.</w:t>
      </w:r>
    </w:p>
    <w:p>
      <w:r>
        <w:br/>
        <w:t>— Як ти сюди попав?</w:t>
      </w:r>
    </w:p>
    <w:p>
      <w:r>
        <w:br/>
        <w:t>Павлик насупив брови й нічого не відповів. Леся подала йому руку, але сама не змогла його витягти. І тільки коли прибігли дівчата, всі разом вони визволили Павлика з ями.</w:t>
      </w:r>
    </w:p>
    <w:p>
      <w:r>
        <w:br/>
        <w:t>І хоча Леся була дуже рада, що Павлик знайшовся, при дівчатах зразу накинулась на нього:</w:t>
      </w:r>
    </w:p>
    <w:p>
      <w:r>
        <w:br/>
        <w:t>— Як тобі не соромно! Безсовісний! Ми вже думали, що ти втонув! Відповідай потім за такого… такого безсовісного! Більше ніколи в житті нікуди з тобою не піду. Ніколи!</w:t>
      </w:r>
    </w:p>
    <w:p>
      <w:r>
        <w:br/>
        <w:t>Павлик винувато мовчав.</w:t>
      </w:r>
    </w:p>
    <w:p>
      <w:r>
        <w:br/>
        <w:t>— То як же ти все-таки сюди потрапив?</w:t>
      </w:r>
    </w:p>
    <w:p>
      <w:r>
        <w:br/>
        <w:t>Павлик зітхнув.</w:t>
      </w:r>
    </w:p>
    <w:p>
      <w:r>
        <w:br/>
        <w:t>7. А було так…</w:t>
      </w:r>
    </w:p>
    <w:p>
      <w:r>
        <w:br/>
        <w:t>Павлик довго дивився, як купаються дівчата. Потім йому набридло, і він заскучав.</w:t>
      </w:r>
    </w:p>
    <w:p>
      <w:r>
        <w:br/>
        <w:t>Сонце припікало дедалі сильніше, пісок розжарювався. Гришці першому стало жарко. Він упрів і змок у Павлика за пазухою. Бідолаха! Ще б пак — у такій шубі! Павлик викопав у піску ямку і посадив туди ведмежа. Гришка був задоволений — у ямці вогко й прохолодно. Павлик йому позаздрив — кругом пісок, врятуватися від сонця ніде. Для себе ж у піску ямку не викопаєш.</w:t>
      </w:r>
    </w:p>
    <w:p>
      <w:r>
        <w:br/>
        <w:t>Раптом ззаду на Павлика впала тінь. Павлик обернувся і мимохіть втягнув голову в плечі. Перед ним стояв великий кудлатий чорний собака. Схиляючи морду то в один, то в другий бік, він з цікавістю розглядав Павлика й рівномірно, як маятником, метляв хвостом.</w:t>
      </w:r>
    </w:p>
    <w:p>
      <w:r>
        <w:br/>
        <w:t>Павлик часто-часто заблимав очима.</w:t>
      </w:r>
    </w:p>
    <w:p>
      <w:r>
        <w:br/>
        <w:t>Собака присів на передні лапи, вищирився — р-р-р-р! — потім— наче впіймав зубами муху — гавкнув, навіть не гавкнув, просто сказав:</w:t>
      </w:r>
    </w:p>
    <w:p>
      <w:r>
        <w:br/>
        <w:t>— Гав!</w:t>
      </w:r>
    </w:p>
    <w:p>
      <w:r>
        <w:br/>
        <w:t>Павлик схопив з ямки Гришку і став безпорадно озиратися. Берег був безлюдний, дівчата купалися далеко й нічого не бачили. Павлик, тамуючи дрож у голосі, хрипло сказав:</w:t>
      </w:r>
    </w:p>
    <w:p>
      <w:r>
        <w:br/>
        <w:t>— Чого тобі треба, собако? Іди геть!</w:t>
      </w:r>
    </w:p>
    <w:p>
      <w:r>
        <w:br/>
        <w:t>Собака мовчав, вищирившись у посмішці, і метляв хвостом. Павлик набрався духу і тупнув ногою.</w:t>
      </w:r>
    </w:p>
    <w:p>
      <w:r>
        <w:br/>
        <w:t>— Ну!</w:t>
      </w:r>
    </w:p>
    <w:p>
      <w:r>
        <w:br/>
        <w:t>Нога м'яко вгрузла, і в сандалю набралося повно піску.</w:t>
      </w:r>
    </w:p>
    <w:p>
      <w:r>
        <w:br/>
        <w:t>Собака знову присів на передні лапи і гавкнув. Собаці хотілося гратись. Але Павлик цього не розумів. Йому було не до гри. Все-таки людині минуло тільки п'ять років. А собака був надто великий, надто незнайомий і надто зубатий.</w:t>
      </w:r>
    </w:p>
    <w:p>
      <w:r>
        <w:br/>
        <w:t>У Павлика тремтіли губи:</w:t>
      </w:r>
    </w:p>
    <w:p>
      <w:r>
        <w:br/>
        <w:t>— Ну йди звідси! Ну!</w:t>
      </w:r>
    </w:p>
    <w:p>
      <w:r>
        <w:br/>
        <w:t>Собака постояв ще трохи, одвернувся і неквапно побіг по берегу — начебто це зовсім і не він щойно чіплявся до Павлика. Павлик не зводив з нього очей. І лише коли собака зник за скелями, зітхнув з полегшенням. Але за кілька хвилин собака вигулькнув знову. Він петляв по берегу, нюхаючи пісок, зупинявся, гріб передніми лапами, зрідка зводив голову і дивився на море.</w:t>
      </w:r>
    </w:p>
    <w:p>
      <w:r>
        <w:br/>
        <w:t>Павликові знову перехопило дихання.</w:t>
      </w:r>
    </w:p>
    <w:p>
      <w:r>
        <w:br/>
        <w:t>Дівчата захопилися і не звертали на Павлика аніякісінької уваги. Він пробував махати їм, але марно. Кричати він соромився.</w:t>
      </w:r>
    </w:p>
    <w:p>
      <w:r>
        <w:br/>
        <w:t>Собака крутився вже зовсім близько.</w:t>
      </w:r>
    </w:p>
    <w:p>
      <w:r>
        <w:br/>
        <w:t>Кілька разів він навіть подивився в його бік і вищирився.</w:t>
      </w:r>
    </w:p>
    <w:p>
      <w:r>
        <w:br/>
        <w:t>Павлик не витримав. Він обережно взяв Гришку і став повільно, щоб не привертати собачої уваги, відходити в глиб берега, до рибальських хатинок.</w:t>
      </w:r>
    </w:p>
    <w:p>
      <w:r>
        <w:br/>
        <w:t>Пісок кінчився. На твердому порепаному від спеки глинястому грунті, попід парканом крайньої рибальської халупи, росли густі бур'яни, колючі, запорошені їдкою рудою пилюкою.</w:t>
      </w:r>
    </w:p>
    <w:p>
      <w:r>
        <w:br/>
        <w:t>З бур'янів чулося куряче сокоріння і писк курчат. Присутність цих живих звуків якось одразу заспокоїла Павлика.</w:t>
      </w:r>
    </w:p>
    <w:p>
      <w:r>
        <w:br/>
        <w:t>Павлик ліг на живіт і поповз у бур'яни. Ще і ще трохи, отут, здається, зовсім добре…</w:t>
      </w:r>
    </w:p>
    <w:p>
      <w:r>
        <w:br/>
        <w:t>Враз з-під самісінького Павликового носа злякано дременуло жовтеньке курча. Дременуло і щезло. Ніби крізь землю провалилось. Павлик розсунув руками бур'яни і побачив — яму. На дні ями бігало і пищало курча. Яма була глибоченька, з рівними стрімкими стінами. Курчаті самому з неї зроду не вибратися.</w:t>
      </w:r>
    </w:p>
    <w:p>
      <w:r>
        <w:br/>
        <w:t>— От бачиш, Гришко, що ми наробили. Тепер воно може загинути. Ніхто-ніхто його не знайде.</w:t>
      </w:r>
    </w:p>
    <w:p>
      <w:r>
        <w:br/>
        <w:t>Курча ніби відчуло, що йдеться про нього, — запищало ще дужче, ще жалібніше.</w:t>
      </w:r>
    </w:p>
    <w:p>
      <w:r>
        <w:br/>
        <w:t>Павлик зітхнув.</w:t>
      </w:r>
    </w:p>
    <w:p>
      <w:r>
        <w:br/>
        <w:t>— Ти думаєш, Гришко, треба лізти його виручати?</w:t>
      </w:r>
    </w:p>
    <w:p>
      <w:r>
        <w:br/>
        <w:t>Мабуть, Гришка саме так і думав, бо Павлик звісив у яму ноги і почав потихеньку сповзати на животі вниз… У Павлика похололо всередині — ноги ніяк не могли дістати дна… Гоп! Нарешті.</w:t>
      </w:r>
    </w:p>
    <w:p>
      <w:r>
        <w:br/>
        <w:t>Курча одчайдушно заметушилося, тріпочучи крильцями.</w:t>
      </w:r>
    </w:p>
    <w:p>
      <w:r>
        <w:br/>
        <w:t>— Цить, дурненьке. Я ж тебе виручити хочу! — Павлик сів навпочіпки і став ловити його. Довго возився, поки піймав. Курча важко дихало роззявленим дзьобиком, дивилося на Павлика круглим несамовитим оком і дриґало ногами. Причому боляче подряпало Павлнкові палець. Павлик поставив його на край ями і розтулив руки.</w:t>
      </w:r>
    </w:p>
    <w:p>
      <w:r>
        <w:br/>
        <w:t>Якусь мить курча стояло нерухомо (мабуть, не вірило, в своє звільнення), потім стрепенулося і щезло в бур'яні.</w:t>
      </w:r>
    </w:p>
    <w:p>
      <w:r>
        <w:br/>
        <w:t>Павлик посмоктав подряпаний палець і став вибиратися. Край ями був на рівні його очей. Павлик хапався за бур'яни руками, шкрябав ногами по рівній глинястій стіні, але ноги ковзали, зривалися, і він щоразу сповзав униз. Через кілька хвилин він зрозумів, що йому не вилізти, що він тепер — як оте курча, навіть гірше, бо його нема кому витягти.</w:t>
      </w:r>
    </w:p>
    <w:p>
      <w:r>
        <w:br/>
        <w:t>Павлик розгублено й спантеличено позирав угору на шматочок ясного блакитного неба, облямованого колючими бур'янами.</w:t>
      </w:r>
    </w:p>
    <w:p>
      <w:r>
        <w:br/>
        <w:t>Гришка мовчав. Гришка нічого не міг порадити.</w:t>
      </w:r>
    </w:p>
    <w:p>
      <w:r>
        <w:br/>
        <w:t>Сидить людина у ямі, у густих бур'янах — немов навмисне заховався, щоб ніхто його не знайшов.</w:t>
      </w:r>
    </w:p>
    <w:p>
      <w:r>
        <w:br/>
        <w:t>Оце так!</w:t>
      </w:r>
    </w:p>
    <w:p>
      <w:r>
        <w:br/>
        <w:t>Павлик сів і притулився спиною до вогкої прохолодної стіни — все-таки не так жарко.</w:t>
      </w:r>
    </w:p>
    <w:p>
      <w:r>
        <w:br/>
        <w:t>Гришка чув, як Павлик зітхав. Не плакав, не рюмсав, а тільки зітхав, часто-часто зітхав.</w:t>
      </w:r>
    </w:p>
    <w:p>
      <w:r>
        <w:br/>
        <w:t>8. Спасибі тобі, Лесечко!</w:t>
      </w:r>
    </w:p>
    <w:p>
      <w:r>
        <w:br/>
        <w:t>— А чому ж ти не кричав? Не кликав на допомогу?</w:t>
      </w:r>
    </w:p>
    <w:p>
      <w:r>
        <w:br/>
        <w:t>Павлик зніяковіло знизав плечима:</w:t>
      </w:r>
    </w:p>
    <w:p>
      <w:r>
        <w:br/>
        <w:t>— Незручно було якось.</w:t>
      </w:r>
    </w:p>
    <w:p>
      <w:r>
        <w:br/>
        <w:t>— Добре "незручно". Ти ж міг цілий рік тут просидіти, і ніхто б тебе не знайшов. От недотепа! — Леся зневажливо скривилася.</w:t>
      </w:r>
    </w:p>
    <w:p>
      <w:r>
        <w:br/>
        <w:t>Після всього, що трапилося, дівчатка, звісно, купатися вже більше не стали. Та й пізно було, і їсти хотілося. Вирішили йти додому.</w:t>
      </w:r>
    </w:p>
    <w:p>
      <w:r>
        <w:br/>
        <w:t>— Як пообідаєш, приходь у парк на майданчик. Я м'яч принесу! — на прощання крикнула Лесі Свєта. І, поглядом показавши на Павлика, похитала головою: мовляв, тільки без нього.</w:t>
      </w:r>
    </w:p>
    <w:p>
      <w:r>
        <w:br/>
        <w:t>— Ага, — кивнула Леся.</w:t>
      </w:r>
    </w:p>
    <w:p>
      <w:r>
        <w:br/>
        <w:t>Поверталися вони тією ж дорогою. Леся робила ображене обличчя і мовчала. Павлик винувато поглядав на неї. Нарешті, одважився і спитав:</w:t>
      </w:r>
    </w:p>
    <w:p>
      <w:r>
        <w:br/>
        <w:t>— А добре було купатися з цією… маскою?</w:t>
      </w:r>
    </w:p>
    <w:p>
      <w:r>
        <w:br/>
        <w:t>— Нічого, — буркнула Леся.</w:t>
      </w:r>
    </w:p>
    <w:p>
      <w:r>
        <w:br/>
        <w:t>— А я теж міг би купатися. Я й плавати вмію. По-справжньому. Мене ще тато навчив.</w:t>
      </w:r>
    </w:p>
    <w:p>
      <w:r>
        <w:br/>
        <w:t>— А хто ж тобі заважав? Треба було купатись.</w:t>
      </w:r>
    </w:p>
    <w:p>
      <w:r>
        <w:br/>
        <w:t>— Хіба я знав, що можна?</w:t>
      </w:r>
    </w:p>
    <w:p>
      <w:r>
        <w:br/>
        <w:t>— Краще було вже купатися, ніж у якісь ями провалюватись.</w:t>
      </w:r>
    </w:p>
    <w:p>
      <w:r>
        <w:br/>
        <w:t>Павлик з прикрістю засопів.</w:t>
      </w:r>
    </w:p>
    <w:p>
      <w:r>
        <w:br/>
        <w:t>Коли готель був уже близько, Леся, не дивлячись на Павлика й намагаючись зберегти незалежний і гордий вигляд, сказала:</w:t>
      </w:r>
    </w:p>
    <w:p>
      <w:r>
        <w:br/>
        <w:t>— От що. Ти краще не кажи, де ми були, і взагалі… Я, звичайно, не боюсь, ти не думай, а просто нікому це не потрібно.</w:t>
      </w:r>
    </w:p>
    <w:p>
      <w:r>
        <w:br/>
        <w:t>Павлик розуміюче кивнув:</w:t>
      </w:r>
    </w:p>
    <w:p>
      <w:r>
        <w:br/>
        <w:t>— Добре.</w:t>
      </w:r>
    </w:p>
    <w:p>
      <w:r>
        <w:br/>
        <w:t>Біля самого готелю, на майдані, за низеньким залізним парканом, пофарбованим сріблястою фарбою, серед квітів височіла скульптура: воїн з непокритою головою стояв біля прапора на одному коліні.</w:t>
      </w:r>
    </w:p>
    <w:p>
      <w:r>
        <w:br/>
        <w:t>— Це кому пам'ятник? Полководцю якомусь? — спитав Павлик.</w:t>
      </w:r>
    </w:p>
    <w:p>
      <w:r>
        <w:br/>
        <w:t>— Ні. Це братська могила. Тут лежать бійці, що загинули під час війни з фашистами.</w:t>
      </w:r>
    </w:p>
    <w:p>
      <w:r>
        <w:br/>
        <w:t>Обличчя у Павлика стало серйозним-серйозним і якимсь дорослим. Він зітхнув і раптом сказав:</w:t>
      </w:r>
    </w:p>
    <w:p>
      <w:r>
        <w:br/>
        <w:t>— А в мене теж тато торік загинув. Рятував людей на пожежі і загинув.</w:t>
      </w:r>
    </w:p>
    <w:p>
      <w:r>
        <w:br/>
        <w:t>Леся так розгубилася, що не могла вимовити ні слова. Та вона й не знала, що кажуть у таких випадках. Кліпаючи віями, вона дивилася на Павлика. Якийсь час Павлик мовчав, потім сказав:</w:t>
      </w:r>
    </w:p>
    <w:p>
      <w:r>
        <w:br/>
        <w:t>— Ти знаєш, якби я умів чаклувати, я б так зробив, щоб люди ніколи не вмирали. Тільки народжувались і не вмирали.</w:t>
      </w:r>
    </w:p>
    <w:p>
      <w:r>
        <w:br/>
        <w:t>Він задумався:</w:t>
      </w:r>
    </w:p>
    <w:p>
      <w:r>
        <w:br/>
        <w:t>— Я знаю, вони б всі ніколи не вмістилися на землі… А я б зробив так, щоб земля весь час роздувалася — як повітряна куля. І все було б добре. Правда ж?</w:t>
      </w:r>
    </w:p>
    <w:p>
      <w:r>
        <w:br/>
        <w:t>— Еге, — тільки й могла сказати Леся.</w:t>
      </w:r>
    </w:p>
    <w:p>
      <w:r>
        <w:br/>
        <w:t>В цей час із готелю вийшла Павликова мати. Мабуть, вона довго виглядала їх і помітила з вікна.</w:t>
      </w:r>
    </w:p>
    <w:p>
      <w:r>
        <w:br/>
        <w:t>— Нарешті. А я вже думала, де це ви пропали. Ну як? Нагулялись? Не скучали?</w:t>
      </w:r>
    </w:p>
    <w:p>
      <w:r>
        <w:br/>
        <w:t>— Ні, що ти! — бадьоро відповів Павлик.</w:t>
      </w:r>
    </w:p>
    <w:p>
      <w:r>
        <w:br/>
        <w:t>Леся почервоніла.</w:t>
      </w:r>
    </w:p>
    <w:p>
      <w:r>
        <w:br/>
        <w:t>— От спасибі тобі, Лесечко! А то він завжди так нудьгує, коли один лишається, — Павликова мама ласкаво погладила Лесю по голові. — Спасибі тобі, Лесечко!</w:t>
      </w:r>
    </w:p>
    <w:p>
      <w:r>
        <w:br/>
        <w:t>Леся не знала, куди подіти очі.</w:t>
      </w:r>
    </w:p>
    <w:p>
      <w:r>
        <w:br/>
        <w:t>Та Павликова мама не помітила цього чи, може, вирішила, що то Леся така скромна.</w:t>
      </w:r>
    </w:p>
    <w:p>
      <w:r>
        <w:br/>
        <w:t>— А я всі справи свої закінчила, — жваво говорила вона. — От ми зараз пообідаєм, Павлику, і підем на море. Купатися. Нам же вранці їхати. А бути біля моря і не викупатись — гріх. Підеш з нами, Лесю?</w:t>
      </w:r>
    </w:p>
    <w:p>
      <w:r>
        <w:br/>
        <w:t>Леся злякано глянула на Павлика — зараз скаже. Павлик усміхнувся — не бійся, все гаразд.</w:t>
      </w:r>
    </w:p>
    <w:p>
      <w:r>
        <w:br/>
        <w:t>— То підеш з нами? — ще раз спитала Павликова мама.</w:t>
      </w:r>
    </w:p>
    <w:p>
      <w:r>
        <w:br/>
        <w:t>— Ні, ні, дякую. Мені треба… тут… до одної дівчинки… — затинаючись, пробурмотіла Леся.</w:t>
      </w:r>
    </w:p>
    <w:p>
      <w:r>
        <w:br/>
        <w:t>— Ну, тоді не будемо тобі заважати. Ти й так сьогодні цілий день нами займаєшся, — і Павликова мати ще раз погладила Лесю по голові.</w:t>
      </w:r>
    </w:p>
    <w:p>
      <w:r>
        <w:br/>
        <w:t>9. "Він дуже добрий, цей Гришка…"</w:t>
      </w:r>
    </w:p>
    <w:p>
      <w:r>
        <w:br/>
        <w:t>Після обіду Леся вийшла у двір. Павлик з матір'ю пішли на море. Свєта і Клава, мабуть, уже чекали Лесю в парку. Але їй не хотілося йти в парк. Вона сиділа на східцях, уткнувшись підборіддям у коліна, і задумливо водила по землі гілочкою — малювала якісь палички й кружечки — без усякої мети.</w:t>
      </w:r>
    </w:p>
    <w:p>
      <w:r>
        <w:br/>
        <w:t>Настрій у Лесі був препоганий.</w:t>
      </w:r>
    </w:p>
    <w:p>
      <w:r>
        <w:br/>
        <w:t>"Все через цей акваланг, через оте підводне царство!.. А дівчата — теж іще хороші! Хлопчику всього п'ять років. Він сам у чужому місті. І в нього таке… з татом. А ми на нього кричали. І залишили самого. І забули. І потім ще він виявився винний… А він такий… Ні слова не сказав, не виказав. Ні, це все вона, Леся, винна! Тільки вона. Їй же доручили, а вона — як свиня остання. "Не рипайся нікуди, не відходь од речей!", "Відповідати за тебе доведеться!" Теж іще — начальниця!</w:t>
      </w:r>
    </w:p>
    <w:p>
      <w:r>
        <w:br/>
        <w:t>"Спасибі тобі, Лесечко!"</w:t>
      </w:r>
    </w:p>
    <w:p>
      <w:r>
        <w:br/>
        <w:t>Сором! Який сором!</w:t>
      </w:r>
    </w:p>
    <w:p>
      <w:r>
        <w:br/>
        <w:t>Леся вийшла на вулицю. І якось самі собою ноги понесли її до моря.</w:t>
      </w:r>
    </w:p>
    <w:p>
      <w:r>
        <w:br/>
        <w:t>Сонце вже сідало, широка сліпучо-іскриста смуга пролягла від самого обрію через весь лиман. Очам було боляче дивитися, і, може, тому Леся не одразу помітила Павлика і його маму. Вона навіть подумала, що їх нема на лимані. Та от біля скелі на тому місці, де купалася сьогодні Леся з дівчатами, з'явилося дві голови — одна більша, друга менша. Павлик плив поряд з мамою, і вони про щось говорили.</w:t>
      </w:r>
    </w:p>
    <w:p>
      <w:r>
        <w:br/>
        <w:t>Леся причаїлася в бур'янах — вона не хотіла, щоб її побачили. Вона й сама не знала, чому прийшла сюди. Просто їй було тоскно.</w:t>
      </w:r>
    </w:p>
    <w:p>
      <w:r>
        <w:br/>
        <w:t>Мабуть, немає нічого гіршого, коли ти сам усвідомлюєш, що ти вчинив зле, нечесно, неблагородно, коли ти сам про себе погано думаєш. Ніхто тобі не може допомогти…</w:t>
      </w:r>
    </w:p>
    <w:p>
      <w:r>
        <w:br/>
        <w:t>Леся повернулася і поволі побрела вздовж берега.</w:t>
      </w:r>
    </w:p>
    <w:p>
      <w:r>
        <w:br/>
        <w:t>До самісінької темряви вона безцільно блукала на самоті. І тільки коли на небі одна за одною почали загорятися яскраві колючі зірки (немов хтось непомітно включав на високій темно-синій стелі малесенькі іграшкові лампочки), а. з моря потягло вечірньою прохолодою, Леся пішла додому.</w:t>
      </w:r>
    </w:p>
    <w:p>
      <w:r>
        <w:br/>
        <w:t>Павлик уже спав, матері його десь не було. Леся повечеряла і теж лягла.</w:t>
      </w:r>
    </w:p>
    <w:p>
      <w:r>
        <w:br/>
        <w:t>Вона довго лежала з розплющеними очима і думала. Думала про те, як добре, що в неї є тато і мама і ніхто не помер; як це, мабуть, жахливо, коли хтось із рідних вмирає, і як це було б справді добре, якби люди взагалі не вмирали…</w:t>
      </w:r>
    </w:p>
    <w:p>
      <w:r>
        <w:br/>
        <w:t>Вже зовсім засинаючи, вона подумала, що було б добре от зараз устати, піти нарвати в саду великий букет квітів і поставити біля їхнього ліжка, щоб вони прокинулись і побачили, що в них є квіти. Але підвестися вже не було сили. І остання думка була така: "Ну нічого, я прокинусь рано-вранці і ще встигну".</w:t>
      </w:r>
    </w:p>
    <w:p>
      <w:r>
        <w:br/>
        <w:t>Але прокинулась Леся зовсім пізно. Розплющила очі, глянула на сусіднє ліжко і одразу зрозуміла — поїхали! Постіль з ліжка була знята — голий матрац і подушки без наволочок, всі в пір'ї. Леся знала, що постіль знімають лише тоді, коли хтось виїжджає. Леся зітхнула, — значить, нічого з букетом не вийшло. Леся подивилася у вікно і раптом побачила — на віконному склі на гумовій мисочці-присосці висіло синє ведмежа Гришка.</w:t>
      </w:r>
    </w:p>
    <w:p>
      <w:r>
        <w:br/>
        <w:t>— Забув! Забув!</w:t>
      </w:r>
    </w:p>
    <w:p>
      <w:r>
        <w:br/>
        <w:t>Леся миттю скочила з ліжка.</w:t>
      </w:r>
    </w:p>
    <w:p>
      <w:r>
        <w:br/>
        <w:t>Вони ще, може, на вокзалі, ще не поїхали!</w:t>
      </w:r>
    </w:p>
    <w:p>
      <w:r>
        <w:br/>
        <w:t>Треба бігти, догнати, віддать! Негайно! Ще можна встигнути. Як же так!..</w:t>
      </w:r>
    </w:p>
    <w:p>
      <w:r>
        <w:br/>
        <w:t>І враз зупинилася.</w:t>
      </w:r>
    </w:p>
    <w:p>
      <w:r>
        <w:br/>
        <w:t>Забув? А хіба він міг забути?</w:t>
      </w:r>
    </w:p>
    <w:p>
      <w:r>
        <w:br/>
        <w:t>Забути свого Гришку!</w:t>
      </w:r>
    </w:p>
    <w:p>
      <w:r>
        <w:br/>
        <w:t>Ні! Таких речей не забувають.</w:t>
      </w:r>
    </w:p>
    <w:p>
      <w:r>
        <w:br/>
        <w:t>Ні, він не забув. Він просто залишив.</w:t>
      </w:r>
    </w:p>
    <w:p>
      <w:r>
        <w:br/>
        <w:t>Їй залишив.</w:t>
      </w:r>
    </w:p>
    <w:p>
      <w:r>
        <w:br/>
        <w:t>Подарував…</w:t>
      </w:r>
    </w:p>
    <w:p>
      <w:r>
        <w:br/>
        <w:t>Леся обережно зняла Гришку з вікна.</w:t>
      </w:r>
    </w:p>
    <w:p>
      <w:r>
        <w:br/>
        <w:t>Він лежав у неї на долоні — легкий-легкий, майже невагомий — і дивився на неї своїми блискучими намистинками-очима…</w:t>
      </w:r>
    </w:p>
    <w:p>
      <w:r>
        <w:br/>
        <w:t>Виявляється, він таки вмів говорити, цей іграшковий синій ведмедик Гришка.</w:t>
      </w:r>
    </w:p>
    <w:p>
      <w:r>
        <w:br/>
        <w:t>І він багато сказав Лесі. І про Павлика, і про неї саму, і взагалі…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Синє ведмежа Гришка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