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Синє яблуко для Ілонки</w:t>
      </w:r>
    </w:p>
    <w:p>
      <w:r>
        <w:br/>
        <w:t xml:space="preserve"> &lt;p&gt;Сидить Ілонка біля хати така сумна, аж хустка на голові займається. Перед нею стерні та стерні. Є і ліс, на який уже дихнула осінь.</w:t>
      </w:r>
    </w:p>
    <w:p>
      <w:r>
        <w:br/>
        <w:t>Оце тільки повернулася з лікарні. Ішла селом, а люди, хто стрічався, казали: що з тобою, як поїхала, так половини й не стало. Та, одмахувалася Ілонка, їсти душа не прийма, а хіба тіло дурне, щоб саме по собі наростало. То так. А тільки ж чому барилась?</w:t>
      </w:r>
    </w:p>
    <w:p>
      <w:r>
        <w:br/>
        <w:t>Димко (Дмитро її) вже й картоплю викубляв і пізні сливи познімав, хоч на роботі з темна до темна.</w:t>
      </w:r>
    </w:p>
    <w:p>
      <w:r>
        <w:br/>
        <w:t>Їй і не віриться — вдома. Он коза на обніжку спить. Справнюща та біла. Он дика грушка всолодала і розімліла. А півники давно в колодочках, кукурікають і б’ються, аж пір’я летить.</w:t>
      </w:r>
    </w:p>
    <w:p>
      <w:r>
        <w:br/>
        <w:t>Через її задуму проторохтів віз. Це Сергій з діжкою води брати. Жвавий і моцніший за конячий.</w:t>
      </w:r>
    </w:p>
    <w:p>
      <w:r>
        <w:br/>
        <w:t>— Здрастуйте, тітко! Прибули?</w:t>
      </w:r>
    </w:p>
    <w:p>
      <w:r>
        <w:br/>
        <w:t>— Атож. Воду в городню повезеш?</w:t>
      </w:r>
    </w:p>
    <w:p>
      <w:r>
        <w:br/>
        <w:t>— Ну.</w:t>
      </w:r>
    </w:p>
    <w:p>
      <w:r>
        <w:br/>
        <w:t>— Хай Параска з Ольгою до мене ввечері зайдуть.</w:t>
      </w:r>
    </w:p>
    <w:p>
      <w:r>
        <w:br/>
        <w:t>— Скажу, та чи зайдуть. Там огірків, як гороху, набралося. До ночі будуть.</w:t>
      </w:r>
    </w:p>
    <w:p>
      <w:r>
        <w:br/>
        <w:t>— Аби морозу не кинуло.</w:t>
      </w:r>
    </w:p>
    <w:p>
      <w:r>
        <w:br/>
        <w:t>— А по радіо передавали два градуси.</w:t>
      </w:r>
    </w:p>
    <w:p>
      <w:r>
        <w:br/>
        <w:t>— От-то.</w:t>
      </w:r>
    </w:p>
    <w:p>
      <w:r>
        <w:br/>
        <w:t>За Сергієм прокурявилося, і знову лагідна тиша. Дерева, як цівки, бабине літо розпускають.</w:t>
      </w:r>
    </w:p>
    <w:p>
      <w:r>
        <w:br/>
        <w:t>А признайся, Ілонко, боїшся? Як привезли тебе в лікарню, а тоді в другу переклали. Слідом попід руки жінку завели, а вона звивалась і кричала: "Убийте, вдавіть мене, не хочу! Що вирячились? У нас тут у кожній смерть сидить!" Заспокойся, сказала ти, не поможеться. А може, ще й мине. "Стара карга, — вискнула жінка, — тобі все одно здихати, а в мене одне в пелюшках, а друге тільки ходити навчилось!" — "Жити всім хочеться, дитино", — одказала ти. А потім одвернулась до вікна, а там сонце слабке, мов крапля олії, висіло.</w:t>
      </w:r>
    </w:p>
    <w:p>
      <w:r>
        <w:br/>
        <w:t>Не приставляйся, боїшся. Бо все життя чогось чекала. Поки Дмитро вивчиться, поки сини підростуть, поки хату поставите. Тепер сини на Камчатці. Сказала Дмитрові не прописувати, що з нею, мо’, й не страшне. Аби дітей зривати. Лесю, внучку, як згадає, так сльози і вдавлять. Ти ж моя маленька бабуська, казало.</w:t>
      </w:r>
    </w:p>
    <w:p>
      <w:r>
        <w:br/>
        <w:t>Позаторік будуватися кінчили. Кухня, зала, спальня і ще одна спальня — про гостей. Туди килим повісили, як за корову грошей уторгували, і двоє ліжок, мов пароплави, поставили. Коли немає довго листів, то підеш туди, посидиш, перини переб’єш.</w:t>
      </w:r>
    </w:p>
    <w:p>
      <w:r>
        <w:br/>
        <w:t>Любиш ти нову хату, хоч довго звикнути не могла. Вже кругом цегляні стіни звели, вже й дах, наче капелюх, звісився, а ти майстрам вариш, а собі сліз не збереш. Тепер хто не зайде — й похвалить. Чисто, прибрано, доріжок понатикала, рушники дівоцькі почепила. Аж цвіте скрізь. Дмитро завжди з чобітьми носиться — наче й поставить ніде.</w:t>
      </w:r>
    </w:p>
    <w:p>
      <w:r>
        <w:br/>
        <w:t>Аж ось і він. Скочив із мотоцикла, біжить, картузом утирається.</w:t>
      </w:r>
    </w:p>
    <w:p>
      <w:r>
        <w:br/>
        <w:t>— Лоню! — гукнув ще здалеку, а ближче застидався. — Як добралася?</w:t>
      </w:r>
    </w:p>
    <w:p>
      <w:r>
        <w:br/>
        <w:t>— Автобусом прямо ізвідти сюди.</w:t>
      </w:r>
    </w:p>
    <w:p>
      <w:r>
        <w:br/>
        <w:t>— А в хаті була? Я тут той наче й не нагиджував. Там у газовій плиті юшка зварена. Може, води од Гаманів принести?</w:t>
      </w:r>
    </w:p>
    <w:p>
      <w:r>
        <w:br/>
        <w:t>— Чого ти? Я й сама принесу. А обідав?</w:t>
      </w:r>
    </w:p>
    <w:p>
      <w:r>
        <w:br/>
        <w:t>— На таборі.</w:t>
      </w:r>
    </w:p>
    <w:p>
      <w:r>
        <w:br/>
        <w:t>Замовкли. Ілонка дивилась на його вироблений піджак, на роз’їжджені черевики, на комір, виношений у мотузку, і щасливо думала, скільки в неї попереду роботи.</w:t>
      </w:r>
    </w:p>
    <w:p>
      <w:r>
        <w:br/>
        <w:t>— Там винограду кичок десять нав’язалося. Зріж, як хочеш.</w:t>
      </w:r>
    </w:p>
    <w:p>
      <w:r>
        <w:br/>
        <w:t>— А синіх яблук уже й немає. Мабуть, дощі пострушували та вітер позбивав.</w:t>
      </w:r>
    </w:p>
    <w:p>
      <w:r>
        <w:br/>
        <w:t>— Не може бути! — аж скрикнув. — Ану ходім!</w:t>
      </w:r>
    </w:p>
    <w:p>
      <w:r>
        <w:br/>
        <w:t>Вона встала — Димко аж одхитнувся. Пів-Ілонки.</w:t>
      </w:r>
    </w:p>
    <w:p>
      <w:r>
        <w:br/>
        <w:t>У траві гнилички мухи допасували, а на яблуні — порожньо.</w:t>
      </w:r>
    </w:p>
    <w:p>
      <w:r>
        <w:br/>
        <w:t>"Як я жив із тобою? Чи хоч після весілля водив тебе в сад або на річку? Чи жалів тебе, як тягали колоди, носили відрами цемент і накладали глиною стелю? Чи питав, що болить у тебе, коли вночі, щоб мене не розбудити, виходила з хати і до ранку блукала на подвір’ї?"</w:t>
      </w:r>
    </w:p>
    <w:p>
      <w:r>
        <w:br/>
        <w:t>— Не може бути, — ще раз видихнув Димко.</w:t>
      </w:r>
    </w:p>
    <w:p>
      <w:r>
        <w:br/>
        <w:t>Він скинувся на стовбур, ковзав черевиком по гілках, чіплявся за суччя, обламувався, нарешті дістався до верхівки. Ех-х-х! Щосили труснув, і поодиноке листя, злітаючи, осміхнулось до неї.</w:t>
      </w:r>
    </w:p>
    <w:p>
      <w:r>
        <w:br/>
        <w:t>— Я й хотів назбирати, та хіба за роботою вправишся, — обтрушуючи, звинявся перед нею. — Іще ті дітлахи. Ось мотнуся в колгоспний сад, там точно зосталися.</w:t>
      </w:r>
    </w:p>
    <w:p>
      <w:r>
        <w:br/>
        <w:t>Уже хотів до мотоцикла, але повернувся, вивернув кишеню, чорну, мов кузня, і подав їй три горішки.</w:t>
      </w:r>
    </w:p>
    <w:p>
      <w:r>
        <w:br/>
        <w:t>— Ось на, вже поналивались.</w:t>
      </w:r>
    </w:p>
    <w:p>
      <w:r>
        <w:br/>
        <w:t>— Нащо ти? — спаленіла.</w:t>
      </w:r>
    </w:p>
    <w:p>
      <w:r>
        <w:br/>
        <w:t>Схитнув плечима і знов одступив. Пом’явся, а тоді спитав:</w:t>
      </w:r>
    </w:p>
    <w:p>
      <w:r>
        <w:br/>
        <w:t>— А як там… у Чернігові… що сказали?</w:t>
      </w:r>
    </w:p>
    <w:p>
      <w:r>
        <w:br/>
        <w:t>— Нічого, — обізвалась тихо, — того нема.</w:t>
      </w:r>
    </w:p>
    <w:p>
      <w:r>
        <w:br/>
        <w:t>— А тримали довго.</w:t>
      </w:r>
    </w:p>
    <w:p>
      <w:r>
        <w:br/>
        <w:t>— Вигрівали. Все якимись лампами.</w:t>
      </w:r>
    </w:p>
    <w:p>
      <w:r>
        <w:br/>
        <w:t>— Так справді? Справді нема?</w:t>
      </w:r>
    </w:p>
    <w:p>
      <w:r>
        <w:br/>
        <w:t>— Кажу ж.</w:t>
      </w:r>
    </w:p>
    <w:p>
      <w:r>
        <w:br/>
        <w:t>— Слухай! Ну й заживемо ми з тобою, жінко! Йолки дрова! — Він гупнув картузом об землю, ляснув себе в коліна, а тоді по підборах. — Село густиме!</w:t>
      </w:r>
    </w:p>
    <w:p>
      <w:r>
        <w:br/>
        <w:t>Жартома, як у молодості, зісмикнув на плечі їй хустку, підстрибом кинувся до хвіртки.</w:t>
      </w:r>
    </w:p>
    <w:p>
      <w:r>
        <w:br/>
        <w:t>Нараз їй стало млосно. Поточилася, обіперлася об стовпець. Треба ж отак зледащіти! А мотоцикл уже деренчав. У колесі бадилинка застряла і летіла невідомо куди…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Синє яблуко для Ілонки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