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Синичка й горобець</w:t>
      </w:r>
    </w:p>
    <w:p>
      <w:r>
        <w:br/>
        <w:t xml:space="preserve"> &lt;p&gt;Скінчилося літо, ночі стали холодними, і ластівки відлетіли у вирій. У.теплі краї. Зраділи горобці, що тепер легко буде захопити їхні гнізда, тільки їх не вистачало на всіх Чую, галас, крик: скубтись почали, аж пір'я летить.</w:t>
      </w:r>
    </w:p>
    <w:p>
      <w:r>
        <w:br/>
        <w:t>Один горобець був найбільш горластий, найбільш дзьобастий, усіх.переміг і захопив найкраще гніздо над моїм вікном. Радий, веселий: тепер буде куди сховатися від холоду. А надворі заходила зима. Почав уже й сніг летіти.</w:t>
      </w:r>
    </w:p>
    <w:p>
      <w:r>
        <w:br/>
        <w:t>Горобець випурхне із гнізда, сяде на гілку, почистить носик об кору, покрутиться, повертиться — холодно, і на* зад у гніздо, а воно щільно зліплене, соломою і пір'ячком вистелене, ніякий тобі мороз не страшний. Тільки їсти ні* чого, горобець і бурчить:</w:t>
      </w:r>
    </w:p>
    <w:p>
      <w:r>
        <w:br/>
        <w:t>— Скрізь, скрізь, скрізь зима: Ні тобі хлібця,</w:t>
      </w:r>
    </w:p>
    <w:p>
      <w:r>
        <w:br/>
        <w:t>Ні тобі кашки, Навіть мушки нема...</w:t>
      </w:r>
    </w:p>
    <w:p>
      <w:r>
        <w:br/>
        <w:t>Прилетіла синичка. Жовта сорочка, чорна манишка, наче тобі до театру зібралась, а надворі віхола, а надворі сніг, і, мабуть, вона задубіла, бо жалісно зацвірінькала. А мені вчувається, що вона просить горобця:</w:t>
      </w:r>
    </w:p>
    <w:p>
      <w:r>
        <w:br/>
        <w:t>— Пусти погрітись!</w:t>
      </w:r>
    </w:p>
    <w:p>
      <w:r>
        <w:br/>
        <w:t>Визирнув горобець із гнізда і байдуже відказує!</w:t>
      </w:r>
    </w:p>
    <w:p>
      <w:r>
        <w:br/>
        <w:t>— Зроби собі так, як я, соломки наноси, пір'ячка постели та й грійся скільки хочеш.</w:t>
      </w:r>
    </w:p>
    <w:p>
      <w:r>
        <w:br/>
        <w:t>— Наче ти носив, наче ти робив, це ж не твоє гніздечко, а ластів'яче.</w:t>
      </w:r>
    </w:p>
    <w:p>
      <w:r>
        <w:br/>
        <w:t>Горобець тільки пхекнув:</w:t>
      </w:r>
    </w:p>
    <w:p>
      <w:r>
        <w:br/>
        <w:t>— Ну то поспівай мені, тоді пущу. Тільки щоб тоненько. А в синички був голосок як волосок, витягла вперед голівку й зацвірінькала:</w:t>
      </w:r>
    </w:p>
    <w:p>
      <w:r>
        <w:br/>
        <w:t>— Я по лісу літаю, Я по стежці стрибаю, Там десь мушку впіймаю І жучка не минаю, Цвінь-цвірінь!..</w:t>
      </w:r>
    </w:p>
    <w:p>
      <w:r>
        <w:br/>
        <w:t>Прислухалась, аж горобець хропе на все гніздо. Заснув! Синичка з гілочки на гілочку і в гніздо, і аж цвірінькнула на радощах, що так тепло. Це почув горобець і прокинувся.</w:t>
      </w:r>
    </w:p>
    <w:p>
      <w:r>
        <w:br/>
        <w:t>— Хто тут? — закричав.</w:t>
      </w:r>
    </w:p>
    <w:p>
      <w:r>
        <w:br/>
        <w:t>— Це я — синичка!</w:t>
      </w:r>
    </w:p>
    <w:p>
      <w:r>
        <w:br/>
        <w:t>— Мені й без тебе тут тісно, геть, геть!</w:t>
      </w:r>
    </w:p>
    <w:p>
      <w:r>
        <w:br/>
        <w:t>І ну бити її крильцями. Скакає, стрибає. До того розходився, до того розгнівався, що аж гніздо розвалив. Так і посипалось на сніг, а соломка й пір'ячко за вітром полетіли. Мало й горобець не гепнув на землю. Добре, що був близько бузок.</w:t>
      </w:r>
    </w:p>
    <w:p>
      <w:r>
        <w:br/>
        <w:t>Сів на гілку й захникав:</w:t>
      </w:r>
    </w:p>
    <w:p>
      <w:r>
        <w:br/>
        <w:t>— Скрізь, скрізь, скрізь зима, І хатки вже нема...</w:t>
      </w:r>
    </w:p>
    <w:p>
      <w:r>
        <w:br/>
        <w:t>А синичка тільки цвірінькнула і полетіла.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Синичка й горобець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