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Синя корона, тендітнеє скло...</w:t>
      </w:r>
    </w:p>
    <w:p>
      <w:r>
        <w:br/>
        <w:t xml:space="preserve"> Булат Окуджава&lt;br /&gt;</w:t>
        <w:br/>
        <w:t>Синя корона, тендітнеє скло...</w:t>
      </w:r>
    </w:p>
    <w:p>
      <w:r>
        <w:br/>
        <w:t>Перекладач: Кирило Васюков</w:t>
      </w:r>
    </w:p>
    <w:p>
      <w:r>
        <w:br/>
        <w:t>Синя корона, тендітнеє скло&lt;br /&gt;</w:t>
        <w:br/>
        <w:t>Темрява, шепіт кохання&lt;br /&gt;</w:t>
        <w:br/>
        <w:t>Десь у кімнатах життя загуло&lt;br /&gt;</w:t>
        <w:br/>
        <w:t>Там новорічне зібрання&lt;br /&gt;</w:t>
        <w:br/>
        <w:t>Десь вітерець розмаїття збудив&lt;br /&gt;</w:t>
        <w:br/>
        <w:t>Чути, як струни співають&lt;br /&gt;</w:t>
        <w:br/>
        <w:t>Січень, як потяг швидкий налетів&lt;br /&gt;</w:t>
        <w:br/>
        <w:t>Той, на якого чекають.</w:t>
      </w:r>
    </w:p>
    <w:p>
      <w:r>
        <w:br/>
        <w:t>Ми, як царицю тебе берегли&lt;br /&gt;</w:t>
        <w:br/>
        <w:t>Ми тобі вірно служили&lt;br /&gt;</w:t>
        <w:br/>
        <w:t>Варту почесну вкруг тебе несли&lt;br /&gt;</w:t>
        <w:br/>
        <w:t>Велич твою боронили.&lt;br /&gt;</w:t>
        <w:br/>
        <w:t>Навіть побачив під впливом твоїм&lt;br /&gt;</w:t>
        <w:br/>
        <w:t>Постать жіночу мінливу&lt;br /&gt;</w:t>
        <w:br/>
        <w:t>Тої, з якою життям неземним&lt;br /&gt;</w:t>
        <w:br/>
        <w:t>Жив я і був я щасливим.</w:t>
      </w:r>
    </w:p>
    <w:p>
      <w:r>
        <w:br/>
        <w:t>Чом всім гуртом не приборкали час&lt;br /&gt;</w:t>
        <w:br/>
        <w:t>Чом не з'єднали зусилля&lt;br /&gt;</w:t>
        <w:br/>
        <w:t>Доля диктує суворий наказ&lt;br /&gt;</w:t>
        <w:br/>
        <w:t>І обсипається гілля.&lt;br /&gt;</w:t>
        <w:br/>
        <w:t>Тож розпочнемо суворе життя&lt;br /&gt;</w:t>
        <w:br/>
        <w:t>Кожен, як може, розсудить&lt;br /&gt;</w:t>
        <w:br/>
        <w:t>Зняли з хреста тебе без каяття&lt;br /&gt;</w:t>
        <w:br/>
        <w:t>І воскресіння не буде.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Синя корона, тендітнеє скло...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