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Сім крейцерів</w:t>
      </w:r>
    </w:p>
    <w:p>
      <w:r>
        <w:br/>
        <w:t xml:space="preserve"> &lt;p&gt;Доля дбає про те, щоб і бідняк міг інколи посміятися. Не тільки голосіння чути в убогих халупах,— часом там лунає і щирий сміх. Щоправда, бідняк часто регочеться і тоді, коли б йому радше годилося плакати.</w:t>
      </w:r>
    </w:p>
    <w:p>
      <w:r>
        <w:br/>
        <w:t>Я знаю, як живеться бідноті. Те покоління Шошів до якого належав мій батько, пізнало, почім ківш лиха. Батько працював поденно в механічній майстерні. Ані він, ані його однолітки тими часами не хваляться. Дались вони їм утямки!</w:t>
      </w:r>
    </w:p>
    <w:p>
      <w:r>
        <w:br/>
        <w:t>Проте ніколи вже я не сміятимуся так щиро й весело, як у дитинстві.</w:t>
      </w:r>
    </w:p>
    <w:p>
      <w:r>
        <w:br/>
        <w:t>Не до веселощів мені тепер, коли немає моєї рум'янолицьої матусі. Вона, бувало, сміялася так, що аж сльози їй виступали на очах і заходилася задушливим кашлем.</w:t>
      </w:r>
    </w:p>
    <w:p>
      <w:r>
        <w:br/>
        <w:t>А найвеселіше матуся реготалася тоді, коли ми з нею одного разу по обіді шукали сім крейцерів. Шукали і знайшли. Три — в шухлядці швейної машини, один — у шафі, а решту — по дальших закутках.</w:t>
      </w:r>
    </w:p>
    <w:p>
      <w:r>
        <w:br/>
        <w:t>Перші три крейцери відшукала сама матуся. Вона сподівалася знайти більше, бо вже давно складала в шухлядку всі зароблені гроші. Для мене та шухлядка правила за невичерпну скарбницю, до якої треба було лише сягнути — і найзаповітніше бажання враз збувалося.</w:t>
      </w:r>
    </w:p>
    <w:p>
      <w:r>
        <w:br/>
        <w:t>Я пильно придивлявся, як матуся нишпорила в шухляді, перебираючи голки, наперстки, ножиці, ґудзики, стрічки, тасьомки.</w:t>
      </w:r>
    </w:p>
    <w:p>
      <w:r>
        <w:br/>
        <w:t>— Заховалися, — раптом мовила вона здивовано.</w:t>
      </w:r>
    </w:p>
    <w:p>
      <w:r>
        <w:br/>
        <w:t>— Хто?</w:t>
      </w:r>
    </w:p>
    <w:p>
      <w:r>
        <w:br/>
        <w:t>— Грошики,— відповіла, засміявшись, матуся й висунула шухляду.— Ходи-но, синку, ми їх, поганців, таки знайдемо. Начувайтеся лишень, капосні!</w:t>
      </w:r>
    </w:p>
    <w:p>
      <w:r>
        <w:br/>
        <w:t>Вона присіла навпочіпки і поклала шухляду на підлогу так, ніби боялася, що монети звідти випурхнуть. Потім ураз перекинула її — так ловлять капелюхом метелика.</w:t>
      </w:r>
    </w:p>
    <w:p>
      <w:r>
        <w:br/>
        <w:t>Ну як мені було не засміятися?</w:t>
      </w:r>
    </w:p>
    <w:p>
      <w:r>
        <w:br/>
        <w:t>— Тут вони, всередині,— раділа матуся, проте шухляди не піднімала.— Коли ще в нас є хоч один крейцер, то він тут заховався.</w:t>
      </w:r>
    </w:p>
    <w:p>
      <w:r>
        <w:br/>
        <w:t>Я теж присів навпочіпки і стежив: чи не виткнеться з-під шухляди блискуча монетка? Однак нічого не витикалося. Казати правду, ми не дуже й вірили, що там є бодай один крейцер.</w:t>
      </w:r>
    </w:p>
    <w:p>
      <w:r>
        <w:br/>
        <w:t>Ми з мамою переглянулися й засміялися з таких дитячих пустощів.</w:t>
      </w:r>
    </w:p>
    <w:p>
      <w:r>
        <w:br/>
        <w:t>Я торкнув перекинуту шухляду.</w:t>
      </w:r>
    </w:p>
    <w:p>
      <w:r>
        <w:br/>
        <w:t>— Тсс! — насварилася мати.— Тихше, бо вистрибне. Ти ще не знаєш, яке спритне звіреня той крейцер. Він біжить дуже прудко, так і котиться. Та ще й як котиться!</w:t>
      </w:r>
    </w:p>
    <w:p>
      <w:r>
        <w:br/>
        <w:t>Ми заглядали під шухляду то з одного боку, то з другого. Бо ж добре знали — крейцери завше щезають миттю.</w:t>
      </w:r>
    </w:p>
    <w:p>
      <w:r>
        <w:br/>
        <w:t>Нарешті я знову простяг руку до шухляди.</w:t>
      </w:r>
    </w:p>
    <w:p>
      <w:r>
        <w:br/>
        <w:t>— Ой! — скрикнула матуся.</w:t>
      </w:r>
    </w:p>
    <w:p>
      <w:r>
        <w:br/>
        <w:t>Я перелякано сахнувся, ніби опечений.</w:t>
      </w:r>
    </w:p>
    <w:p>
      <w:r>
        <w:br/>
        <w:t>— Обережніше, марнотратнику! Не квапся його випустити. Таж він лише доти наш, поки в схованці. Нехай ще трошки там посидить. Ти ж бачиш : збираюся прати, і треба мила. А воно коштує щонайменше сім крейцерів. Дешевше крамар не продасть анізащо. Три крейцери в мене вже є. Треба ще чотири. А вони сховалися в цій малій хатинці; гроші не люблять, щоб їх турбували. Бо розсердяться — утечуть. Тільки ми їх і бачили. Пильнуй: гроші дуже вразливі, з ними треба поводитись обережно. З повагою. А то завередують, як панночки. Ти не знаєш якогось віршика, щоб виманити їх, мов того слимака з мушлі?</w:t>
      </w:r>
    </w:p>
    <w:p>
      <w:r>
        <w:br/>
        <w:t>Ох і насміялися ж ми, поки правили ці теревені. А віршик у мене вийшов дуже дивний:</w:t>
      </w:r>
    </w:p>
    <w:p>
      <w:r>
        <w:br/>
        <w:t>Дядю крейцер, вийди хутко,</w:t>
      </w:r>
    </w:p>
    <w:p>
      <w:r>
        <w:br/>
        <w:t>Бо горить твоя халупка!..</w:t>
      </w:r>
    </w:p>
    <w:p>
      <w:r>
        <w:br/>
        <w:t>І я перекинув шухляду. Під нею був усілякий мотлох, тільки грошей катма.</w:t>
      </w:r>
    </w:p>
    <w:p>
      <w:r>
        <w:br/>
        <w:t>Підібгавши губи, матуся шукала далі, але марно.</w:t>
      </w:r>
    </w:p>
    <w:p>
      <w:r>
        <w:br/>
        <w:t>— Жаль,— мовила вона,— що нема стола. Гроші б знайшлися, коли б ми з поваги до шухляди перекинули її на столі.</w:t>
      </w:r>
    </w:p>
    <w:p>
      <w:r>
        <w:br/>
        <w:t>Я зібрав увесь мотлох і склав до шухляди. А мати задумалася. Сушила собі голову над тим, чи, випадком, не поклала кудись гроші, а відтак забула про них.</w:t>
      </w:r>
    </w:p>
    <w:p>
      <w:r>
        <w:br/>
        <w:t>І мене щось непокоїло.</w:t>
      </w:r>
    </w:p>
    <w:p>
      <w:r>
        <w:br/>
        <w:t>Раптом у голові сягнула мені думка.</w:t>
      </w:r>
    </w:p>
    <w:p>
      <w:r>
        <w:br/>
        <w:t>— Мамо, я знаю, де заховався крейцер.</w:t>
      </w:r>
    </w:p>
    <w:p>
      <w:r>
        <w:br/>
        <w:t>— Де, синку? Ану пошукаймо його, поки не розтанув, як сніг.</w:t>
      </w:r>
    </w:p>
    <w:p>
      <w:r>
        <w:br/>
        <w:t>— У шухляді скляної шафи.</w:t>
      </w:r>
    </w:p>
    <w:p>
      <w:r>
        <w:br/>
        <w:t>— Розумнику ти мій! Добре, що досі мовчав, а то б за ним уже і слід простиг.</w:t>
      </w:r>
    </w:p>
    <w:p>
      <w:r>
        <w:br/>
        <w:t>Ми встали, підійшли до шафи, що вже хтозна й відколи стояла без скла, і в шухляді, як я й казав, знайшли крейцера. Уже три дні я намірявся викрасти його звідти, та все чомусь боявся. Аби тільки зважився на таке, міг купити собі цукерок.</w:t>
      </w:r>
    </w:p>
    <w:p>
      <w:r>
        <w:br/>
        <w:t>— Ну, чотири крейцери вже є. Не журися, синку, маємо вже більше половини. Лише трьох не вистачає. Коли цей ми знайшли за годину, то до полудня ачей знайдемо і ті три... І я ще встигну випрати до вечора. Ходи-но мерщій, може, ми і в інших шухлядах знайдемо по крейцеру.</w:t>
      </w:r>
    </w:p>
    <w:p>
      <w:r>
        <w:br/>
        <w:t>Коли б у кожній шухляді знайшовся крейцер, то було б у нас багато. Бо старою шафою раніше користалися люди, які мали що переховувати. А в нас її, бідолашну, не дуже завантажували. Тому й стояла вона така непоказна, поточена шашлем, без вішалок.</w:t>
      </w:r>
    </w:p>
    <w:p>
      <w:r>
        <w:br/>
        <w:t>Перед кожною шухлядою мама примовляла пророчо:</w:t>
      </w:r>
    </w:p>
    <w:p>
      <w:r>
        <w:br/>
        <w:t>— Ця шухляда з багатих. А ця ніколи нічого не мала. А оця завжди жила в борг. Ех ти, погана, нещасна старчихо, і в тобі жодного крейцера нема. О, а в цій так ніколи нічого й не буде, бо вона нашу бідність стереже. Ну, нехай у тобі й не буде ніколи, якщо зараз, коли прошу, нічого не даси мені. А ця багатша за всіх, еге! — вигукнула мати, сміючись, коли витягла найнижчу шухляду, що не мала навіть дна. Вона повісила її мені на шию, і ми реготали, аж качались од сміху по підлозі.</w:t>
      </w:r>
    </w:p>
    <w:p>
      <w:r>
        <w:br/>
        <w:t>— Стій! — сказала раптом мати.— Зараз будуть гроші. Я знайду їх у батьковому піджаку. От побачиш.</w:t>
      </w:r>
    </w:p>
    <w:p>
      <w:r>
        <w:br/>
        <w:t>Одяг висів на вбитих у стіну цвяхах. І — диво! — тільки сягнула в першу кишеню, в руці у неї опинився крейцер.</w:t>
      </w:r>
    </w:p>
    <w:p>
      <w:r>
        <w:br/>
        <w:t>Аж не вірила своїм очам.</w:t>
      </w:r>
    </w:p>
    <w:p>
      <w:r>
        <w:br/>
        <w:t>— Є! — скрикнула. — Ось він! То скільки ж маємо вже? Важко навіть полічити. Один, два, три, чотири, п'ять... П'ять! Ще два треба! А що таке два крейцери? Дрібниця. Там, де є п'ять, два ще знайдуться.</w:t>
      </w:r>
    </w:p>
    <w:p>
      <w:r>
        <w:br/>
        <w:t>Мати винишпорила всі кишені, та, на жаль, марно. Не знайшла жодного. Навіть найдотепнішим жартом нізвідки не вдалося виманити ще два крейцери.</w:t>
      </w:r>
    </w:p>
    <w:p>
      <w:r>
        <w:br/>
        <w:t>Від хвилювання та зусиль на материних щоках зажевріли великі червоні троянди. Їй не можна було працювати, бо вона відразу слабла. Правда, шукати гроші — особлива робота, яка нікому не заборонена.</w:t>
      </w:r>
    </w:p>
    <w:p>
      <w:r>
        <w:br/>
        <w:t>Настав і проминув час підвечірку. Незабаром споночіє.</w:t>
      </w:r>
    </w:p>
    <w:p>
      <w:r>
        <w:br/>
        <w:t>На завтра батькові потрібна сорочка, а випрати нічим. Сама тільки колодязна вода не відмиє з неї масного бруду.</w:t>
      </w:r>
    </w:p>
    <w:p>
      <w:r>
        <w:br/>
        <w:t>Враз мати вдарила себе по лобі. Засміялась і радісно вигукнула:</w:t>
      </w:r>
    </w:p>
    <w:p>
      <w:r>
        <w:br/>
        <w:t>— Ой, яка я дурна! Я ж до своїх кишень не заглянула. Та коли вже навинулося на думку, то подивлюся.</w:t>
      </w:r>
    </w:p>
    <w:p>
      <w:r>
        <w:br/>
        <w:t>І подивилася. І що ж ви думаєте — там теж знайшла один крейцер. Шостий.</w:t>
      </w:r>
    </w:p>
    <w:p>
      <w:r>
        <w:br/>
        <w:t>Ми запалилися. Вже тільки одного не вистачає.</w:t>
      </w:r>
    </w:p>
    <w:p>
      <w:r>
        <w:br/>
        <w:t>— Ану виверни й свої кишені. А коли й там є?</w:t>
      </w:r>
    </w:p>
    <w:p>
      <w:r>
        <w:br/>
        <w:t>Мої кишені! Я міг їх вивертати з ранку до вечора! Там завжди дюдя свистить.</w:t>
      </w:r>
    </w:p>
    <w:p>
      <w:r>
        <w:br/>
        <w:t>Звечоріло, а ми так і не знайшли сьомого крейцера.</w:t>
      </w:r>
    </w:p>
    <w:p>
      <w:r>
        <w:br/>
        <w:t>Крамар на борг не дасть, а сусіди такі ж бідні, як і ми. До того ж не йти просити в них один крейцер!</w:t>
      </w:r>
    </w:p>
    <w:p>
      <w:r>
        <w:br/>
        <w:t>Не залишалося інше, як щиросердо посміятися з наших нестатків.</w:t>
      </w:r>
    </w:p>
    <w:p>
      <w:r>
        <w:br/>
        <w:t>Саме тоді зайшов старець — жалісливо попросив милостиню.</w:t>
      </w:r>
    </w:p>
    <w:p>
      <w:r>
        <w:br/>
        <w:t>Мати сміялася до нестями.</w:t>
      </w:r>
    </w:p>
    <w:p>
      <w:r>
        <w:br/>
        <w:t>— Ой що ви, дідусю любий,— сказала вона,— цілий день байдикую, бо не вистачає одного крейцера, щоб купити півфунта мила.</w:t>
      </w:r>
    </w:p>
    <w:p>
      <w:r>
        <w:br/>
        <w:t>Лагідний старець задивився на матір.</w:t>
      </w:r>
    </w:p>
    <w:p>
      <w:r>
        <w:br/>
        <w:t>— Одного крейцера? — перепитав.</w:t>
      </w:r>
    </w:p>
    <w:p>
      <w:r>
        <w:br/>
        <w:t>— Атож.</w:t>
      </w:r>
    </w:p>
    <w:p>
      <w:r>
        <w:br/>
        <w:t>— То я вам дам.</w:t>
      </w:r>
    </w:p>
    <w:p>
      <w:r>
        <w:br/>
        <w:t>— Тільки того ще бракувало — від жебрака милостиню приймати!</w:t>
      </w:r>
    </w:p>
    <w:p>
      <w:r>
        <w:br/>
        <w:t>— Облиш, дочко! Мені він ні до чого. Мені вже лише сира землиця потрібна. Тоді все буде гаразд.</w:t>
      </w:r>
    </w:p>
    <w:p>
      <w:r>
        <w:br/>
        <w:t>Він тицьнув мені в руку крейцер і, попрощавшись, пошкандибав далі.</w:t>
      </w:r>
    </w:p>
    <w:p>
      <w:r>
        <w:br/>
        <w:t>— Ну, слава богу! — сказала мати.— Біжи вже...</w:t>
      </w:r>
    </w:p>
    <w:p>
      <w:r>
        <w:br/>
        <w:t>Та раптом затнулася на хвилинку, а тоді розреготалася.</w:t>
      </w:r>
    </w:p>
    <w:p>
      <w:r>
        <w:br/>
        <w:t>— Не в пору зібралися гроші. Сьогодні прати таки не доведеться. Темно вже, а гасу нема.</w:t>
      </w:r>
    </w:p>
    <w:p>
      <w:r>
        <w:br/>
        <w:t>І вона захлинулася від сміху. Тяжка, смертельна задуха найшла на неї. Мати стисла обличчя долонями, хитнулася... Я підбіг, аби її підтримати. І зненацька щось тепле потекло мені на руки.</w:t>
      </w:r>
    </w:p>
    <w:p>
      <w:r>
        <w:br/>
        <w:t>То була кров, її дорога, свята кров. Кров моєї матері, що вміла сміятися так, як навіть серед бідняків мало хто вміє.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Сім крейцерів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