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злочин</w:t>
      </w:r>
    </w:p>
    <w:p>
      <w:r>
        <w:br/>
        <w:t xml:space="preserve"> &lt;p&gt;Карел Чапек</w:t>
      </w:r>
    </w:p>
    <w:p>
      <w:r>
        <w:br/>
        <w:t>Сільський злочин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Підсудний, встаньте, — сказав голова суду. — Вас обвинувачують в убивстві свого тестя Франтішека Лебеди. На слідстві ви зізналися, що тричі вдарили його сокирою по голові з наміром убити. Визнаєте себе винним?</w:t>
      </w:r>
    </w:p>
    <w:p>
      <w:r>
        <w:br/>
        <w:t>Змарнілий чоловік здригнувся і ковтнув слину.</w:t>
      </w:r>
    </w:p>
    <w:p>
      <w:r>
        <w:br/>
        <w:t>— Ні, — видушив він із себе.</w:t>
      </w:r>
    </w:p>
    <w:p>
      <w:r>
        <w:br/>
        <w:t>— Ви забили тестя?</w:t>
      </w:r>
    </w:p>
    <w:p>
      <w:r>
        <w:br/>
        <w:t>— Забив.</w:t>
      </w:r>
    </w:p>
    <w:p>
      <w:r>
        <w:br/>
        <w:t>— То визнаєте себе винним?</w:t>
      </w:r>
    </w:p>
    <w:p>
      <w:r>
        <w:br/>
        <w:t>— Ні.</w:t>
      </w:r>
    </w:p>
    <w:p>
      <w:r>
        <w:br/>
        <w:t>Голова суду мав ангельське терпіння.</w:t>
      </w:r>
    </w:p>
    <w:p>
      <w:r>
        <w:br/>
        <w:t>— Слухайте, Вондрачеку, — сказав він. — Виявилося, що ви вже одного разу хотіли отруїти його; всипали йому в каву отруту для щурів. Це правда?</w:t>
      </w:r>
    </w:p>
    <w:p>
      <w:r>
        <w:br/>
        <w:t>— Правда.</w:t>
      </w:r>
    </w:p>
    <w:p>
      <w:r>
        <w:br/>
        <w:t>— З цього видно, що ви вже давно зазіхали на його життя. Ви мене розумієте?</w:t>
      </w:r>
    </w:p>
    <w:p>
      <w:r>
        <w:br/>
        <w:t>Чоловік шморгнув носом і безпорадно знизав плечима.</w:t>
      </w:r>
    </w:p>
    <w:p>
      <w:r>
        <w:br/>
        <w:t>— Так це ж через той клапоть конюшини, — промимрив він. — Тесть продавав його, а я кажу: "Тату, не продавайте, я куплю кролів..."</w:t>
      </w:r>
    </w:p>
    <w:p>
      <w:r>
        <w:br/>
        <w:t>— Стривайте, — перебив його голова суду. — То була його конюшина чи ваша?</w:t>
      </w:r>
    </w:p>
    <w:p>
      <w:r>
        <w:br/>
        <w:t>— Ну, його, — буркнув обвинувачений. — Але навіщо йому конюшина? А я йому кажу: "Тату, лишіть мені хоч оте люцернище", а він мені: "Як помру, воно зостанеться Маржці, а тоді роби з ним що хочеш, голодранцю". Маржка — це жінка моя.</w:t>
      </w:r>
    </w:p>
    <w:p>
      <w:r>
        <w:br/>
        <w:t>— І за це ви хотіли його отруїти?</w:t>
      </w:r>
    </w:p>
    <w:p>
      <w:r>
        <w:br/>
        <w:t>— Авжеж.</w:t>
      </w:r>
    </w:p>
    <w:p>
      <w:r>
        <w:br/>
        <w:t>— За те, що вилаяв вас?</w:t>
      </w:r>
    </w:p>
    <w:p>
      <w:r>
        <w:br/>
        <w:t>— Ні. За ґрунт. Він сказав, що продасть його.</w:t>
      </w:r>
    </w:p>
    <w:p>
      <w:r>
        <w:br/>
        <w:t>— Ну то що? — вигукнув голова. — То ж був його ґрунт чи ні? І чому він не мав права його продати?</w:t>
      </w:r>
    </w:p>
    <w:p>
      <w:r>
        <w:br/>
        <w:t>Обвинувачений Вондрачек докірливо подивився на голову.</w:t>
      </w:r>
    </w:p>
    <w:p>
      <w:r>
        <w:br/>
        <w:t>— Адже ж у мене там поряд смужка картоплища, — пояснив він. — Я на те й купив її, щоб колись до того клаптя приточити, а він каже: "Яке мені діло до твоєї смужки, я свій клапоть продам: Йоудалові".</w:t>
      </w:r>
    </w:p>
    <w:p>
      <w:r>
        <w:br/>
        <w:t>— То ви з ним не ладнали? —допитувався голова.</w:t>
      </w:r>
    </w:p>
    <w:p>
      <w:r>
        <w:br/>
        <w:t>— Атож, — похмуро підтвердив Вондрачек. — А все через ту козу.</w:t>
      </w:r>
    </w:p>
    <w:p>
      <w:r>
        <w:br/>
        <w:t>— Яку козу?</w:t>
      </w:r>
    </w:p>
    <w:p>
      <w:r>
        <w:br/>
        <w:t>— Він мою козу доїв. Я йому кажу: "Тату, не займайте кози або дайте нам отой лужок над річкою". А він віддав лужок у оренду.</w:t>
      </w:r>
    </w:p>
    <w:p>
      <w:r>
        <w:br/>
        <w:t>— А гроші куди подів? — спитав один з присяжних.</w:t>
      </w:r>
    </w:p>
    <w:p>
      <w:r>
        <w:br/>
        <w:t>— Та куди ж, — засмучено відказав обвинувачений. — У скриню сховав. "Як помру,— каже,— вам зостануться". А сам не вмирає та й не вмирає. А йому ж було вже за сімдесят.</w:t>
      </w:r>
    </w:p>
    <w:p>
      <w:r>
        <w:br/>
        <w:t>— То ви кажете, що в незгоді винен був ваш тесть?</w:t>
      </w:r>
    </w:p>
    <w:p>
      <w:r>
        <w:br/>
        <w:t>— Атож, — невпевнено відказав Вондрачек. — Він не хотів нічого нам дати. "Поки я живий, я хазяйную, — казав, — і квит". А я йому кажу: "Татусю, якби ви купили корову, то я б те поле впорав, та й не треба продавати". А він мені: "Як умру, купуй хоч дві корови, але свою смужку я продам Йоудалові".</w:t>
      </w:r>
    </w:p>
    <w:p>
      <w:r>
        <w:br/>
        <w:t>— Слухайте, Вондрачеку, — суворо сказав голова, — а не через ті гроші в скрині ви вбили його?</w:t>
      </w:r>
    </w:p>
    <w:p>
      <w:r>
        <w:br/>
        <w:t>— Ні, ті гроші були на корову, — вперто відказав Вондрачек, — Ми собі покладали — як він помре, купимо за них корову. Ну як у хазяйстві без корови? Де гною брати?</w:t>
      </w:r>
    </w:p>
    <w:p>
      <w:r>
        <w:br/>
        <w:t>— Обвинувачений, — втрутився прокурор, — тут ідеться не про корову, а про людське життя. Чому ви вбили свого тестя?</w:t>
      </w:r>
    </w:p>
    <w:p>
      <w:r>
        <w:br/>
        <w:t>— Таж за той ґрунт.</w:t>
      </w:r>
    </w:p>
    <w:p>
      <w:r>
        <w:br/>
        <w:t>— Це не відповідь.</w:t>
      </w:r>
    </w:p>
    <w:p>
      <w:r>
        <w:br/>
        <w:t>— Вій хотів його продати...</w:t>
      </w:r>
    </w:p>
    <w:p>
      <w:r>
        <w:br/>
        <w:t>— Але ж гроші після смерті однаково лишились би вам!</w:t>
      </w:r>
    </w:p>
    <w:p>
      <w:r>
        <w:br/>
        <w:t>— Авжеж, але він не хотів умирати, — з досадою відказав Вондрачек. — Якби він, ласкавий пане, вмер по-доброму... Я йому ніколи нічого лихого не зробив. Усе село посвідчить, що я його шанував, як рідного батька, правда ж? — сказав він, обернувшись до публіки.</w:t>
      </w:r>
    </w:p>
    <w:p>
      <w:r>
        <w:br/>
        <w:t>Зал, де сиділо півсела, схвально загомонів.</w:t>
      </w:r>
    </w:p>
    <w:p>
      <w:r>
        <w:br/>
        <w:t>— Авжеж, — мовив голова поважно. — І через це хотіли його отруїти, так?</w:t>
      </w:r>
    </w:p>
    <w:p>
      <w:r>
        <w:br/>
        <w:t>— Еге, отруїти, — буркнув обвинувачений. — А нащо ж він продавав той клапоть? Спитайте кого хоч, ласкавий пане, кожне вам скаже, що без конюшини в хазяйстві не можна. Правда?</w:t>
      </w:r>
    </w:p>
    <w:p>
      <w:r>
        <w:br/>
        <w:t>Зал знов ствердно загомонів.</w:t>
      </w:r>
    </w:p>
    <w:p>
      <w:r>
        <w:br/>
        <w:t>— Звертайтесь до мене, обвинувачений! — гримнув голова. — А то я накажу повиводити ваших сусідів. Розкажіть нам, як сталося вбивство.</w:t>
      </w:r>
    </w:p>
    <w:p>
      <w:r>
        <w:br/>
        <w:t>— Ну... — почав Вондрачек нерішуче. — Це було в неділю: я побачив, що він знов розмовляє з тим Йоудалом. "Тату, — кажу йому, — не продавайте поля". А він мені: "Тебе не питатимуся, злидню". Я тоді й сказав собі: далі вже не стерплю. І пішов колоти дрова.</w:t>
      </w:r>
    </w:p>
    <w:p>
      <w:r>
        <w:br/>
        <w:t>— Оцією сокирою?</w:t>
      </w:r>
    </w:p>
    <w:p>
      <w:r>
        <w:br/>
        <w:t>— Еге.</w:t>
      </w:r>
    </w:p>
    <w:p>
      <w:r>
        <w:br/>
        <w:t>— Оповідайте далі!</w:t>
      </w:r>
    </w:p>
    <w:p>
      <w:r>
        <w:br/>
        <w:t>— Увечері кажу жінці: "Йди до тітки й дітей відведи" Вона зразу в сльози. "Не реви, — кажу їй, — я з ним зразу ще побалакаю". А він прийшов у повіточку й каже: "Це моя сокира, давай її сюди". А я йому кажу, що він мою козу доїв. Тоді він став віднімати в мене сокиру. Ну, я й рубонув його.</w:t>
      </w:r>
    </w:p>
    <w:p>
      <w:r>
        <w:br/>
        <w:t>— За що?</w:t>
      </w:r>
    </w:p>
    <w:p>
      <w:r>
        <w:br/>
        <w:t>— Таж за той ґрунт.</w:t>
      </w:r>
    </w:p>
    <w:p>
      <w:r>
        <w:br/>
        <w:t>— А чому рубонули тричі?</w:t>
      </w:r>
    </w:p>
    <w:p>
      <w:r>
        <w:br/>
        <w:t>Вондрачек знизав плечима.</w:t>
      </w:r>
    </w:p>
    <w:p>
      <w:r>
        <w:br/>
        <w:t>— А то вже так... Наш братчик, ласкавий пане, звиклий до важкої праці.</w:t>
      </w:r>
    </w:p>
    <w:p>
      <w:r>
        <w:br/>
        <w:t>— А потім?</w:t>
      </w:r>
    </w:p>
    <w:p>
      <w:r>
        <w:br/>
        <w:t>— Потім ліг спати.</w:t>
      </w:r>
    </w:p>
    <w:p>
      <w:r>
        <w:br/>
        <w:t>— І спали?</w:t>
      </w:r>
    </w:p>
    <w:p>
      <w:r>
        <w:br/>
        <w:t>— Ні. Я думав, скільки коштуватиме корова та що за той клаптик виміняю клинець при дорозі, хай уже все вкупі буде.</w:t>
      </w:r>
    </w:p>
    <w:p>
      <w:r>
        <w:br/>
        <w:t>— І сумління вас не мучило?</w:t>
      </w:r>
    </w:p>
    <w:p>
      <w:r>
        <w:br/>
        <w:t>— Ні. Мене мучило, що ті клапті не вкупі. Ну, і ще ж для корови треба хлів полагодити, це також не одна сотня. Адже в нього, в тестя, вже й воза не було. Я йому казав: "Тату, хай бог милує, хіба це по-хазяйському? Адже ці два клапті самі просяться докупи, пожалійте мене".</w:t>
      </w:r>
    </w:p>
    <w:p>
      <w:r>
        <w:br/>
        <w:t>— А ви самі старого пожаліли? — загримів голова.</w:t>
      </w:r>
    </w:p>
    <w:p>
      <w:r>
        <w:br/>
        <w:t>— Так він же хотів продати ту смужечку Йоудалові, — промимрив обвинувачений.</w:t>
      </w:r>
    </w:p>
    <w:p>
      <w:r>
        <w:br/>
        <w:t>— Отже, ви вбили його з корисливості!</w:t>
      </w:r>
    </w:p>
    <w:p>
      <w:r>
        <w:br/>
        <w:t>— Ні, неправда! — розхвилювався обвинувачений. — Це за той клапоть! Якби ті смужки сточити докупи...</w:t>
      </w:r>
    </w:p>
    <w:p>
      <w:r>
        <w:br/>
        <w:t>— Ви визнаєте себе винним?</w:t>
      </w:r>
    </w:p>
    <w:p>
      <w:r>
        <w:br/>
        <w:t>— Ні.</w:t>
      </w:r>
    </w:p>
    <w:p>
      <w:r>
        <w:br/>
        <w:t>— То, по-вашому, вбити стару людину— це ніщо?</w:t>
      </w:r>
    </w:p>
    <w:p>
      <w:r>
        <w:br/>
        <w:t>— Та я ж кажу, що це через той клапоть! — вигукнув Вондрачек, мало не плачучи. — Яке ж це вбивство? Господи, ну як ви не розумієте, ласкавий пане! Це ж у своїй родині! Хіба б же я чужому таке зробив... Я ніколи нічого не вкрав... спитайте про Вондрачека... а вони мене забрали, як злодія... як злодія... —простогнав Вондрачек, аж задихаючись від жалю до себе.</w:t>
      </w:r>
    </w:p>
    <w:p>
      <w:r>
        <w:br/>
        <w:t>— Ні, як батьковбивцю, — сумно поправив голова. — Ви знаєте, Вондрачеку, що за це карають смертю?</w:t>
      </w:r>
    </w:p>
    <w:p>
      <w:r>
        <w:br/>
        <w:t>Вондрачек шморгнув носом.</w:t>
      </w:r>
    </w:p>
    <w:p>
      <w:r>
        <w:br/>
        <w:t>— Це ж за той клапоть... — мовив він безнадійно. Судова процедура потяглась далі: допит свідків, виступи прокурора й захисника...</w:t>
      </w:r>
    </w:p>
    <w:p>
      <w:r>
        <w:br/>
        <w:t>Присяжні вийшли радитися про те, винен обвинувачений Вондрачек чи не винен; голова суду стояв у канцелярії біля вікна й замислено дивився надвір.</w:t>
      </w:r>
    </w:p>
    <w:p>
      <w:r>
        <w:br/>
        <w:t>— Досить мляво вийшло, — пробурчав член суду. — Прокурор якось не дуже хапався, та й адвокат багато не наговорив... Одне слово, справа очевидна, і що тут балакати...</w:t>
      </w:r>
    </w:p>
    <w:p>
      <w:r>
        <w:br/>
        <w:t>Голова суду засопів.</w:t>
      </w:r>
    </w:p>
    <w:p>
      <w:r>
        <w:br/>
        <w:t>— Справа очевидна... — мовив він і махнув рукою. — Слухайте, колего, адже цей чоловік почуває себе так само невинним, як ви чи я. У мене таке відчуття, наче я маю судити різника за те, що він зарізав корову, або крота за те, що він нариває кротовини. Мені раз у раз думалося, що це взагалі не наше діло, розумієте, — не питання права чи закону. Фу-у, — відсапався він і скинув мантію. — Трошки відпочину від цього... Знаєте, присяжні його; мабуть, виправдають. Це безглуздя, але його, мабуть, таки виправдають, бо... Ось що я вам скажу: я сам із села родом, і коли цей чоловік сказав, що ті два клапті просяться докупи, то... я побачив дві смуги поля, і мене опанувало таке почуття, що якби ми мали судити... ну, за якимсь божим законом... то мусили б судити саме ті дві смуги. І знаєте, що б я зробив? Я б підвівся, скинув шапочку й сказав: "Обвинувачений Вондрачек, пролита кров волає до небес, і тому в ім'я боже ти засієш обидві ці смуги блекотою, так, блекотою й будяками, і до самої смерті матимеш перед очима це поле ненависті..." Цікаво мені, що сказав би на це прокурор. Часом, колего, людей мав би судити сам бог; він міг би накладати такі страшні, тяжкі кари... Але судити в ім'я боже нам не під силу... Ну що, присяжні вже скінчили нараду? — І голова суду, аж зітхнувши від нехоті, надів мантію. — Ну, ходімо. Кличте присяжних!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злочин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