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Сидів я над річкою...</w:t>
      </w:r>
    </w:p>
    <w:p>
      <w:r>
        <w:br/>
        <w:t xml:space="preserve"> Сидів я над річкою&lt;br /&gt;</w:t>
        <w:br/>
        <w:t>Да й дивився в воду;&lt;br /&gt;</w:t>
        <w:br/>
        <w:t>Чому радощей ніколи&lt;br /&gt;</w:t>
        <w:br/>
        <w:t>Я не бачив зроду?&lt;br /&gt;</w:t>
        <w:br/>
        <w:t>Думав, гадав: за що б долі&lt;br /&gt;</w:t>
        <w:br/>
        <w:t>Так мене карати?&lt;br /&gt;</w:t>
        <w:br/>
        <w:t>Чи я хотів кого вбити,&lt;br /&gt;</w:t>
        <w:br/>
        <w:t>Або що б одняти&lt;br /&gt;</w:t>
        <w:br/>
        <w:t>Худобу в кого чужую&lt;br /&gt;</w:t>
        <w:br/>
        <w:t>Або що б украсти?&lt;br /&gt;</w:t>
        <w:br/>
        <w:t>Мабуть, прийдеться нещасним&lt;br /&gt;</w:t>
        <w:br/>
        <w:t>Мені вже й пропасти.&lt;br /&gt;</w:t>
        <w:br/>
        <w:t>Хвиля була превелика,&lt;br /&gt;</w:t>
        <w:br/>
        <w:t>Вітер так і гонить;&lt;br /&gt;</w:t>
        <w:br/>
        <w:t>Аж пором став серед річки&lt;br /&gt;</w:t>
        <w:br/>
        <w:t>І з міста не сходить.&lt;br /&gt;</w:t>
        <w:br/>
        <w:t>Були й жінки на поромі,&lt;br /&gt;</w:t>
        <w:br/>
        <w:t>Були й чоловіки;&lt;br /&gt;</w:t>
        <w:br/>
        <w:t>Кричать: "Тягніть разом, люди,&lt;br /&gt;</w:t>
        <w:br/>
        <w:t>Пропадем навіки!"&lt;br /&gt;</w:t>
        <w:br/>
        <w:t>Аж на пором хвиля плеще;&lt;br /&gt;</w:t>
        <w:br/>
        <w:t>Вітер реве, свище,&lt;br /&gt;</w:t>
        <w:br/>
        <w:t>Пливуть вони дуже тихо,&lt;br /&gt;</w:t>
        <w:br/>
        <w:t>І к берегу ближче.&lt;br /&gt;</w:t>
        <w:br/>
        <w:t>Дивлюсь, човничок маленький&lt;br /&gt;</w:t>
        <w:br/>
        <w:t>Із хвиля маняє;&lt;br /&gt;</w:t>
        <w:br/>
        <w:t>Зовсім стане його видно,&lt;br /&gt;</w:t>
        <w:br/>
        <w:t>А після й — немає.&lt;br /&gt;</w:t>
        <w:br/>
        <w:t>Тягли пором по канату&lt;br /&gt;</w:t>
        <w:br/>
        <w:t>Й шостами спирали;&lt;br /&gt;</w:t>
        <w:br/>
        <w:t>Да й то сливе вже ік півдню&lt;br /&gt;</w:t>
        <w:br/>
        <w:t>К берегу пристали.&lt;br /&gt;</w:t>
        <w:br/>
        <w:t>Мордувалися ізранку&lt;br /&gt;</w:t>
        <w:br/>
        <w:t>І всі потомились;&lt;br /&gt;</w:t>
        <w:br/>
        <w:t>Як вилізли вже на берег,&lt;br /&gt;</w:t>
        <w:br/>
        <w:t>Аж перехрестились.&lt;br /&gt;</w:t>
        <w:br/>
        <w:t>І сила ж була велика,&lt;br /&gt;</w:t>
        <w:br/>
        <w:t>Да все було важко:&lt;br /&gt;</w:t>
        <w:br/>
        <w:t>Як же тому, що в човнику,&lt;br /&gt;</w:t>
        <w:br/>
        <w:t>Як же тому тяжко!..&lt;br /&gt;</w:t>
        <w:br/>
        <w:t>Неборашний, проти хвилі&lt;br /&gt;</w:t>
        <w:br/>
        <w:t>Сам він гонить човен;&lt;br /&gt;</w:t>
        <w:br/>
        <w:t>І ізверху вода плеще,&lt;br /&gt;</w:t>
        <w:br/>
        <w:t>І ізнизу повен.&lt;br /&gt;</w:t>
        <w:br/>
        <w:t>Став він ближче й до берега&lt;br /&gt;</w:t>
        <w:br/>
        <w:t>Уже підпливати;&lt;br /&gt;</w:t>
        <w:br/>
        <w:t>Да не вспіє сам він гребти&lt;br /&gt;</w:t>
        <w:br/>
        <w:t>Й воду виливати;&lt;br /&gt;</w:t>
        <w:br/>
        <w:t>Завертівся кругом човен&lt;br /&gt;</w:t>
        <w:br/>
        <w:t>Да й перевернувся;&lt;br /&gt;</w:t>
        <w:br/>
        <w:t>Бовть у воду, бідолашний, —&lt;br /&gt;</w:t>
        <w:br/>
        <w:t>І не схаменувся.&lt;br /&gt;</w:t>
        <w:br/>
        <w:t>Виниряв разів із тричі.&lt;br /&gt;</w:t>
        <w:br/>
        <w:t>"Ой рятуйте, пробі!" —&lt;br /&gt;</w:t>
        <w:br/>
        <w:t>Кричав він, сердешний, дуже,&lt;br /&gt;</w:t>
        <w:br/>
        <w:t>Кричав ік народу.&lt;br /&gt;</w:t>
        <w:br/>
        <w:t>"От-тако, — тільки сказали, —&lt;br /&gt;</w:t>
        <w:br/>
        <w:t>От тобі й нажився!&lt;br /&gt;</w:t>
        <w:br/>
        <w:t>Недалеко й до берега,&lt;br /&gt;</w:t>
        <w:br/>
        <w:t>Да ба — утопився".&lt;br /&gt;</w:t>
        <w:br/>
        <w:t>Я був кинувсь рятувати,&lt;br /&gt;</w:t>
        <w:br/>
        <w:t>Так плавать не вмію;&lt;br /&gt;</w:t>
        <w:br/>
        <w:t>Дак не думав, що й я в світі&lt;br /&gt;</w:t>
        <w:br/>
        <w:t>Дак десь околію.&lt;br /&gt;</w:t>
        <w:br/>
        <w:t>І мені так люди скажуть:&lt;br /&gt;</w:t>
        <w:br/>
        <w:t>"От тобі нажився!&lt;br /&gt;</w:t>
        <w:br/>
        <w:t>Хотів іще ожениться,&lt;br /&gt;</w:t>
        <w:br/>
        <w:t>От тобі й женився!.."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Сидів я над річкою...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