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Січовий поклик</w:t>
      </w:r>
    </w:p>
    <w:p>
      <w:r>
        <w:br/>
        <w:t xml:space="preserve"> &lt;blockquote&gt;&lt;p&gt;На мелодію "Мир Вам браття" співається до вправ</w:t>
      </w:r>
    </w:p>
    <w:p>
      <w:r>
        <w:br/>
        <w:t>Не миритись, милі браття,</w:t>
      </w:r>
    </w:p>
    <w:p>
      <w:r>
        <w:br/>
        <w:t>А боротись нині нам,</w:t>
      </w:r>
    </w:p>
    <w:p>
      <w:r>
        <w:br/>
        <w:t>бо шаліє кат завзятий,</w:t>
      </w:r>
    </w:p>
    <w:p>
      <w:r>
        <w:br/>
        <w:t>Смерть голосить Русинам.</w:t>
      </w:r>
    </w:p>
    <w:p>
      <w:r>
        <w:br/>
        <w:t>Гей! у бій ставаймо разом</w:t>
      </w:r>
    </w:p>
    <w:p>
      <w:r>
        <w:br/>
        <w:t>Грудь при груди до ряду!</w:t>
      </w:r>
    </w:p>
    <w:p>
      <w:r>
        <w:br/>
        <w:t>Кров житє на жаль віддати</w:t>
      </w:r>
    </w:p>
    <w:p>
      <w:r>
        <w:br/>
        <w:t>За нарід і вітчину.</w:t>
      </w:r>
    </w:p>
    <w:p>
      <w:r>
        <w:br/>
        <w:t>Гей, у "Січи" товариство!</w:t>
      </w:r>
    </w:p>
    <w:p>
      <w:r>
        <w:br/>
        <w:t>Кличе сурма кошова,</w:t>
      </w:r>
    </w:p>
    <w:p>
      <w:r>
        <w:br/>
        <w:t>Най воскресне Запорожиїв</w:t>
      </w:r>
    </w:p>
    <w:p>
      <w:r>
        <w:br/>
        <w:t>Дивна слава та грімка.</w:t>
      </w:r>
    </w:p>
    <w:p>
      <w:r>
        <w:br/>
        <w:t>Разом, Браття під прапор наш</w:t>
      </w:r>
    </w:p>
    <w:p>
      <w:r>
        <w:br/>
        <w:t>Най нас клич єго веде;</w:t>
      </w:r>
    </w:p>
    <w:p>
      <w:r>
        <w:br/>
        <w:t>Тілько сьмілі пут не знають</w:t>
      </w:r>
    </w:p>
    <w:p>
      <w:r>
        <w:br/>
        <w:t>Тілько сьмілих воля жде.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Січовий поклик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