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Шпоньчине життя та смерть</w:t>
      </w:r>
    </w:p>
    <w:p>
      <w:r>
        <w:br/>
        <w:t xml:space="preserve"> &lt;p&gt;ШПОНЬЧИНЕ ЖИТТЯ ТА СМЕРТЬ</w:t>
      </w:r>
    </w:p>
    <w:p>
      <w:r>
        <w:br/>
        <w:t>Пролог</w:t>
      </w:r>
    </w:p>
    <w:p>
      <w:r>
        <w:br/>
        <w:t>Зізі не відразу змінила своє аристократичне ім'я на вульгарне ім'я Шпонька. Була вона шляхетного походження, і в книзі собачих родів її ім'я значилося на боковому розгалуженні, що відходило від Більбі (князя Гончакова) та Мімі (графині Гусакової). Більбі був папашею, а Мімі мамашею.</w:t>
      </w:r>
    </w:p>
    <w:p>
      <w:r>
        <w:br/>
        <w:t>Отже, князівська кров текла у жилах Зізі. Як же пишемо ми про Шпоньчине життя та смерть, то лише віддаючи данину тій грубій черні, тим "варварам"-більшо-викам, що таке ім'я їй дали, а не з бажання образити шляхетного нащадка Більбі та Мімі.</w:t>
      </w:r>
    </w:p>
    <w:p>
      <w:r>
        <w:br/>
        <w:t>Автор, крім того, грубий прозаїк і не любить відходити від сучасного дня в прекрасну напівмістичну старовину. Зізі — то містика минулого, а Шпонька — це реальне сьогодні.</w:t>
      </w:r>
    </w:p>
    <w:p>
      <w:r>
        <w:br/>
        <w:t>Зізі родилась болонкою, бо шляхетні батьки її були теж болонками. Болонка нічого спільного не має з Булон-</w:t>
      </w:r>
    </w:p>
    <w:p>
      <w:r>
        <w:br/>
        <w:t>1 Уривок, взятий у квадратні дужки, у видання 1932 р. не ввійшов.</w:t>
      </w:r>
    </w:p>
    <w:p>
      <w:r>
        <w:br/>
        <w:t>ським лісом, так само, як "Гапка" з "гаптуванням", а т0му я й мовчу про цей ліс. Нехай про це скажуть ліричніші за мене поети.</w:t>
      </w:r>
    </w:p>
    <w:p>
      <w:r>
        <w:br/>
        <w:t>Зізі не пам'ятає своїх батьків, як то й личить шляхетній дитині, бо виховувалась на шляхетній псарні німця Шполя. Вона б, може, і не знала імен своїх папаші та мамаші, коли б Шполь, розхвалюючи її корнетові Жанові ЦІомполову, не прочитав тричі зряду її блискучого родоводу.</w:t>
      </w:r>
    </w:p>
    <w:p>
      <w:r>
        <w:br/>
        <w:t>Причини ж, що привели корнета Жана Шомполова на шляхетну псарню Шполя, були такі.</w:t>
      </w:r>
    </w:p>
    <w:p>
      <w:r>
        <w:br/>
        <w:t>І. Початок кар'єри</w:t>
      </w:r>
    </w:p>
    <w:p>
      <w:r>
        <w:br/>
        <w:t>Вендета, найпрекрасніша з жінок заміської ресторації "Східна зоря", хитаючи чудовою ніжкою в елегантській лакерці, арфою Еола продзвеніла:</w:t>
      </w:r>
    </w:p>
    <w:p>
      <w:r>
        <w:br/>
        <w:t>— Я чогось хочу!</w:t>
      </w:r>
    </w:p>
    <w:p>
      <w:r>
        <w:br/>
        <w:t>(Поети, не хитайте головами недовірливо, еолова арфа, коли вона не старе заіржавіле залізо, а гарненька женщина, може мелодійно дзвеніти й хрипкими "ч", "г", "с" та "х").</w:t>
      </w:r>
    </w:p>
    <w:p>
      <w:r>
        <w:br/>
        <w:t>Жан Шомполов рухами, властивими найліпшим представникам шляхетної юнкерської культури, довів свою готовність до всього.</w:t>
      </w:r>
    </w:p>
    <w:p>
      <w:r>
        <w:br/>
        <w:t>— О Вендето, ваше бажання для мене закон!., закон!.. Вендета дивилась томно на кінчик лакерки й придумувала, чого саме їй хочеться.</w:t>
      </w:r>
    </w:p>
    <w:p>
      <w:r>
        <w:br/>
        <w:t>Жан совався на стільці.</w:t>
      </w:r>
    </w:p>
    <w:p>
      <w:r>
        <w:br/>
        <w:t>— Я хочу... собачку!..</w:t>
      </w:r>
    </w:p>
    <w:p>
      <w:r>
        <w:br/>
        <w:t>Чому вона сказала собачку, а не слона або крокодила, вона й сама не знала. Так язик повернувся.</w:t>
      </w:r>
    </w:p>
    <w:p>
      <w:r>
        <w:br/>
        <w:t>"Ідіотка, дура, курячий мозок, бараняча лопатка, бал-Да, мідний лоб!" Так одчитувала сама себе Вендета за собачку, але на цей раз не звучала еолова арфа — трясця їй у струни!</w:t>
      </w:r>
    </w:p>
    <w:p>
      <w:r>
        <w:br/>
        <w:t>"Чому собачка, а не нова сукня або хоч перстень?"</w:t>
      </w:r>
    </w:p>
    <w:p>
      <w:r>
        <w:br/>
        <w:t>Це "чому" й було причиною візиту корнета Шомпо-лова до шляхетного псаря Шполя одного аристократичного ранку о четвертій годині дня. (Аристократичні ранки завще запізнюються).</w:t>
      </w:r>
    </w:p>
    <w:p>
      <w:r>
        <w:br/>
        <w:t>II. Перші кроки</w:t>
      </w:r>
    </w:p>
    <w:p>
      <w:r>
        <w:br/>
        <w:t>Зізі — найліпший зразок собачої дегенерації на ніжках, не товщих за олівець, та з мордочкою короткодзьобої качки,— перші кроки у практичному житті зробила на перському килимі в будуарі Вендети.</w:t>
      </w:r>
    </w:p>
    <w:p>
      <w:r>
        <w:br/>
        <w:t>Після шорстких повстяних постілок псарні це було добре. Зізі згадала свій родовід і задріботіла по кімнаті, але раптом вона побачила, що той "смердючий" (як назвала вона собі в умі Жана) почав кусати за руку Мотрю. (Зізі женщин називала Мотрями, бо перший екземпляр прекрасної половини людського роду, що спіткала вона на своєму житечному шляху, всі називали Мотрею).</w:t>
      </w:r>
    </w:p>
    <w:p>
      <w:r>
        <w:br/>
        <w:t>Смердючий, покусавши руку, почав кусати Мотрю за шию, потім за спину, далі за груди і, нарешті, за ногу вище коліна. Мотря не кричала й не збиралась кусати смердючого.</w:t>
      </w:r>
    </w:p>
    <w:p>
      <w:r>
        <w:br/>
        <w:t>"Шукає блохи",— компетентно вирішила Зізі і раптом поперед себе побачила кислооку паршиву собачку, що й собі дивилася на неї.</w:t>
      </w:r>
    </w:p>
    <w:p>
      <w:r>
        <w:br/>
        <w:t>— Геть звідси, паскудо! — прогавкала Зізі. Відповіді не почула, але бачила, що та теж щось їй</w:t>
      </w:r>
    </w:p>
    <w:p>
      <w:r>
        <w:br/>
        <w:t>гавкала.</w:t>
      </w:r>
    </w:p>
    <w:p>
      <w:r>
        <w:br/>
        <w:t>— Ти не маєш права бути тут,— ляскотіла Зізі,— я шляхетного роду, а ти мурло, парвеню!.. (Простого походження) .</w:t>
      </w:r>
    </w:p>
    <w:p>
      <w:r>
        <w:br/>
        <w:t>"Парвеню" теж гавкало, але за своїм голосом Зізі не чула відповіді.</w:t>
      </w:r>
    </w:p>
    <w:p>
      <w:r>
        <w:br/>
        <w:t>— Ах, яка чудесна собачка! — задзвеніла Мотря своїм переливчастим голосом.— Гляньте, мсьє Жан, як воно кумедно гавкає.</w:t>
      </w:r>
    </w:p>
    <w:p>
      <w:r>
        <w:br/>
        <w:t>Жан, він же й смердючий, певно, вишукавши всіх бліх, підійшов до Зізі і взяв її на руки.</w:t>
      </w:r>
    </w:p>
    <w:p>
      <w:r>
        <w:br/>
        <w:t>— Це найліпший зразок породи!..— і він довго та плу-танно пояснював походження Зізі.</w:t>
      </w:r>
    </w:p>
    <w:p>
      <w:r>
        <w:br/>
        <w:t>III. Спостереження Зізі</w:t>
      </w:r>
    </w:p>
    <w:p>
      <w:r>
        <w:br/>
        <w:t>Дні проходили швидко. Але Зізі так і не могла розв'язати двох питань: перше, де бралися у Мотрі блохи, які вишукували смердючі (так охрестила Зізі всіх мужчин), коли її, Зізі, жодна не вкусила, а друге, чому всі смердючі звуть Мотрю Вендетою, а друга Мотря, грубша, од якої смачно пахло печенею, звала цю Мотрю Параскою Михайлівною.</w:t>
      </w:r>
    </w:p>
    <w:p>
      <w:r>
        <w:br/>
        <w:t>Одного разу пахуча Мотря увійшла в кімнату й урочисто промовила:</w:t>
      </w:r>
    </w:p>
    <w:p>
      <w:r>
        <w:br/>
        <w:t>— Війну оголошено. Н-ський полк завтра йде в похід. —— Невже? Треба поспішити, щоб Жан купив обіцяного кулона...</w:t>
      </w:r>
    </w:p>
    <w:p>
      <w:r>
        <w:br/>
        <w:t>Смердючий прийшов увечері й був якийсь не такий, як завше. Він вимазався чимсь рудим, і навіть ґудзиків не видко було...</w:t>
      </w:r>
    </w:p>
    <w:p>
      <w:r>
        <w:br/>
        <w:t>— Ах, Жан, ви вже в похідному одягу!..— вигукнула Мотря і, закривши обличчя руками, загавкала.</w:t>
      </w:r>
    </w:p>
    <w:p>
      <w:r>
        <w:br/>
        <w:t>Зізі дивилася на неї з німим запитанням.</w:t>
      </w:r>
    </w:p>
    <w:p>
      <w:r>
        <w:br/>
        <w:t>— Не плачте, Вендето, я мушу їхати... обов'язок дворянина й офіцера захищати царя та вітчизну...</w:t>
      </w:r>
    </w:p>
    <w:p>
      <w:r>
        <w:br/>
        <w:t>Смердючий щось довго та врочисто говорив і, вкусивши Мотрю за лоба, вийшов, цокаючи острогами.</w:t>
      </w:r>
    </w:p>
    <w:p>
      <w:r>
        <w:br/>
        <w:t>Як вийшов він, Мотря випросталась, витерла обличчя хусткою і прогавкала:</w:t>
      </w:r>
    </w:p>
    <w:p>
      <w:r>
        <w:br/>
        <w:t>— Сволоч! Верзе за царя та вітчизну, а про кулона нічичирк...</w:t>
      </w:r>
    </w:p>
    <w:p>
      <w:r>
        <w:br/>
        <w:t>Зізі зрозуміла, що Мотря сердиться, і залізла під крісло.</w:t>
      </w:r>
    </w:p>
    <w:p>
      <w:r>
        <w:br/>
        <w:t>Цей смердючий більше не приходив, а почав вчащати інший, що припахав кішкою, а це дуже нервувало Зізі.</w:t>
      </w:r>
    </w:p>
    <w:p>
      <w:r>
        <w:br/>
        <w:t>IV. Зміни</w:t>
      </w:r>
    </w:p>
    <w:p>
      <w:r>
        <w:br/>
        <w:t>Зізі не розумілася на календарі — бухгалтерія старого Хроноса її не обходила. Визначних якихось подій не траплялося, коли не рахувати прищемленого хвоста та вимазаного гірчицею носа.</w:t>
      </w:r>
    </w:p>
    <w:p>
      <w:r>
        <w:br/>
        <w:t>Смердючі старанно вишукували бліх у Мотрі. Пахуча Мотря добре годувала Зізі, і життя котилось, як по маслу.</w:t>
      </w:r>
    </w:p>
    <w:p>
      <w:r>
        <w:br/>
        <w:t>Перша зміна трапилась, як у повітрі запахло дичиною 1 з стріх капало.</w:t>
      </w:r>
    </w:p>
    <w:p>
      <w:r>
        <w:br/>
        <w:t>Мотря увійшла до покою і нервово загавкала, схилившись на крісло, точнісінько, як тоді, коли перший смердючий востаннє укусив її за лоба.</w:t>
      </w:r>
    </w:p>
    <w:p>
      <w:r>
        <w:br/>
        <w:t>Пахуча Мотря одхилила двері й стала руки в боки н&amp; порозі.</w:t>
      </w:r>
    </w:p>
    <w:p>
      <w:r>
        <w:br/>
        <w:t>Ах, ці грубіяни викидають нас! — вигукнула просто Мотря. Вона заломила руки, і до Зізі упав згорнутий</w:t>
      </w:r>
    </w:p>
    <w:p>
      <w:r>
        <w:br/>
        <w:t>папір. Коли б Зізі була письменна, вона могла б на одному боці прочитати: "виїхати в триденний термін... приміщення під шпиталь..."</w:t>
      </w:r>
    </w:p>
    <w:p>
      <w:r>
        <w:br/>
        <w:t>Але Зізі неписьменна. Вона обнюхала папірець — він смердів кішкою. З лютістю леопарда почала шматувати його Зізі, аж Мотря нагнулась і взяла Зізі на коліна.</w:t>
      </w:r>
    </w:p>
    <w:p>
      <w:r>
        <w:br/>
        <w:t>— Любе звірятко!.. Ти розумієш, що мене зобижають злі люди.</w:t>
      </w:r>
    </w:p>
    <w:p>
      <w:r>
        <w:br/>
        <w:t>Зізі лизнула щоку Мотрі і подумала: "Яка солона!"</w:t>
      </w:r>
    </w:p>
    <w:p>
      <w:r>
        <w:br/>
        <w:t>Але день кінчився дуже весело. Прийшло багато смердючих у білих фартухах і почали виносити все з приміщення. Зізі плигала через стільці, бігала між перекинутою меблею, а за нею ганявся чорнявенький у пальті і казав смердючим у фартухах:</w:t>
      </w:r>
    </w:p>
    <w:p>
      <w:r>
        <w:br/>
        <w:t>— Оце, і оце, і те на окремі підводи — це піде до крамниці. Оту купку речей лишіть, їх я не купував.</w:t>
      </w:r>
    </w:p>
    <w:p>
      <w:r>
        <w:br/>
        <w:t>Але й купку речей згодом забрали, і Зізі сіла з Мот-рею на крісло з колесами, смердючий хляснув по конях, і вони покотились.</w:t>
      </w:r>
    </w:p>
    <w:p>
      <w:r>
        <w:br/>
        <w:t>Було весело. На вулицях ішли люди й несли червоні килимки на палицях.</w:t>
      </w:r>
    </w:p>
    <w:p>
      <w:r>
        <w:br/>
        <w:t>"Певно, сушать",— подумала Зізі.</w:t>
      </w:r>
    </w:p>
    <w:p>
      <w:r>
        <w:br/>
        <w:t>Приїхали до будинку сірого й брудного і зайшли до кімнати. Згодом туди внесли речі і розташували.</w:t>
      </w:r>
    </w:p>
    <w:p>
      <w:r>
        <w:br/>
        <w:t>Не було килимів і дзеркал, а проте "нічого собі псарня", подумала Зізі й заснула з утоми під самітною канапою.</w:t>
      </w:r>
    </w:p>
    <w:p>
      <w:r>
        <w:br/>
        <w:t>V. Що було далі</w:t>
      </w:r>
    </w:p>
    <w:p>
      <w:r>
        <w:br/>
        <w:t>Пахуча Мотря не з'явилася, а Мотря просто почала приємно пахнути смаженим.</w:t>
      </w:r>
    </w:p>
    <w:p>
      <w:r>
        <w:br/>
        <w:t>Одного разу почула Зізі вибухи. Злякано замоталась по "псарні", але швидко стомилась, сіла в куточок і завила голосно, смикаючи своєю качиною мордочкою.</w:t>
      </w:r>
    </w:p>
    <w:p>
      <w:r>
        <w:br/>
        <w:t>У повітрі пахло тисячами кішок.</w:t>
      </w:r>
    </w:p>
    <w:p>
      <w:r>
        <w:br/>
        <w:t>Мотря сиділа ввесь час у хаті, вибігаючи лише ненадовго кудись у темний коридор.</w:t>
      </w:r>
    </w:p>
    <w:p>
      <w:r>
        <w:br/>
        <w:t>Як стемніло й вибухи замовкли, у кімнату ввійшла Мотря, а з нею той старий смердючий. Зізі радісно замоталась коло його ніг і помітила, що на лапах у смердючого немає блискучих брязкалець.</w:t>
      </w:r>
    </w:p>
    <w:p>
      <w:r>
        <w:br/>
        <w:t>_ Треба пересидіти кілька день... Гадаю, не виженете?..</w:t>
      </w:r>
    </w:p>
    <w:p>
      <w:r>
        <w:br/>
        <w:t>— Що ви, Жане, сідайте, скидайте шинелю, а як хто зайде, ховайтесь під ліжко...— Вона старанно замкнула двері.</w:t>
      </w:r>
    </w:p>
    <w:p>
      <w:r>
        <w:br/>
        <w:t>— Ну як? — промовила Мотря.</w:t>
      </w:r>
    </w:p>
    <w:p>
      <w:r>
        <w:br/>
        <w:t>— Місто захопила ця наволоч... Наших розстрілюють... Зізі з крісла стежила за Мотрею та смердючим. Вони</w:t>
      </w:r>
    </w:p>
    <w:p>
      <w:r>
        <w:br/>
        <w:t>сиділи оддалік одне від одного.</w:t>
      </w:r>
    </w:p>
    <w:p>
      <w:r>
        <w:br/>
        <w:t>"Тут, певне, немає бліх",— зробила Зізі висновок із своїх спостережень.</w:t>
      </w:r>
    </w:p>
    <w:p>
      <w:r>
        <w:br/>
        <w:t>VI. Темної ночі</w:t>
      </w:r>
    </w:p>
    <w:p>
      <w:r>
        <w:br/>
        <w:t>Темної нбчі прокинулась Зізі й на неї найшла млость. Сіла вона на задні лапки в куточку канапи й тихенько завила:</w:t>
      </w:r>
    </w:p>
    <w:p>
      <w:r>
        <w:br/>
        <w:t>— Гів... в... гів... і-і-і-в..! Мотря прокинулась і покликала.</w:t>
      </w:r>
    </w:p>
    <w:p>
      <w:r>
        <w:br/>
        <w:t>— Зізі, ходь сюди!..</w:t>
      </w:r>
    </w:p>
    <w:p>
      <w:r>
        <w:br/>
        <w:t>Зізі скакнула до неї на ліжко, і млость одійшла від собачої душі.</w:t>
      </w:r>
    </w:p>
    <w:p>
      <w:r>
        <w:br/>
        <w:t>Смердючий заворушився у кутку кімнати і запитав спросоння:</w:t>
      </w:r>
    </w:p>
    <w:p>
      <w:r>
        <w:br/>
        <w:t>— Що там?</w:t>
      </w:r>
    </w:p>
    <w:p>
      <w:r>
        <w:br/>
        <w:t>— Нічого, Жан, це Зізі чогось нервується... Тиша.</w:t>
      </w:r>
    </w:p>
    <w:p>
      <w:r>
        <w:br/>
        <w:t>— Хтось грюкає дверима... Чи не до нас? Жан зашарудів у темноті, одягаючись.</w:t>
      </w:r>
    </w:p>
    <w:p>
      <w:r>
        <w:br/>
        <w:t>Раптом грякнуло поблизу дверима й почулися голоси:</w:t>
      </w:r>
    </w:p>
    <w:p>
      <w:r>
        <w:br/>
        <w:t>— В якій?..</w:t>
      </w:r>
    </w:p>
    <w:p>
      <w:r>
        <w:br/>
        <w:t>— А ось...</w:t>
      </w:r>
    </w:p>
    <w:p>
      <w:r>
        <w:br/>
        <w:t>В кімнаті творилось щось неймовірне. Розпатлана Мотря застібала кофточку, а якісь смердючі тримали Жана за руки...</w:t>
      </w:r>
    </w:p>
    <w:p>
      <w:r>
        <w:br/>
        <w:t>— Ну, швидше ж ти, бариня задрочена!</w:t>
      </w:r>
    </w:p>
    <w:p>
      <w:r>
        <w:br/>
        <w:t>Потім вони всі гуртом вийшли, замкнули двері, а Зізі лишилася одна в темній кімнаті.</w:t>
      </w:r>
    </w:p>
    <w:p>
      <w:r>
        <w:br/>
        <w:t>Сіла в куток і завила жалібно, жалібно...</w:t>
      </w:r>
    </w:p>
    <w:p>
      <w:r>
        <w:br/>
        <w:t>VII. Зізині хрестини</w:t>
      </w:r>
    </w:p>
    <w:p>
      <w:r>
        <w:br/>
        <w:t>— У нас ордер на цю кімнату... всі речі й меблі мусять лишатись на місці...</w:t>
      </w:r>
    </w:p>
    <w:p>
      <w:r>
        <w:br/>
        <w:t>Посеред кімнати стояв незнайомий смердючий, а коло нього блакитноока Мотря у кашкеті та чоботях.</w:t>
      </w:r>
    </w:p>
    <w:p>
      <w:r>
        <w:br/>
        <w:t>— Коли ордер, то займайте! — з запобігливою посмішкою промовив управдом.</w:t>
      </w:r>
    </w:p>
    <w:p>
      <w:r>
        <w:br/>
        <w:t>— Ге, та тут і собачка лишилася! — радісно вигукнула нова Мотря і взяла Зізі на руки...</w:t>
      </w:r>
    </w:p>
    <w:p>
      <w:r>
        <w:br/>
        <w:t>— Товаришу управдом, ви не знаєте, як її звуть?</w:t>
      </w:r>
    </w:p>
    <w:p>
      <w:r>
        <w:br/>
        <w:t>— Ні, не знаю...</w:t>
      </w:r>
    </w:p>
    <w:p>
      <w:r>
        <w:br/>
        <w:t>Блакитноока Мотря розглянула Зізі з усіх боків і нарешті весело засміялась...</w:t>
      </w:r>
    </w:p>
    <w:p>
      <w:r>
        <w:br/>
        <w:t>— Товаришу Василю, яке я хороше ім'я вигадала цій звірині... Краще не можна...</w:t>
      </w:r>
    </w:p>
    <w:p>
      <w:r>
        <w:br/>
        <w:t>— Ну? — обернувся Василь, що розглядав кімнату.</w:t>
      </w:r>
    </w:p>
    <w:p>
      <w:r>
        <w:br/>
        <w:t>— Шпонька... Xa-xa-xa-xa!..</w:t>
      </w:r>
    </w:p>
    <w:p>
      <w:r>
        <w:br/>
        <w:t>Василь усміхнувся і подивився на Зізі.</w:t>
      </w:r>
    </w:p>
    <w:p>
      <w:r>
        <w:br/>
        <w:t>— Ай правда, що Шпонька, краще не вигадати... Нові господарі не знали родоводу Зізі... то пак,</w:t>
      </w:r>
    </w:p>
    <w:p>
      <w:r>
        <w:br/>
        <w:t>Шпоньки, і весело реготались, а Шпонька, ображена, відійшла в куточок і тихенько лягла.</w:t>
      </w:r>
    </w:p>
    <w:p>
      <w:r>
        <w:br/>
        <w:t>"Які грубі ці люди",— думала вона. Але через якийсь час Шпонька забула образу, собача порода святкувала перемогу над "культурними традиціями" — нові господарі дали їй огузок ковбаси зі смачним мотузочком та шкуринку хліба. Шпонька їла все те й радісно вищала.</w:t>
      </w:r>
    </w:p>
    <w:p>
      <w:r>
        <w:br/>
        <w:t>У "псарні" не пахло більше кішкою.</w:t>
      </w:r>
    </w:p>
    <w:p>
      <w:r>
        <w:br/>
        <w:t>VIII. Нові господарі</w:t>
      </w:r>
    </w:p>
    <w:p>
      <w:r>
        <w:br/>
        <w:t>Дні були не такі, як раніше. Шпонька почала бігати на двір і зазнайомилась із багатьма цікавими собачками. Життя потекло барвисто й цікаво.</w:t>
      </w:r>
    </w:p>
    <w:p>
      <w:r>
        <w:br/>
        <w:t>Одного разу блакитноока Мотря вийшла за ворота й покликала Шпоньку з собою.</w:t>
      </w:r>
    </w:p>
    <w:p>
      <w:r>
        <w:br/>
        <w:t>Йшли вулицями, занесеними снігом, і хоч холодно було Шпоньці, зате цікаво. Далі вулиці стали вужчі, а будинки менші. Нарешті зупинилися коло великої брами і зайшли в просторий двір.</w:t>
      </w:r>
    </w:p>
    <w:p>
      <w:r>
        <w:br/>
        <w:t>Безліч незрозумілих пахощів плавало в повітрі, 1 Шпонька радісно загавкала. Назустріч ішов чорний чоловік і, зобачивши блакитнооку Мотрю, радісно вигукнув:</w:t>
      </w:r>
    </w:p>
    <w:p>
      <w:r>
        <w:br/>
        <w:t>_ Ба, товаришко Олю! Нарешті ви до нас. Ходімте в</w:t>
      </w:r>
    </w:p>
    <w:p>
      <w:r>
        <w:br/>
        <w:t>осередок, там усі на вас чекають...</w:t>
      </w:r>
    </w:p>
    <w:p>
      <w:r>
        <w:br/>
        <w:t>У накуреній кімнаті було багато людей. Галас, крики, і Ціпонька незадоволено загавкала.</w:t>
      </w:r>
    </w:p>
    <w:p>
      <w:r>
        <w:br/>
        <w:t>— А це хто з собачкою?</w:t>
      </w:r>
    </w:p>
    <w:p>
      <w:r>
        <w:br/>
        <w:t>— Це товаришка Оля,— сказав чорний, посміхаючись,— вона без собачки не може...</w:t>
      </w:r>
    </w:p>
    <w:p>
      <w:r>
        <w:br/>
        <w:t>Блакитноока Мотря засміялась і врочисто піднесла руку вгору:</w:t>
      </w:r>
    </w:p>
    <w:p>
      <w:r>
        <w:br/>
        <w:t>— Для охорони революційних заслуг товариша Андрія од зазіхання всесвітньої буржуазії дарую цього цербера, іменованого Шпонькою, осередкові ІЧ-ського машинобуді-вельного заводу!..— Загальний регіт був нагородою блакитноокій Мотрі.</w:t>
      </w:r>
    </w:p>
    <w:p>
      <w:r>
        <w:br/>
        <w:t>Шпонька здивовано озиралась. А люди змінили вирази своїх облич на серйозні і сіли навколо столу. Про Шпоньку забули.</w:t>
      </w:r>
    </w:p>
    <w:p>
      <w:r>
        <w:br/>
        <w:t>IX. Несподівана та трагічна смерть Шпоньки</w:t>
      </w:r>
    </w:p>
    <w:p>
      <w:r>
        <w:br/>
        <w:t>Як сутеніло, вийшли з заводського двору блакитноока, чорний та Шпонька.</w:t>
      </w:r>
    </w:p>
    <w:p>
      <w:r>
        <w:br/>
        <w:t>Двоє людей щось тихо розмовляли, а Шпонька бігла позаду і ловила незнайомі запахи в морозному повітрі.</w:t>
      </w:r>
    </w:p>
    <w:p>
      <w:r>
        <w:br/>
        <w:t>Раптом загудів трамвай десь іззаду і в цей час з протилежного кінця вулиці почулося:</w:t>
      </w:r>
    </w:p>
    <w:p>
      <w:r>
        <w:br/>
        <w:t>— Зізі!..</w:t>
      </w:r>
    </w:p>
    <w:p>
      <w:r>
        <w:br/>
        <w:t>То був голос старої господарки, і він пронизав електричним током тіло Шпоньки. Шпонька вискочила наперед блакитноокої та чорного і побігла через вулицю.</w:t>
      </w:r>
    </w:p>
    <w:p>
      <w:r>
        <w:br/>
        <w:t>Трамвай наближався, і блакитноока побачила, як Шпонька зникла під колесами...</w:t>
      </w:r>
    </w:p>
    <w:p>
      <w:r>
        <w:br/>
        <w:t>Через хвилю над роздертою надвоє Шпонькою стояла блакитноока з чорним та якась невідома їм жінка.</w:t>
      </w:r>
    </w:p>
    <w:p>
      <w:r>
        <w:br/>
        <w:t>— Бідна, бідна Зізі!..— важко зітхнула стара, Шпонь-чина Мотря.</w:t>
      </w:r>
    </w:p>
    <w:p>
      <w:r>
        <w:br/>
        <w:t>— Ходімо, Олю, охота дивитись на це...— промовив Шорний, і вони пішли своєю дорогою.</w:t>
      </w:r>
    </w:p>
    <w:p>
      <w:r>
        <w:br/>
        <w:t>А Шпоньчина душа полинула білою хмаркою до престолу свого собачого господа бога!</w:t>
      </w:r>
    </w:p>
    <w:p>
      <w:r>
        <w:br/>
        <w:t>Епілог</w:t>
      </w:r>
    </w:p>
    <w:p>
      <w:r>
        <w:br/>
        <w:t>Не думайте, любий читачу, що я хотів вивести тут якусь мораль. Щоправда, Шпонька загинула, побігши на клич старого життя, але вона могла б і не загинути, коли б не випадковий вагон трамвая...</w:t>
      </w:r>
    </w:p>
    <w:p>
      <w:r>
        <w:br/>
        <w:t>Проте, коли хочете, робіть з цього мораль. Це буде зайвим приводом похвалити автора.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Шпоньчине життя та смерть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