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Шоколадна дорога</w:t>
      </w:r>
    </w:p>
    <w:p>
      <w:r>
        <w:br/>
        <w:t xml:space="preserve"> &lt;p&gt;Одного разу троє братів з Барлетти подалися в мандри. Йшли вони, йшли та й натрапили на гладісіньку коричневу дорогу.</w:t>
      </w:r>
    </w:p>
    <w:p>
      <w:r>
        <w:br/>
        <w:t>— Що воно таке? — запитав перший.</w:t>
      </w:r>
    </w:p>
    <w:p>
      <w:r>
        <w:br/>
        <w:t>— Це не дерево,— сказав другий.</w:t>
      </w:r>
    </w:p>
    <w:p>
      <w:r>
        <w:br/>
        <w:t>— Це не вугілля,— сказав третій.</w:t>
      </w:r>
    </w:p>
    <w:p>
      <w:r>
        <w:br/>
        <w:t>Щоб дізнатись, з чого та дорога, всі троє стали навколішки й лизнули її. Аж виявилося, що то шоколад! Дорога була з шоколаду! Почали вони його їсти. Настав вечір, а брати все їдять та їдять шоколадну дорогу, аж поки залишився тільки маленький клаптик. Не стало ні шоколаду, ні дороги.</w:t>
      </w:r>
    </w:p>
    <w:p>
      <w:r>
        <w:br/>
        <w:t>Що ж його робити? На щастя, стрівся їм селянин, що вертався на возі з поля.</w:t>
      </w:r>
    </w:p>
    <w:p>
      <w:r>
        <w:br/>
        <w:t>— Я одвезу вас додому,— мовив він.</w:t>
      </w:r>
    </w:p>
    <w:p>
      <w:r>
        <w:br/>
        <w:t>І привіз їх у Барлетту, аж під самісіньку їхню хату. Злізли брати, дивляться, а віз увесь із печива. Не довго думаючи, взялися вони до воза, і за хвилину не лишилось ні коліс, ані голобель.</w:t>
      </w:r>
    </w:p>
    <w:p>
      <w:r>
        <w:br/>
        <w:t>Нікому в Барлетті ще зроду так не щастило, як тим братам, і навряд чи коли пощастить.</w:t>
      </w:r>
    </w:p>
    <w:p>
      <w:r>
        <w:br/>
        <w:t>Хто вигадає більше чисел?</w:t>
      </w:r>
    </w:p>
    <w:p>
      <w:r>
        <w:br/>
        <w:t>— Нумо вигадувати числа.</w:t>
      </w:r>
    </w:p>
    <w:p>
      <w:r>
        <w:br/>
        <w:t>— Нумо. Починаю я: майже один, майже два, майже три, майже чотири, майже п'ять, майже шість.</w:t>
      </w:r>
    </w:p>
    <w:p>
      <w:r>
        <w:br/>
        <w:t>— То дурничка. Ось послухай, що я вигадав: один зверхмільйон більярдонів, один восьмільйон тисячонів, один чудольярд і один чудольйон.</w:t>
      </w:r>
    </w:p>
    <w:p>
      <w:r>
        <w:br/>
        <w:t>— А я вигадав таку таблицю множення: три по одному — йди додому</w:t>
      </w:r>
    </w:p>
    <w:p>
      <w:r>
        <w:br/>
        <w:t>три по два — он сова</w:t>
      </w:r>
    </w:p>
    <w:p>
      <w:r>
        <w:br/>
        <w:t>три по три — носа втри</w:t>
      </w:r>
    </w:p>
    <w:p>
      <w:r>
        <w:br/>
        <w:t>три по чотири — дзвоник до квартири</w:t>
      </w:r>
    </w:p>
    <w:p>
      <w:r>
        <w:br/>
        <w:t>три по п'ять — землі п'ядь</w:t>
      </w:r>
    </w:p>
    <w:p>
      <w:r>
        <w:br/>
        <w:t>три по шість — непроханий гість</w:t>
      </w:r>
    </w:p>
    <w:p>
      <w:r>
        <w:br/>
        <w:t>три по сім — цукерки всім</w:t>
      </w:r>
    </w:p>
    <w:p>
      <w:r>
        <w:br/>
        <w:t>три по вісім — джмелі в стрісі</w:t>
      </w:r>
    </w:p>
    <w:p>
      <w:r>
        <w:br/>
        <w:t>три по дев'ять — качка й лебідь</w:t>
      </w:r>
    </w:p>
    <w:p>
      <w:r>
        <w:br/>
        <w:t>три по десять — діток пестять</w:t>
      </w:r>
    </w:p>
    <w:p>
      <w:r>
        <w:br/>
        <w:t>— Скільки коштують ці макарони?</w:t>
      </w:r>
    </w:p>
    <w:p>
      <w:r>
        <w:br/>
        <w:t>— Два щиглі в лоб.</w:t>
      </w:r>
    </w:p>
    <w:p>
      <w:r>
        <w:br/>
        <w:t>— Скільки звідси до Мілана?</w:t>
      </w:r>
    </w:p>
    <w:p>
      <w:r>
        <w:br/>
        <w:t>— Тисячу нових кілометрів, один старий кілометр і сім шоколадок.</w:t>
      </w:r>
    </w:p>
    <w:p>
      <w:r>
        <w:br/>
        <w:t>— Скільки важить одна сльозина?</w:t>
      </w:r>
    </w:p>
    <w:p>
      <w:r>
        <w:br/>
        <w:t>— Як чия. Як вередунова, то легша за вітер, а як голодної дитини, то важча за цілу Землю.</w:t>
      </w:r>
    </w:p>
    <w:p>
      <w:r>
        <w:br/>
        <w:t>— Чи довга ця казка?</w:t>
      </w:r>
    </w:p>
    <w:p>
      <w:r>
        <w:br/>
        <w:t>— Аж занадто.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Шоколадна дорога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