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околад із чил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околад із чи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