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Шлю серце вам</w:t>
      </w:r>
    </w:p>
    <w:p>
      <w:r>
        <w:br/>
        <w:t xml:space="preserve"> Шлю серце вам — ковчег завіту,&lt;br /&gt;</w:t>
        <w:br/>
        <w:t>Й привіту бойові слова,&lt;br /&gt;</w:t>
        <w:br/>
        <w:t>Мої мільйони грозовиті!&lt;br /&gt;</w:t>
        <w:br/>
        <w:t>Хоч звіте братом, хоч не звіте,&lt;br /&gt;</w:t>
        <w:br/>
        <w:t>А я ваш, брати, я ваш!</w:t>
      </w:r>
    </w:p>
    <w:p>
      <w:r>
        <w:br/>
        <w:t>Цей наш союз — не гріх, не цнота,&lt;br /&gt;</w:t>
        <w:br/>
        <w:t>Ані клеймо, ані клейнод,&lt;br /&gt;</w:t>
        <w:br/>
        <w:t>Не випадок і не сваволя:&lt;br /&gt;</w:t>
        <w:br/>
        <w:t>Це спільна, нероздільна доля —&lt;br /&gt;</w:t>
        <w:br/>
        <w:t>Раб-поет і раб-народ.</w:t>
      </w:r>
    </w:p>
    <w:p>
      <w:r>
        <w:br/>
        <w:t>В нас сили — тільки б пробудиться,&lt;br /&gt;</w:t>
        <w:br/>
        <w:t>В нас зерна — тільки б на посів...&lt;br /&gt;</w:t>
        <w:br/>
        <w:t>Країна криється в нас гарна,&lt;br /&gt;</w:t>
        <w:br/>
        <w:t>Як в темній дебрі дика сарна&lt;br /&gt;</w:t>
        <w:br/>
        <w:t>Від гавкучих гончих псів.</w:t>
      </w:r>
    </w:p>
    <w:p>
      <w:r>
        <w:br/>
        <w:t>Як не признаєте за брата,&lt;br /&gt;</w:t>
        <w:br/>
        <w:t>Мені на серце й на чоло&lt;br /&gt;</w:t>
        <w:br/>
        <w:t>Рясніші й глибші ляжуть зморшки,&lt;br /&gt;</w:t>
        <w:br/>
        <w:t>Та не постаріюсь ні трошки,&lt;br /&gt;</w:t>
        <w:br/>
        <w:t>Юдам пагубним на зло.</w:t>
      </w:r>
    </w:p>
    <w:p>
      <w:r>
        <w:br/>
        <w:t>Не прагну мученицьких лаврів,&lt;br /&gt;</w:t>
        <w:br/>
        <w:t>А тільки, з долею в ладу,&lt;br /&gt;</w:t>
        <w:br/>
        <w:t>Я покладу, покласти мушу&lt;br /&gt;</w:t>
        <w:br/>
        <w:t>За вас революційну душу,&lt;br /&gt;</w:t>
        <w:br/>
        <w:t>Цей зневажений мій дух.</w:t>
      </w:r>
    </w:p>
    <w:p>
      <w:r>
        <w:br/>
        <w:t>Я ваш, я ваш. Мені байдуже,&lt;br /&gt;</w:t>
        <w:br/>
        <w:t>Чи я потрібен вам, чи ні —&lt;br /&gt;</w:t>
        <w:br/>
        <w:t>Одне в нас серце незатьменне!&lt;br /&gt;</w:t>
        <w:br/>
        <w:t>Хоч сонце й вас часом від мене&lt;br /&gt;</w:t>
        <w:br/>
        <w:t>Хмари застують брудні.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Шлю серце вам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