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Шкапа</w:t>
      </w:r>
    </w:p>
    <w:p>
      <w:r>
        <w:br/>
        <w:t xml:space="preserve"> &lt;p&gt;Тихої, вересневої ночі, коли місячний сум розіллється в повітрі і в зеленуватому серпанку мерехтить далечінь, мені довго не спиться.</w:t>
      </w:r>
    </w:p>
    <w:p>
      <w:r>
        <w:br/>
        <w:t>І не біль, і не радість огортає тоді мою стомлену душу. Тиха пелюсткова жура голубить моє чоло, і воно, покарбоване зморшками, безсило піддається романтиці й сан-тиментам.</w:t>
      </w:r>
    </w:p>
    <w:p>
      <w:r>
        <w:br/>
        <w:t>Густа тиша сповнює мої груди, і мені хочеться від вогкої землі до холодної безкінечності зір охопити знемо-жений, змучений світ і стиха прошепотіти: "Брате мій!.."</w:t>
      </w:r>
    </w:p>
    <w:p>
      <w:r>
        <w:br/>
        <w:t>Я мимохіть пригадую, що нема вже моїх поплічників, моїх близьких товаришів, і їхні розкидані могили наче оживають на далеких кінцях, коли срібно журиться і ятриться любов'ю мовчазна вереснева ніч.</w:t>
      </w:r>
    </w:p>
    <w:p>
      <w:r>
        <w:br/>
        <w:t>Але не тому, власне, я шукаю самотнього ослону в міському парку, і коли сяду, мої очі заплющуються і голова туманиться спогадами. Серед усіх страхіть тої війни, серед безлічі калік, сліпців і гори трупу — в моїх очах стоїть тільки самотній тулуб селянської шкапи на стерні, і мій жаль попеліє на згустку звичайної кінської ррові.</w:t>
      </w:r>
    </w:p>
    <w:p>
      <w:r>
        <w:br/>
        <w:t>Тільки.</w:t>
      </w:r>
    </w:p>
    <w:p>
      <w:r>
        <w:br/>
        <w:t>Я згоджуюсь — це правда: сантименти заполонили цієї ночі мою думку і я пустився берега, а втім — чи не шкапа та спричинилась до того, що я кров'ю змив кров і вперше побачив на фронті свого справжнього ворога. —</w:t>
      </w:r>
    </w:p>
    <w:p>
      <w:r>
        <w:br/>
        <w:t>Може...</w:t>
      </w:r>
    </w:p>
    <w:p>
      <w:r>
        <w:br/>
        <w:t>Ви, певно, посміхнетесь і не повірите, але хай ще раз майну я думкою на ті далекі галицькі поля 1914 і все ж розповім вам, як то було.</w:t>
      </w:r>
    </w:p>
    <w:p>
      <w:r>
        <w:br/>
        <w:t>Так ось. Молодцювате, на бакир:</w:t>
      </w:r>
    </w:p>
    <w:p>
      <w:r>
        <w:br/>
        <w:t>— Песельникі — наперьо-о-од!</w:t>
      </w:r>
    </w:p>
    <w:p>
      <w:r>
        <w:br/>
        <w:t>Іржава солдатська пісня полохає за командою цісаре-вий спокій спустілих галицьких сіл, і крицевий холодець загострених багнетів ритмічно коливається безкінечним шляхом...</w:t>
      </w:r>
    </w:p>
    <w:p>
      <w:r>
        <w:br/>
        <w:t>Це Австрія. Тут недоречливо виглядають наші російські сірі шинелі, і подолана країна не призвичаїлась до нас...</w:t>
      </w:r>
    </w:p>
    <w:p>
      <w:r>
        <w:br/>
        <w:t>Я зморився до нестями. Моя лопатка, що теліпається збоку, набила мені ногу, і ремінь від рушниці мулить плече. Але я йду і йду.</w:t>
      </w:r>
    </w:p>
    <w:p>
      <w:r>
        <w:br/>
        <w:t>Війна не вбилась ще в довгі нори шанців — їх тільки-но риють позаду, з боків, і хіба де-не-де вона п'яницею точиться між колючим дротом. Наш полк переходить річки, толочить ріллю, ламає чагарник і суне далі, до Карпат.</w:t>
      </w:r>
    </w:p>
    <w:p>
      <w:r>
        <w:br/>
        <w:t>Мені самотньо й порожньо серед наструнчених думок наших "молодців", і уїдливим шершнем лящить по ушах баритон поручника Королькова: "Опраавсь!"</w:t>
      </w:r>
    </w:p>
    <w:p>
      <w:r>
        <w:br/>
        <w:t>Я хочу не помічати Королькова, але він крутиться перед очима, його погони, наче навмисне, вилискують проти сонця, і мені чути його брелкові жарти:</w:t>
      </w:r>
    </w:p>
    <w:p>
      <w:r>
        <w:br/>
        <w:t>— Ей, дєд! Далеко до Вєни?</w:t>
      </w:r>
    </w:p>
    <w:p>
      <w:r>
        <w:br/>
        <w:t>Старий русин притуляє до вуха руку й боязко нахиляється в наш бік:</w:t>
      </w:r>
    </w:p>
    <w:p>
      <w:r>
        <w:br/>
        <w:t>— До Відня, прошу пана?</w:t>
      </w:r>
    </w:p>
    <w:p>
      <w:r>
        <w:br/>
        <w:t>— Врьот, ребята,—"відно", говоріт! Перемишль возьмьом, а тогда...</w:t>
      </w:r>
    </w:p>
    <w:p>
      <w:r>
        <w:br/>
        <w:t>Мене дратує його юнкерське завзяття, і моя закурена походами нудьга не має виходу. Проте мені байдуже.</w:t>
      </w:r>
    </w:p>
    <w:p>
      <w:r>
        <w:br/>
        <w:t>Я — салдат 125-го пішого полку і, крім утоми, я не маю нічого, і не жаль забитих людей і пограбовані оселі.</w:t>
      </w:r>
    </w:p>
    <w:p>
      <w:r>
        <w:br/>
        <w:t>Мені б тільки виспатись!..</w:t>
      </w:r>
    </w:p>
    <w:p>
      <w:r>
        <w:br/>
        <w:t>Наче спросоння, линуть довкола дні, ночі, чужа земля, і я загубив початок усього й зовсім не уявляю собі кінця.</w:t>
      </w:r>
    </w:p>
    <w:p>
      <w:r>
        <w:br/>
        <w:t>...Брязь-туп, брязь-туп...— ідемо ми, і мерехтить далечінь, а я заплющую очі, і ноги йдуть самі...</w:t>
      </w:r>
    </w:p>
    <w:p>
      <w:r>
        <w:br/>
        <w:t>Ах, як гарно, коли можеш спати досхочу!</w:t>
      </w:r>
    </w:p>
    <w:p>
      <w:r>
        <w:br/>
        <w:t>Того дня я таки добре виспався.</w:t>
      </w:r>
    </w:p>
    <w:p>
      <w:r>
        <w:br/>
        <w:t>Наша рота прикривала батарею, і ми до полудня нічого не робили. Я ліг на стерню, і вересневе сонце одсипало мені в обличчя свого сирітського проміння, скільки могло. Чи не вперше за той місяць війни мені стало тепло й хороше, і я заснув без думок і без снів.</w:t>
      </w:r>
    </w:p>
    <w:p>
      <w:r>
        <w:br/>
        <w:t>Сонце вже поспішало на захід, коли незграбний стусан розбудив мене.</w:t>
      </w:r>
    </w:p>
    <w:p>
      <w:r>
        <w:br/>
        <w:t>Попереду в чорні литаври били гармати — то був упертий бій за переправу. Наші гарматні скрині не поспівали підвозити харчу туди, де ревіли ненажерливі потвори і санітарні біди ледве потрапляли підбирати ранених.</w:t>
      </w:r>
    </w:p>
    <w:p>
      <w:r>
        <w:br/>
        <w:t>Наші частини висунулись далеко вперед, і запілля ще підбирається тільки ззаду. Тоді наш взвод мобілізував околишніх селян з "фірами". І ось вони мовчки, покірно, навіть, здається, старанно, навантажують гарматні і заступають нам обоз. Це була нова вигадка дивізійного: "австрійці" — проти австрійців! Селянські фіри одна за одною зникали за байраком, де розривались австрійські снаряди і пухкав на колії наш панцерник.</w:t>
      </w:r>
    </w:p>
    <w:p>
      <w:r>
        <w:br/>
        <w:t>Нараз артилерії наказано обстріляти австрійську лінію на ближчій дистанції, і колеса двох гармат миготять серед куряви, а за ними підтюпцем заторохкотіла мізерна руси-нова фіра.</w:t>
      </w:r>
    </w:p>
    <w:p>
      <w:r>
        <w:br/>
        <w:t>Мені чомусь шкода стало русина і його змореної шкапи з реп'яхами на гриві. Наче відгомін мого далекого села й батьківської шкапи, що на ній я колись їздив наохляп до річки,— вони пролетіли передо мною і, порівнявшись з одкритим полем, сховались за димками гарматнів. Я мимоволі стежив за ними і, коли за жовтим полум'ям і фонтаном землі, витягнувши ноги, впав дебелий артилерійський кінь, я схвильований устав. Що сталося з фірою та шкапами, я не міг розглянути, але вони і цей дядько з довгими сивими кучерями стали мені враз за рідних. Це вони — гірка усмішка моїх давніх літ забутого села, зворушили мене, і я подумав: коли їх не стане, я залишуся тут зовсім самотній...</w:t>
      </w:r>
    </w:p>
    <w:p>
      <w:r>
        <w:br/>
        <w:t>Дорогою везли поранених, але я не вважав на скривавлені обличчя й глухі стогони: війна пощербила наші чуття, і вони стали байдужі, тупі.</w:t>
      </w:r>
    </w:p>
    <w:p>
      <w:r>
        <w:br/>
        <w:t>На позицію поспішала якась частина, летіли з наказами вершники, ворожі снаряди слухняно лягали все ближче й ближче до нашої батареї і нас одвели назад. Усе це метушилось перед моїми очами, але я не помічав того.</w:t>
      </w:r>
    </w:p>
    <w:p>
      <w:r>
        <w:br/>
        <w:t>Сумно і мляво я йшов назад, наче з похорону когось близького. Обірвалась остання нитка, що в'язала мене з минулим, і кінець її одлітав од мене безнадійно далеко...</w:t>
      </w:r>
    </w:p>
    <w:p>
      <w:r>
        <w:br/>
        <w:t>Ми одійшли за верству, коли втихла канонада і синя тінь бою майнула в австрійський бік. Нараз, обернувшись назад, я побачив на стерні одну з дядькових шкап. Я зразу ж упізнав її і зрадів, як хлопчисько. Хитаючись, вона поволі наближалась до нас, за нею волочився по землі розірваний запряг і губились під ногами рясні, червоні краплі. Тихо підійшла вона до нашої роти і стала. З маленької дірочки на череві струменем сочилась кров. Шкапа глянула довкола розпучливими очима, витягнула до нас голову і жалібно, наче хотіла вилити всю свою тугу, скарги й біль, заіржала. Щось кревно близьке почулося мені в її надірваному, боліснбму іржанні, і я ніяковий, мов засоромлений, підійшов до шкапи.</w:t>
      </w:r>
    </w:p>
    <w:p>
      <w:r>
        <w:br/>
        <w:t>Не думав я тоді про наших калік і людську кров, що лилась на фронтах. Бідна шкапа! Це вона стоїть передо мною чорноземним докором моїх дитячих радощів, горя батьків і односельців... І мені здавалось, що я провинний у шкапиних муках. Я вирвав з крихітного, затишного кубла шматочок болю і кинув його на чотири вітри.</w:t>
      </w:r>
    </w:p>
    <w:p>
      <w:r>
        <w:br/>
        <w:t>Давно вже я одбився від села, тиняючись по містах і передмістях, але тепер моє солдатське серце знову щеміло селянським безпуттям. Тісним колом шкапу оточили солдати. Хтось притулив її морду до розхристаних грудей і голубив ніжно, пестливо, як дитину. Бородатий калужець промив шкапі рану й затулив віхтечком соломи. Кров ніби перестала текти, і шкапа перевела на нього свої сумні очі, немов подякувала. До неї звідусіль простягались солдатські руки з хлібом, сіном, хтось підніс цукру,— кожному хотілося зробити шкапі щось приємне. Вона була тут серед нас єдина жива істота, до якої по-людському міг звернутись солдат і мовчки повідати їй свої страждання й образи. І ми, як покинуті на розпутті сироти, тулились до шкапи. Але це не тішило її. Сумна, вона байдуже одверталась від хліба, а розумні, великі очі світились болем. Підклали їй під ноги соломи, але не лягла шкапа. Коливаючись і здригуючи, вона, здавалось, хотіла ще випробувати останню силу знеможених ніг.</w:t>
      </w:r>
    </w:p>
    <w:p>
      <w:r>
        <w:br/>
        <w:t>Я перший не витримав і, понуро дивлячись долу, оді-йшов геть. Ну хіба ж міг я дивитись далі на скривавлений образ минулого і майбутнього?.. Живими воскресали в уяві і стояли перед очима мої дитячі роки під гнилою, зеленувато-чорною стріхою, наша сліпа на одне око шкапа, і насуплений батько, і дрібні матусині сльози, коли я вперше покидав село...</w:t>
      </w:r>
    </w:p>
    <w:p>
      <w:r>
        <w:br/>
        <w:t>Я, не повертаючись назад, поспішав далі від раненої шкапи.</w:t>
      </w:r>
    </w:p>
    <w:p>
      <w:r>
        <w:br/>
        <w:t>Опівночі ми переходили на нову ділянку фронту.</w:t>
      </w:r>
    </w:p>
    <w:p>
      <w:r>
        <w:br/>
        <w:t>Тиша нічна брала врочисті октави якихось фантастичних гімнів, що виспівували чи то радість життя, чи то величність смерті.</w:t>
      </w:r>
    </w:p>
    <w:p>
      <w:r>
        <w:br/>
        <w:t>Новеньким гривеником полохливо котився між хмарами місяць. Коли-не-коли він зупиняв свій зажурений зір на порожній стерні, сріблив верховіття далеких дерев, і тоді вони здавалися золотосяйними арками якоїсь незнаної, прекрасної казки. Але за хвилину місяць знову похапливо зникав не знати куди й по що, знову гасли дерева і холодний морок снував над головою, забирався під гім-настьорку й лоскотав за спиною. Шкапу залишили доходити саму.</w:t>
      </w:r>
    </w:p>
    <w:p>
      <w:r>
        <w:br/>
        <w:t>Виснажена і безсила, вона давно вже лежала на застеленій соломі. Десь серед прозорого місячного серпанку вже витала її смерть. І шкапа розуміла це. Коли ми иосунули по шляху, шкапа раптом, немов спам'ятавшись, напружила останні зусилля встати. Вона здригнула всім тулубом і підвелась. Простягнувши до нас голову і наче благаючи не покидати її, шкапа тихо й хрипко заіржала. На мить під хворим промінням місяця блиснули її розпуч-ливі, перелякані очі, потім вона безсило впала...</w:t>
      </w:r>
    </w:p>
    <w:p>
      <w:r>
        <w:br/>
        <w:t>Вже кілька хвилин уся рота, обернувшись до шкапи, стояла мовчки, задеревеніла, мов сама засуджена на страту. Але бородату мовчазність і жалібний гомін парубочих сердець раптом з грохотом розбив баритон поручника Королькова:</w:t>
      </w:r>
    </w:p>
    <w:p>
      <w:r>
        <w:br/>
        <w:t>— Что сталі? Чево сматреть! Смірр-но-о!</w:t>
      </w:r>
    </w:p>
    <w:p>
      <w:r>
        <w:br/>
        <w:t>Рота дриґнула і завмерла. Корольков прудко підійшов до шкапи. Тільки-но він хотів штовхнути її тулуб ногою і вже заніс чобота, як хтось із молоді не своїм голосом скрикнув:</w:t>
      </w:r>
    </w:p>
    <w:p>
      <w:r>
        <w:br/>
        <w:t>— Не бийте!!...</w:t>
      </w:r>
    </w:p>
    <w:p>
      <w:r>
        <w:br/>
        <w:t>Корольков інстинктивно одскочив назад, але зараз же змигнувся. Круто повернувшись, він хрипко заревів:</w:t>
      </w:r>
    </w:p>
    <w:p>
      <w:r>
        <w:br/>
        <w:t>— Кто крікнул?! — і рішучими кроками йшов до нас, дати, за своїм звичаєм, першому по морді.</w:t>
      </w:r>
    </w:p>
    <w:p>
      <w:r>
        <w:br/>
        <w:t>Він ще раз протяжно захрипів:</w:t>
      </w:r>
    </w:p>
    <w:p>
      <w:r>
        <w:br/>
        <w:t>— Кто крікнул, спрашиваю?</w:t>
      </w:r>
    </w:p>
    <w:p>
      <w:r>
        <w:br/>
        <w:t>Але на відповідь йому мовчки з ненавистю і презирством дивилось просто в вічі дві сотні солдатських очей. Гнів землі, стогони й прокляття багатьох поколінь рабів, кріпаків і наймитів мигнули зірницею в тому погляді і напружились. Було щось дике й жорстоке в тій згущеній мовчанці багатьох людей. Все завмерло, люди не дихали, і тільки багнети блимали під місяцем — спокійно-рішучі й мертво-холодні.</w:t>
      </w:r>
    </w:p>
    <w:p>
      <w:r>
        <w:br/>
        <w:t>Корольков здивовано глянув на нас і, певно, йому стало моторошно.</w:t>
      </w:r>
    </w:p>
    <w:p>
      <w:r>
        <w:br/>
        <w:t>лВін знітився, зблід і одвернувся.</w:t>
      </w:r>
    </w:p>
    <w:p>
      <w:r>
        <w:br/>
        <w:t>Наче легкий шелест вітру пролетів по роті, і солдати перевели дихання... Корольков перекусив губу, а потім, труснувши головою, наче одкинув якесь докучливе напинало, впал им голосом скомандував: — Шагом марш!</w:t>
      </w:r>
    </w:p>
    <w:p>
      <w:r>
        <w:br/>
        <w:t>Ми труснули рушницями й тихо рушили.</w:t>
      </w:r>
    </w:p>
    <w:p>
      <w:r>
        <w:br/>
        <w:t>Могилою одгонять довгі криві шанці.</w:t>
      </w:r>
    </w:p>
    <w:p>
      <w:r>
        <w:br/>
        <w:t>Проти нас тепер — німці. Меткою рукою вони намацують наш барліг, і їхні снаряди рвуться спереду і ззаду шанців.</w:t>
      </w:r>
    </w:p>
    <w:p>
      <w:r>
        <w:br/>
        <w:t>Але про мене! Ця фронтова новина мене зовсім тепер не зворухнула. Чомусь уперто й настирливо долітало тогосвітньою луною до моїх ушей час від часу глухе іржання тої раненої шкапи... Вже минув тиждень від тої ночі, коли поручник Корольков посковзнувся з наших очах, і вся рота була знову — звичайні, дисципліновані, цокірні солдати. Але я знав тепер, що маю робити. Коли наші стрільці добирали способу влучати в німецькі шоломи, що часом вистромлялися на мить понад землею, я свідомо й автоматично стріляв у гущавину далекого лісу, минаючи німецькі окопи. Але хвилинами мене пекло й це: адже там могли бути випадкові люди...</w:t>
      </w:r>
    </w:p>
    <w:p>
      <w:r>
        <w:br/>
        <w:t>З другого взводу хтось умисно виставив угору долоню і, коли вона заюшилась кров'ю,— замість шпиталю, він потрапив під арешт. І ось непомітно, за вибухами гармат і розривом гарматнів, зійшла ніч. Морок оповив шанці, дротяні перепони, людей,— канонада втихомирилась і фронт спочивав. Але якесь незрозуміле хвилювання влетіло в мої груди й билось, як підстрелене. Я почував, що чогось не виконав. Так,— я мушу щось зробити. Щось сильне і незвичайне. Щось таке, після чого можна буде тільки несамовито сміятись і одкидати чобітьми всі маленькі й великі пута, що тримали нас досі... Але, що саме — я не знав, і це мучило мене. Я никав під блинда-жем, заглядав до своїх сусідів, а спокою не було.</w:t>
      </w:r>
    </w:p>
    <w:p>
      <w:r>
        <w:br/>
        <w:t>Я хотів сісти на оцюпалок і гаразд поміркувати, коли верхом окопу, не зважаючи на посвист випадкових куль, до нас підійшов Корольков. Його бадьорий голос ще здалека забренів одчайдушно і нахабно-сміливо.</w:t>
      </w:r>
    </w:p>
    <w:p>
      <w:r>
        <w:br/>
        <w:t>— Ребята, в разведку — кто со мной?</w:t>
      </w:r>
    </w:p>
    <w:p>
      <w:r>
        <w:br/>
        <w:t>Мені нараз стала огидна хоробрість Королькова. Я одвернувся до фронту й для чогось оглянув свою рушницю.</w:t>
      </w:r>
    </w:p>
    <w:p>
      <w:r>
        <w:br/>
        <w:t>Корольков ще раз тонно гукнув: "Ну?" — і до нього вилізли "вольнопьор", унтер і два наших "хахли".</w:t>
      </w:r>
    </w:p>
    <w:p>
      <w:r>
        <w:br/>
        <w:t>Мені чудною видалася ця компанія, і я, посміхнувшись, стежив, як вони поповзли до німецького дроту.</w:t>
      </w:r>
    </w:p>
    <w:p>
      <w:r>
        <w:br/>
        <w:t>Стрілянина вщухла, і тільки ракети, мов пустуни, виривались з шумом угору, а потім, розчарувавшись у забавці, високо над нашими головами ліньки спускались долу і тьмяно освітлювали простори.</w:t>
      </w:r>
    </w:p>
    <w:p>
      <w:r>
        <w:br/>
        <w:t>Я вже не бачив нашої розвідки, але я добре уявляв собі прищулене око Королькова, цибаті ноги "вольнопьора" і йолопуваті фізіономії "хахлів".</w:t>
      </w:r>
    </w:p>
    <w:p>
      <w:r>
        <w:br/>
        <w:t>Потім я ще раз пригадав обличчя Королькова, його голос, і на мене війнуло холодом. Сквапно я заклав у рушницю свіжу обойму і, як пес, нашорошив уші. Тріскали вгорі ракети, і монотонно свиснула поблизу куля. Я принишк і схилився під бруствером...</w:t>
      </w:r>
    </w:p>
    <w:p>
      <w:r>
        <w:br/>
        <w:t>Зненацька німецький бік зайнявся вогнем. Короткі блискавки шмигнули по німецькій лінії, залопотів заклопотано кулемет, вдарили десь гармати і заспана ніч ожила безліччю звуків.</w:t>
      </w:r>
    </w:p>
    <w:p>
      <w:r>
        <w:br/>
        <w:t>Наче в патетичну хвилину якоїсь божевільної опери, незрима оркестра брала найвищі ноти, надривався дирижер, і ось-ось упаде чорна завіса — кінець... То німці помітили розвідку, то одстрілювалась наша лінія.</w:t>
      </w:r>
    </w:p>
    <w:p>
      <w:r>
        <w:br/>
        <w:t>Я добре знав тепер, що я мушу. Напруживши до болю зір, я щодуху гасив обойму за обоймою в той бік, куди зник Корольков. Рушниця тремтіла в моїх руках, я намагався цілитись, але темрява шматувала мене одчаєм. Ах, я надаремно стріляю, і мої кулі не досягають мети!.. Коли враз... Ні, це, може, так здалося? Але ж ні — тепер справді: попереду за кущем на двадцять кроків щось заворушилось! Я висадив нову обойму — раз! раз! раз! і зойкнув на радощах.</w:t>
      </w:r>
    </w:p>
    <w:p>
      <w:r>
        <w:br/>
        <w:t>— Балвани-и-и!! Куда стрел...— закричав на всю пельку Корольков і скочив на ноги. Тільки— мить. Голос його обірвався на півслові. Чорний, він махнув, як вітряк, руками і впав у темряву...</w:t>
      </w:r>
    </w:p>
    <w:p>
      <w:r>
        <w:br/>
        <w:t>Як побиті щенята, до шанців, стогнучи, підлазили ранений "вольнопьор", унтер і два "хахли".</w:t>
      </w:r>
    </w:p>
    <w:p>
      <w:r>
        <w:br/>
        <w:t>Я опустив долу рушницю і щасливий свобідно зітхнув.</w:t>
      </w:r>
    </w:p>
    <w:p>
      <w:r>
        <w:br/>
        <w:t>З того часу минуло вже багато літ, але тихої вересневої ночі мені довго не спиться.</w:t>
      </w:r>
    </w:p>
    <w:p>
      <w:r>
        <w:br/>
        <w:t>і, знаєте,— навіть не Корольков і не гаряча насолода помсти тої ворушать мої спогади. Ні — ці маленькі, чорнуваті краплі на стерні, наче разки дорогого намиста невинних коралів крові, я несвідомо заховав собі в пам'яті з тої війни... Але, пробачте,— я, здається, таки добре розхвилювався, і все це вийшло в мене занадто чорне... А втім, це ж— людяне. Мені зараз легко й гарно. Гляньте, як засипає зморене мільйонне життя безлічі трудових рук, і я не самотній серед тихих акордів місячної печалі. Ви підете тепер додому, а я ще довго не буду спати. Надобраніч!</w:t>
      </w:r>
    </w:p>
    <w:p>
      <w:r>
        <w:br/>
        <w:t>Київ, 1924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Шкапа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