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Шелестуни</w:t>
      </w:r>
    </w:p>
    <w:p>
      <w:r>
        <w:br/>
        <w:t xml:space="preserve"> В одній долині, під горою,&lt;br /&gt;</w:t>
        <w:br/>
        <w:t>Високий явір зеленів;&lt;br /&gt;</w:t>
        <w:br/>
        <w:t>Край берега над чистою водою&lt;br /&gt;</w:t>
        <w:br/>
        <w:t>Широкі віття розпустив;&lt;br /&gt;</w:t>
        <w:br/>
        <w:t>Листочки з вітриком, жартуючи, шептались:&lt;br /&gt;</w:t>
        <w:br/>
        <w:t>— Ану, голубчику, ще, ще дихни!&lt;br /&gt;</w:t>
        <w:br/>
        <w:t>— Бач, братику, які ми повдавались&lt;br /&gt;</w:t>
        <w:br/>
        <w:t>Веселії Шелестуни!&lt;br /&gt;</w:t>
        <w:br/>
        <w:t>Якби не ми з тобою шелестіли,&lt;br /&gt;</w:t>
        <w:br/>
        <w:t>То хто б долину звеселяв&lt;br /&gt;</w:t>
        <w:br/>
        <w:t>І з ким би ти тут, вітрику наш милий,&lt;br /&gt;</w:t>
        <w:br/>
        <w:t>Гуляючи, любенько жартував?&lt;br /&gt;</w:t>
        <w:br/>
        <w:t>Що б тут було без нас? Краса якая?&lt;br /&gt;</w:t>
        <w:br/>
        <w:t>Бур'ян та осока;&lt;br /&gt;</w:t>
        <w:br/>
        <w:t>Була б долинонька неначе пустка тая,&lt;br /&gt;</w:t>
        <w:br/>
        <w:t>А подивись, тепер вона яка!&lt;br /&gt;</w:t>
        <w:br/>
        <w:t>До нас зозуленька у гості прилітає&lt;br /&gt;</w:t>
        <w:br/>
        <w:t>І весело кує, як в тихому кутку;&lt;br /&gt;</w:t>
        <w:br/>
        <w:t>Вівчарик на сопілку грає&lt;br /&gt;</w:t>
        <w:br/>
        <w:t>Під явором, у холодку;&lt;br /&gt;</w:t>
        <w:br/>
        <w:t>Співає соловей, неначе у садочку,&lt;br /&gt;</w:t>
        <w:br/>
        <w:t>А серед ночі, в тихий час,&lt;br /&gt;</w:t>
        <w:br/>
        <w:t>Тут мавочки гуляють у таночку&lt;br /&gt;</w:t>
        <w:br/>
        <w:t>І ясний місяць дивиться на нас.&lt;br /&gt;</w:t>
        <w:br/>
        <w:t>— Коли б не ми, то й ви б не шелестіли,-&lt;br /&gt;</w:t>
        <w:br/>
        <w:t>Коріння загули із-під трави,-&lt;br /&gt;</w:t>
        <w:br/>
        <w:t>Коли б ми вам не піддавали сили,&lt;br /&gt;</w:t>
        <w:br/>
        <w:t>То не бриніли б ви...&lt;br /&gt;</w:t>
        <w:br/>
        <w:t>— Чого сюди Корінням озиваться? —&lt;br /&gt;</w:t>
        <w:br/>
        <w:t>Зашамотіли Листя угорі.-&lt;br /&gt;</w:t>
        <w:br/>
        <w:t>Ви що, а ми он що! До нас вам не рівняться,&lt;br /&gt;</w:t>
        <w:br/>
        <w:t>Лежали б мовчки у своїй норі...&lt;br /&gt;</w:t>
        <w:br/>
        <w:t>— Тіпун вам на язик! Раденькі, що дурненькі! —&lt;br /&gt;</w:t>
        <w:br/>
        <w:t>Коріння знов озвалися до них.-&lt;br /&gt;</w:t>
        <w:br/>
        <w:t>І ви самі, і ваші витребеньки —&lt;br /&gt;</w:t>
        <w:br/>
        <w:t>Розумному на сміх;&lt;br /&gt;</w:t>
        <w:br/>
        <w:t>Не розуміючи, лепечете, як діти;&lt;br /&gt;</w:t>
        <w:br/>
        <w:t>Гріх зневажати нас!&lt;br /&gt;</w:t>
        <w:br/>
        <w:t>Хоч у землі судилося нам жити,&lt;br /&gt;</w:t>
        <w:br/>
        <w:t>А все-таки ми дбаємо про вас.&lt;br /&gt;</w:t>
        <w:br/>
        <w:t>Не красувався б тут і явір сей високий,&lt;br /&gt;</w:t>
        <w:br/>
        <w:t>Сказати в добрий час,&lt;br /&gt;</w:t>
        <w:br/>
        <w:t>Такий рясний, хороший та широкий:&lt;br /&gt;</w:t>
        <w:br/>
        <w:t>І силу, і красу він має терез нас.&lt;br /&gt;</w:t>
        <w:br/>
        <w:t>Минеться літечко, тоді по божій волі&lt;br /&gt;</w:t>
        <w:br/>
        <w:t>Ми заснемо до другої весни,&lt;br /&gt;</w:t>
        <w:br/>
        <w:t>І ви пожовкнете, лежатимете долі,&lt;br /&gt;</w:t>
        <w:br/>
        <w:t>Дурненькії Шелестуни.&lt;br /&gt;</w:t>
        <w:br/>
        <w:t>І після' вас другії листя будуть,&lt;br /&gt;</w:t>
        <w:br/>
        <w:t>Цвістиме все, як і тепер цвіло,&lt;br /&gt;</w:t>
        <w:br/>
        <w:t>Зозуля, соловей і вітрик вас забудуть,&lt;br /&gt;</w:t>
        <w:br/>
        <w:t>Неначе вас і не було...</w:t>
      </w:r>
    </w:p>
    <w:p>
      <w:r>
        <w:br/>
        <w:t>І між людьми такі ж бувають,&lt;br /&gt;</w:t>
        <w:br/>
        <w:t>Як і на яворі, Шелестуни;&lt;br /&gt;</w:t>
        <w:br/>
        <w:t>Нехай же баєчку вони&lt;br /&gt;</w:t>
        <w:br/>
        <w:t>На вус собі мотають.&lt;br /&gt;</w:t>
        <w:br/>
        <w:t>(1891)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Шелестуни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