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вже в тім житті моєму днів...</w:t>
      </w:r>
    </w:p>
    <w:p>
      <w:r>
        <w:br/>
        <w:t xml:space="preserve"> Що вже в тім житті моєму днів, немов трави, зів'яло,&lt;br /&gt;</w:t>
        <w:br/>
        <w:t>що тих квітів піврозквітлих до часу пооблітало!</w:t>
      </w:r>
    </w:p>
    <w:p>
      <w:r>
        <w:br/>
        <w:t>Що пісень загасло в грудях, що завмерло скарг даремних,&lt;br /&gt;</w:t>
        <w:br/>
        <w:t>що зітхань було таємних, що тих сліз спливло буремних.</w:t>
      </w:r>
    </w:p>
    <w:p>
      <w:r>
        <w:br/>
        <w:t>Тільки знов, як після ночі світлий ранок заясніє,&lt;br /&gt;</w:t>
        <w:br/>
        <w:t>я питаю в хмарних далей: "Де ти, де, моя надіє?"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вже в тім житті моєму днів...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