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в світі найсолодше</w:t>
      </w:r>
    </w:p>
    <w:p>
      <w:r>
        <w:br/>
        <w:t xml:space="preserve"> &lt;p&gt;Був собі в Арабії король, і мав той король усе, чого серце бажало: велику державу, здоров'я, молодість, вроду, силу й людську пошану. А ще любив він гарно пожити, той могутній король. Не було й дня, щоб він не тішився у своєму чудовому саду всілякими розвагами й наїдками. А що він був ласкавий і справедливий король, нікого не кривдив і обдаровував бідних зі свого багатого столу, то люди гадали, що він і мав право веселитися.</w:t>
      </w:r>
    </w:p>
    <w:p>
      <w:r>
        <w:br/>
        <w:t>Особливо полюбляв король солодощі. Він мав хіть до них ще змалку, коли був бідним пастушком і пас верблюдів.</w:t>
      </w:r>
    </w:p>
    <w:p>
      <w:r>
        <w:br/>
        <w:t>Він тоді цілими днями дивився, як мавпи видираються на пальми й ласують солодкими фініками, а сам був маленький, кволий і не міг вилізти на високе дерево. А як він видряпувався верблюдові на горб, щоб звідти дістати фінік, то завжди не досягав, і насмішкуваті мавпи дражнили його й шпурляли в обличчя лушпиння.</w:t>
      </w:r>
    </w:p>
    <w:p>
      <w:r>
        <w:br/>
        <w:t>"О,— думав він,— якби я був мавпою, то теж ласував би солодкими фініками, а так мені доводиться їсти верблюдячий сир і гірке коріння".</w:t>
      </w:r>
    </w:p>
    <w:p>
      <w:r>
        <w:br/>
        <w:t>Тепер він став багатим королем і міг їсти фініків досхочу, а мавпи в залізних клітках тільки заздрісно дивилися на нього.</w:t>
      </w:r>
    </w:p>
    <w:p>
      <w:r>
        <w:br/>
        <w:t>А коли фініки набридли йому — бо така солодка їжа швидко приїдається, — король замовив із Персії медяників.</w:t>
      </w:r>
    </w:p>
    <w:p>
      <w:r>
        <w:br/>
        <w:t>А як і медяники приїлися, він замовив ласощі з ласощів — ананаси, смажені у виноградному цукрі.</w:t>
      </w:r>
    </w:p>
    <w:p>
      <w:r>
        <w:br/>
        <w:t>Якийсь час вони йому смакували, а потім теж набридли.</w:t>
      </w:r>
    </w:p>
    <w:p>
      <w:r>
        <w:br/>
        <w:t>Він став перебирати всякі овочі, та врешті всі йому остогидли.</w:t>
      </w:r>
    </w:p>
    <w:p>
      <w:r>
        <w:br/>
        <w:t>Тоді король покликав свого головного кухаря та й каже йому:</w:t>
      </w:r>
    </w:p>
    <w:p>
      <w:r>
        <w:br/>
        <w:t>— Приготуй щось найсолодше в світі. Бо мені вже не смакують ті солодощі, що ти подаєш.</w:t>
      </w:r>
    </w:p>
    <w:p>
      <w:r>
        <w:br/>
        <w:t>Головний кухар дуже зажурився, бо він уже обшукав усі східні країни, аби знайти королеві щось до смаку.</w:t>
      </w:r>
    </w:p>
    <w:p>
      <w:r>
        <w:br/>
        <w:t>"А чи не послати мені до Європи по цукерки?" — подумав він.</w:t>
      </w:r>
    </w:p>
    <w:p>
      <w:r>
        <w:br/>
        <w:t>Як подумав, так і зробив.</w:t>
      </w:r>
    </w:p>
    <w:p>
      <w:r>
        <w:br/>
        <w:t>Верблюди повернулися навантажені яскравими коробками солодощів. Там було все: і найкращі мармелади, і звичайний горошок, і льодяники, й шоколадні цукерки, і карамельки різних ґатунків, і дуті півники, й коржики, й тістечка.</w:t>
      </w:r>
    </w:p>
    <w:p>
      <w:r>
        <w:br/>
        <w:t>Король скликав усіх своїх сто жінок і кількасот дітей, розкривав коробку за коробкою і пригощав кожного, хто скільки подужав з'їсти. А сам їв по цукеркові на сніданок, на обід і на вечерю.</w:t>
      </w:r>
    </w:p>
    <w:p>
      <w:r>
        <w:br/>
        <w:t>Так минув тиждень, і тоді королеві заболів живіт, і його ста жінкам і кількастам дітям теж заболіли животи.</w:t>
      </w:r>
    </w:p>
    <w:p>
      <w:r>
        <w:br/>
        <w:t>Король уже не міг ночами спати. Врешті він покликав головного кухаря й мовив:</w:t>
      </w:r>
    </w:p>
    <w:p>
      <w:r>
        <w:br/>
        <w:t>Ні, так далі годі витримати. Хіба не казав я тобі, що ти маєш вигадати щось найсолодше в світі?</w:t>
      </w:r>
    </w:p>
    <w:p>
      <w:r>
        <w:br/>
        <w:t>— Пане,— відповів кухар і вдарив чолом об мармурову підлогу,— хай твоя тінь ніколи не зменшиться! Твій вірний пес обшукав три частини світу, щоб удовольнити твій вибагливий смак. Накажеш тепер ще послати в Америку і Полінезію?</w:t>
      </w:r>
    </w:p>
    <w:p>
      <w:r>
        <w:br/>
        <w:t>— Дурне плещеш! — невдоволено мовив король.— Що там можна знайти, опріч цукру й кокосових горіхів? Вигадай мені щось солодше.</w:t>
      </w:r>
    </w:p>
    <w:p>
      <w:r>
        <w:br/>
        <w:t>Головний кухар затремтів — добре-бо знав, що важить своєю то ловою. Тому він тричі стукнув чолом об твердий мармур і сказав:</w:t>
      </w:r>
    </w:p>
    <w:p>
      <w:r>
        <w:br/>
        <w:t>— Вельможний пане, поклич своїх трьох мудреців, і що вони тобі порадять, те твій вірний пес і виконає, як ти звелиш.</w:t>
      </w:r>
    </w:p>
    <w:p>
      <w:r>
        <w:br/>
        <w:t>Король послухав його ради, покликав трьох мудреців і запитав їх, чи можуть вони сказати, що найсолодше в світі.</w:t>
      </w:r>
    </w:p>
    <w:p>
      <w:r>
        <w:br/>
        <w:t>Три мудреці попросили собі три дні на відповідь, а коли ті дні минули, прийшли до короля.</w:t>
      </w:r>
    </w:p>
    <w:p>
      <w:r>
        <w:br/>
        <w:t>— Пане,— озвався перший мудрець,— хай щастя вічно буде твоїм супутником! Нема нічого солодшого в світі за красу. Нехай твої раби вирушать по світу і приведуть тобі найвродливішу дівчину, щоб стала тобі сто першою дружиною.</w:t>
      </w:r>
    </w:p>
    <w:p>
      <w:r>
        <w:br/>
        <w:t>— Мудрий чоловіче,— відповів йому король,— ти дурний. Мені вже набридли ті сто жінок, що цілими днями сваряться між собою. То яку я матиму втіху від сто першої? Буде ще більша морока.</w:t>
      </w:r>
    </w:p>
    <w:p>
      <w:r>
        <w:br/>
        <w:t>— Пане,— сказав тоді другий мудрець,— твої слова, що золоті яблука на срібній таці. Нема нічого солодшого, як помститися своєму ворогові. Король Ефіопії винен тобі сто білих коней і данину за рік, а він натомість прислав тобі осла, що шкутильгає на одну ногу. Вируши на його землю, повісь його над багаттям, а всіх його людей забери в рабство.</w:t>
      </w:r>
    </w:p>
    <w:p>
      <w:r>
        <w:br/>
        <w:t>— Король Ефіопії дурний, а ти ще дурніший,— відповів йому володар. Яка мені радість вішати когось над багаттям і забирати його людей у рабство? Дим мені шкодить, і звідки я наберу їжі стільком рабам? Ти гадаєш, що їх можна годувати цукерками?</w:t>
      </w:r>
    </w:p>
    <w:p>
      <w:r>
        <w:br/>
        <w:t>— Ні, вельможний пане,— мовив третій мудрець,— ти найрозумніший з усіх, хай тобі Аллах пошле тисячу років життя! Ти маєш усе, що бажає людське серце, то нехай твій розум, твоє багатство і твоя сила піде на користь усьому людові. Одягни пурпурові шати, сядь на трон, збери до себе всіх людей і вдовольни їхні прохання. Це буде солодше тобі за мед, фініки й мармелад.</w:t>
      </w:r>
    </w:p>
    <w:p>
      <w:r>
        <w:br/>
        <w:t>— Ідіть, звідки прийшли,— відповів король.— Дай їм, кухарю, тістечок. Хочу, щоб і їм заболів живіт, як мені. Я вже не сплю сім ночей поспіль.</w:t>
      </w:r>
    </w:p>
    <w:p>
      <w:r>
        <w:br/>
        <w:t>Головний кухар дав мудрецям тістечок. Ті мусили кланятись, дякувати і їсти, хоч тістечка застрявали їм у горлі.</w:t>
      </w:r>
    </w:p>
    <w:p>
      <w:r>
        <w:br/>
        <w:t>Весь королівський двір сміявся, але сам король був невдоволений, що не знайшов найсолодшого в світі. Він не пішов до своїх ста жінок слухати їхні сварки, не збирався занапастити цілу країну через якогось там кривого осла й не хотів виставляти себе в пурпурових шатах, мов опудало, щоб на нього ззирався цілий світ. Крім того, він мав ще багато коробок цукерків і не знав, що з ними робити: адже весь його двір і він сам наївся ними вдосталь.</w:t>
      </w:r>
    </w:p>
    <w:p>
      <w:r>
        <w:br/>
        <w:t>А йшлося вже до вечора, спека трохи спала, сонце хилилося на захід. Король сидів собі самітний, задуманий у своєму чудовому саду. Навколо дзюрчали водограї, цвіла магнолія, на посипані піском стежечки від фігових дерев падали чимраз довші тіні.</w:t>
      </w:r>
    </w:p>
    <w:p>
      <w:r>
        <w:br/>
        <w:t>Було так тихо й гарно, що король почав міркувати, чи така хвилина не солодша від усіх цукерків.</w:t>
      </w:r>
    </w:p>
    <w:p>
      <w:r>
        <w:br/>
        <w:t>Ту мить до саду надійшла бідна рабиня з маленьким хлопчиком. І мати, й дитина були дуже стомлені — певне, мандрували цілий день і тепер сіли під деревом відпочити, а може, й заночувати.</w:t>
      </w:r>
    </w:p>
    <w:p>
      <w:r>
        <w:br/>
        <w:t>Король відразу збагнув, що подорожні голодні, і надумав їх при гостити.</w:t>
      </w:r>
    </w:p>
    <w:p>
      <w:r>
        <w:br/>
        <w:t>— Рабе,— наказав він,— принеси скільки зможеш коробок з цукерками.</w:t>
      </w:r>
    </w:p>
    <w:p>
      <w:r>
        <w:br/>
        <w:t>Служник пішов і невдовзі приніс чотири великі коробки, повні найрозмаїтіших солодощів.</w:t>
      </w:r>
    </w:p>
    <w:p>
      <w:r>
        <w:br/>
        <w:t>— Мерщій висипай усе на траву,— звелів король.</w:t>
      </w:r>
    </w:p>
    <w:p>
      <w:r>
        <w:br/>
        <w:t>А сам подумав, що ця вбога жінка та її син ніколи не бачили й половини тих ласощів, то як же вони їм смакуватимуть!</w:t>
      </w:r>
    </w:p>
    <w:p>
      <w:r>
        <w:br/>
        <w:t>— Їжте досхочу,— сказав король.</w:t>
      </w:r>
    </w:p>
    <w:p>
      <w:r>
        <w:br/>
        <w:t>Мати відломила шматок тістечка й дала хлопчикові. Той простяг руку, але так і не доніс її до вуст.</w:t>
      </w:r>
    </w:p>
    <w:p>
      <w:r>
        <w:br/>
        <w:t>— Ага,— здогадався король,— дитина хоче пити, адже вона йшла цілий день на сонці. Рабе, принеси свіжої води з кринички! Вона справді солодша за все, коли ти спраглий.</w:t>
      </w:r>
    </w:p>
    <w:p>
      <w:r>
        <w:br/>
        <w:t>Хлопчик напився води, та однаково не став їсти солодощі.</w:t>
      </w:r>
    </w:p>
    <w:p>
      <w:r>
        <w:br/>
        <w:t>Король сам наклав йому всього цілу гору. Та хлопчик простяг руку по ласощі, проте вже не бачив, що бере. Очі йому злипалися і врешті зовсім заплющились. Він прихилився до матері та й заснув.</w:t>
      </w:r>
    </w:p>
    <w:p>
      <w:r>
        <w:br/>
        <w:t>— Що? — здивувався король.— Він спить?</w:t>
      </w:r>
    </w:p>
    <w:p>
      <w:r>
        <w:br/>
        <w:t>— Авжеж,— відповіла мати.</w:t>
      </w:r>
    </w:p>
    <w:p>
      <w:r>
        <w:br/>
        <w:t>— І знехтував ті смачні наїдки?</w:t>
      </w:r>
    </w:p>
    <w:p>
      <w:r>
        <w:br/>
        <w:t>— Так, пане. Адже немає нічого солодшого в світі, як дитячий сон.</w:t>
      </w:r>
    </w:p>
    <w:p>
      <w:r>
        <w:br/>
        <w:t>— Та це ж саме те, чого я шукав у трьох частинах світу й не знайшов! — вражено вигукнув король.— Сон! Подумати тільки! А я сім ночей і ока не склепив.</w:t>
      </w:r>
    </w:p>
    <w:p>
      <w:r>
        <w:br/>
        <w:t>— Якби ти був дитиною, вельможний пане, то спав би.</w:t>
      </w:r>
    </w:p>
    <w:p>
      <w:r>
        <w:br/>
        <w:t>— Що? Я ж і був, як дитина! Чи знайдеться десь хлопчисько, що був би жадібніший до ласощів за мене, короля? І однаково, кажу тобі; сім ночей я ока не склепив!</w:t>
      </w:r>
    </w:p>
    <w:p>
      <w:r>
        <w:br/>
        <w:t>— Треба мати не дитячу жадібність, а дитяче серце й чисте сумління, тоді сон твій буде щодня солодкий.</w:t>
      </w:r>
    </w:p>
    <w:p>
      <w:r>
        <w:br/>
        <w:t>— Рабе,— покликав король.— Викинь усі коробки з цукерками в річку. Відтепер ця жінка і її дитина житимуть у моєму палаці. Я завжди шукатиму в неї поради, бо вона розумніша за мене і за всіх моїх мудреців. Яке щастя! Нарешті я дізнався, що в світі найсолодше.</w:t>
      </w:r>
    </w:p>
    <w:p>
      <w:r>
        <w:br/>
        <w:t>А сонце сідало дедалі нижче, осяваючи розквітлі дерева, палац, ображених мудреців, бідну рабиню, її сонне хлоп'я та короля Арабії, який нарешті розгадав гаданку — що сон солодший за всі меди фініки та французькі цукерки.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в світі найсолодше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