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Що трапилось в саду</w:t>
      </w:r>
    </w:p>
    <w:p>
      <w:r>
        <w:br/>
        <w:t xml:space="preserve"> &lt;p&gt;Це зовсім не казка. Я просто знаю, про що співали клопітливі синички, шелестіла яблунька своїм листям, віяв вітер, та вуркотів смугастий кіт з оксамитовими лапами, і пищала гострозуба миша.</w:t>
      </w:r>
    </w:p>
    <w:p>
      <w:r>
        <w:br/>
        <w:t>Ну, а що робили діти, вони мені самі розповіли...</w:t>
      </w:r>
    </w:p>
    <w:p>
      <w:r>
        <w:br/>
        <w:t>А я розповім вам. Хочете?</w:t>
      </w:r>
    </w:p>
    <w:p>
      <w:r>
        <w:br/>
        <w:t>Отій яблуньці, що росла в саду за великою клумбою, здавалося, що її всі люблять. Коли її посадили хлопчики й дівчатка в червоних галстуках, вони сказали малятам:</w:t>
      </w:r>
    </w:p>
    <w:p>
      <w:r>
        <w:br/>
        <w:t>— Дивіться, це буде ваша яблунька. Любіть її, поливайте, бережіть!</w:t>
      </w:r>
    </w:p>
    <w:p>
      <w:r>
        <w:br/>
        <w:t>Це чула сама яблунька, і про це чули пташки, бо теж полюбили її, інакше вони б і не літали над нею. Сонечко особливо ласкаво пригрівало яблуньку, а вітер дуже любив жартувати з її легеньким листям.</w:t>
      </w:r>
    </w:p>
    <w:p>
      <w:r>
        <w:br/>
        <w:t>Як приємно і добре жити, коли тебе всі люблять! Яблунька дуже швидко росла і стала струнким, пишним деревцем. Незабаром на ній уже мали з’явитися яблучка.</w:t>
      </w:r>
    </w:p>
    <w:p>
      <w:r>
        <w:br/>
        <w:t>— Ще один рік! Ще один рік! — казали старші діти, а малята, поливаючи її, теж повторювали:</w:t>
      </w:r>
    </w:p>
    <w:p>
      <w:r>
        <w:br/>
        <w:t>— Ще один рік, і на нашій яблунці будуть яблука.</w:t>
      </w:r>
    </w:p>
    <w:p>
      <w:r>
        <w:br/>
        <w:t>Малята — хлопчик і дівчинка — дуже дружили між собою і скрізь бігали вдвох, а коли й сварилися, то зовсім-зовсім не надовго. А як хто з них бачив щось цікаве — одразу кликав другого. Адже самому не так приємно дивитися, як разом.</w:t>
      </w:r>
    </w:p>
    <w:p>
      <w:r>
        <w:br/>
        <w:t>Цікавого взагалі багато на світі, особливо влітку, коли скрізь можна бігати.</w:t>
      </w:r>
    </w:p>
    <w:p>
      <w:r>
        <w:br/>
        <w:t>От вони вибігли якось у сад, і дівчинка відразу побачила, що на їхній яблуньці стрибають пташки. Тут були дуже симпатичні довгохвості пташки в чорних шапочках і чорних галстучках на жовтій грудці і зовсім невеличкі — блакитні. Таких діти раніше не бачили, а може, просто не приглядалися.</w:t>
      </w:r>
    </w:p>
    <w:p>
      <w:r>
        <w:br/>
        <w:t>— Тихше! Тихше! Не злякай,— зашепотіла дівчинка. — Дивись, як вони стрибають з гілочки на гілочку, як перекидаються! Вони прилетіли до нашої яблуньки і бавляться. Я б хотіла, щоб вони завжди тут жили!</w:t>
      </w:r>
    </w:p>
    <w:p>
      <w:r>
        <w:br/>
        <w:t>А то була зграйка різних синичок. Вони залетіли по дорозі в цей сад, і він їм дуже сподобався, особливо яблунька, хоча на ній ще не було яблучок. Пташки зовсім не злякалися дітей, вони продовжували стрибати і цівікати:</w:t>
      </w:r>
    </w:p>
    <w:p>
      <w:r>
        <w:br/>
        <w:t>— Ціві-зіні, ціві-зіні!</w:t>
      </w:r>
    </w:p>
    <w:p>
      <w:r>
        <w:br/>
        <w:t>І це означало:</w:t>
      </w:r>
    </w:p>
    <w:p>
      <w:r>
        <w:br/>
        <w:t>Як нам добре! Небо синє!</w:t>
      </w:r>
    </w:p>
    <w:p>
      <w:r>
        <w:br/>
        <w:t>Світить сонце золоте,</w:t>
      </w:r>
    </w:p>
    <w:p>
      <w:r>
        <w:br/>
        <w:t>Мила яблунька росте!</w:t>
      </w:r>
    </w:p>
    <w:p>
      <w:r>
        <w:br/>
        <w:t>Навколо яблуньки ще кружляли білі метелики, і спочатку синички вирішили, що це квіти, бо крила метеликів були схожі на пелюстки квіток. Але ж квіти завжди стояли на одному місці — он і півонії, троянди нікуди не рушали з клумби, а метелики швидко літали одна із синичок сказала подругам:</w:t>
      </w:r>
    </w:p>
    <w:p>
      <w:r>
        <w:br/>
        <w:t>— Ні, це теж пташки! Вони ж літають!</w:t>
      </w:r>
    </w:p>
    <w:p>
      <w:r>
        <w:br/>
        <w:t>— Але ж вони весь час мовчать! — заперечила її подруга.</w:t>
      </w:r>
    </w:p>
    <w:p>
      <w:r>
        <w:br/>
        <w:t>Справді, білі метелики літали зовсім мовчки, а яка ж пташка може втриматися від пісні, особливо коли такий хороший сонячний день!</w:t>
      </w:r>
    </w:p>
    <w:p>
      <w:r>
        <w:br/>
        <w:t>Проте метелики їм не заважали. Навпаки, вони самі ніби лякалися пташок, бо коли синичка наблизилася до одного з метеликів — він швидко упав на землю і лежав якусь мить непорушно, удаючи неживого.</w:t>
      </w:r>
    </w:p>
    <w:p>
      <w:r>
        <w:br/>
        <w:t>— Я спіймаю його в мою колекцію! — закричав хлопчик.</w:t>
      </w:r>
    </w:p>
    <w:p>
      <w:r>
        <w:br/>
        <w:t>— Не треба! — схопила його за руку дівчинка. — Він такий гарний, хай літає. Бач, як інші метелики в’ються навколо яблуньки. Мабуть, вони люблять її так само, як і пташки.</w:t>
      </w:r>
    </w:p>
    <w:p>
      <w:r>
        <w:br/>
        <w:t>Хлопчик і дівчинка побігли навколо яблуньки й заспівали:</w:t>
      </w:r>
    </w:p>
    <w:p>
      <w:r>
        <w:br/>
        <w:t>Яка хороша яблунька</w:t>
      </w:r>
    </w:p>
    <w:p>
      <w:r>
        <w:br/>
        <w:t>В саду у нас росте,</w:t>
      </w:r>
    </w:p>
    <w:p>
      <w:r>
        <w:br/>
        <w:t>І з нами усміхається</w:t>
      </w:r>
    </w:p>
    <w:p>
      <w:r>
        <w:br/>
        <w:t>Їй сонце золоте!</w:t>
      </w:r>
    </w:p>
    <w:p>
      <w:r>
        <w:br/>
        <w:t>Які веселі пташки</w:t>
      </w:r>
    </w:p>
    <w:p>
      <w:r>
        <w:br/>
        <w:t>На гілку з гілки — плиг!</w:t>
      </w:r>
    </w:p>
    <w:p>
      <w:r>
        <w:br/>
        <w:t>І ми, хоч невеличкі,</w:t>
      </w:r>
    </w:p>
    <w:p>
      <w:r>
        <w:br/>
        <w:t>Та дуже любим всіх!</w:t>
      </w:r>
    </w:p>
    <w:p>
      <w:r>
        <w:br/>
        <w:t>Метелики легесенькі</w:t>
      </w:r>
    </w:p>
    <w:p>
      <w:r>
        <w:br/>
        <w:t>Кружляють в вишині,</w:t>
      </w:r>
    </w:p>
    <w:p>
      <w:r>
        <w:br/>
        <w:t>І дуже-дуже весело</w:t>
      </w:r>
    </w:p>
    <w:p>
      <w:r>
        <w:br/>
        <w:t>Усім, тобі й мені!</w:t>
      </w:r>
    </w:p>
    <w:p>
      <w:r>
        <w:br/>
        <w:t>І тут раптом війнув вітер. То собі віяв тихенько, злегка, просто бавився і розмовляв з листям, а то ніби розсердився. Листя трохи не заплакало:</w:t>
      </w:r>
    </w:p>
    <w:p>
      <w:r>
        <w:br/>
        <w:t>— Він нас позриває. Він нас рознесе. Не треба! Не треба!</w:t>
      </w:r>
    </w:p>
    <w:p>
      <w:r>
        <w:br/>
        <w:t>— Ач, навіжений! — заметушилися синички. — Хіба не знає, що зараз літо і нічого йому свою силу показувати!</w:t>
      </w:r>
    </w:p>
    <w:p>
      <w:r>
        <w:br/>
        <w:t>І діти злякалися.</w:t>
      </w:r>
    </w:p>
    <w:p>
      <w:r>
        <w:br/>
        <w:t>— Чого це знявся вітер? Ще нажене хмари, і треба буде йти в кімнату.</w:t>
      </w:r>
    </w:p>
    <w:p>
      <w:r>
        <w:br/>
        <w:t>І справді, їх одразу ж покликали додому.</w:t>
      </w:r>
    </w:p>
    <w:p>
      <w:r>
        <w:br/>
        <w:t>А вітер шумів і приказував:</w:t>
      </w:r>
    </w:p>
    <w:p>
      <w:r>
        <w:br/>
        <w:t>Проженіть метеликів — шу-шу-шу!</w:t>
      </w:r>
    </w:p>
    <w:p>
      <w:r>
        <w:br/>
        <w:t>Я їх коло яблуні не лишу!</w:t>
      </w:r>
    </w:p>
    <w:p>
      <w:r>
        <w:br/>
        <w:t>— І що він меле! — засміялася одна із синичок. — Кому заважають такі гарні метелики!</w:t>
      </w:r>
    </w:p>
    <w:p>
      <w:r>
        <w:br/>
        <w:t>Метелики ж, як почули, одразу поховалися під яблуневе листя, щоб їх ніхто і не помітив.</w:t>
      </w:r>
    </w:p>
    <w:p>
      <w:r>
        <w:br/>
        <w:t>Вітрові навіть прикро стало! Ніхто його не бачить, ніхто не розуміє.</w:t>
      </w:r>
    </w:p>
    <w:p>
      <w:r>
        <w:br/>
        <w:t>Він зітхнув сумно і полетів туди, де сад був старий, глухий. Між великими дубами, берестами, кленами з товстими стовбурами і порепаною корою росли кущі шипшини, терну, і дітям здавалося, що то справжній ліс.</w:t>
      </w:r>
    </w:p>
    <w:p>
      <w:r>
        <w:br/>
        <w:t>Там жили підстаркуватий дядько дятлик і стара бабуся сова — серйозні, помірковані птахи. Вітер і хотів їм поскаржитися.</w:t>
      </w:r>
    </w:p>
    <w:p>
      <w:r>
        <w:br/>
        <w:t>Ну, бабуся сова, звичайно, спала. Вночі в неї завжди було безсоння, і вона вилітала на лови, а вдень спочивала.</w:t>
      </w:r>
    </w:p>
    <w:p>
      <w:r>
        <w:br/>
        <w:t>А працьовитий дядько дятлик, як завжди, був зайнятий. Він стукав по стовбуру дерева: "Тук! Тук!" Може, кому здавалося, що він просто розважається, а це він своїм міцним дзьобом видовбував різну комашню.</w:t>
      </w:r>
    </w:p>
    <w:p>
      <w:r>
        <w:br/>
        <w:t>— Не заважай, не заважай! — сказав він вітрові на його мову. — Ти завжди шумиш, репетуєш, а в мене он діла невпрогорт! Бачиш, як короїди кору точать!</w:t>
      </w:r>
    </w:p>
    <w:p>
      <w:r>
        <w:br/>
        <w:t>— Але ж яблунька там молода така і синички теж молоді, перше літо живуть, нічого не знають, — хвилювався вітер, —— А метелики літають, і всі думають, що коли вони красиві, так від них і лиха бути не може.</w:t>
      </w:r>
    </w:p>
    <w:p>
      <w:r>
        <w:br/>
        <w:t>— А так там синички! — сказав дядько дятлик. То хай вони й доглядають яблуньку! От закінчу це дерево чистити і полечу їм скажу. Не можу ж я свою роботу покинути!</w:t>
      </w:r>
    </w:p>
    <w:p>
      <w:r>
        <w:br/>
        <w:t>Ох, він не подумав, поміркований дятлик, що інколи треба відірватися від свого діла, щоб навчити молодшого*</w:t>
      </w:r>
    </w:p>
    <w:p>
      <w:r>
        <w:br/>
        <w:t>* * *</w:t>
      </w:r>
    </w:p>
    <w:p>
      <w:r>
        <w:br/>
        <w:t>Синички в цей час стрибали собі, цівікали, а потім сіли спочити на вершечку яблуньки. І саме в той час забігли у сад з вулиці два хлопчиськи.</w:t>
      </w:r>
    </w:p>
    <w:p>
      <w:r>
        <w:br/>
        <w:t>Нікого нема! Давай тут постріляємо! — зрадів один з них.</w:t>
      </w:r>
    </w:p>
    <w:p>
      <w:r>
        <w:br/>
        <w:t>— Дивись, синиці на яблуньці! — штовхнув його товариш.</w:t>
      </w:r>
    </w:p>
    <w:p>
      <w:r>
        <w:br/>
        <w:t>— Влучимо чи ні?</w:t>
      </w:r>
    </w:p>
    <w:p>
      <w:r>
        <w:br/>
        <w:t>— Звичайно!</w:t>
      </w:r>
    </w:p>
    <w:p>
      <w:r>
        <w:br/>
        <w:t>І, уявіть собі, вони вийняли з кишень рогатки, оглянулися, чи ніхто не бачить, і почали цілити в маленьких синичок.</w:t>
      </w:r>
    </w:p>
    <w:p>
      <w:r>
        <w:br/>
        <w:t>— Раз! Готово! — закричав один, натягнувши резинку і випустивши камінець. Але добре, що цей лихий хлопчисько був просто хвальком. Він не влучив. Його камінець ледь зачепив синє крилечко.</w:t>
      </w:r>
    </w:p>
    <w:p>
      <w:r>
        <w:br/>
        <w:t>— Он! Ай! запищали синички.</w:t>
      </w:r>
    </w:p>
    <w:p>
      <w:r>
        <w:br/>
        <w:t>— Тікайте! Тікайте швидше! — почули вони. То кричав дядько дятлик, у якого, нарешті, була перерва в роботі.</w:t>
      </w:r>
    </w:p>
    <w:p>
      <w:r>
        <w:br/>
        <w:t>Вмить усі пташки розлетілися в різні сторони. Чи до того тут уже було дятликові, щоб навчати синичок! Добре, що самі живі залишилися. Далі, далі від цього саду!</w:t>
      </w:r>
    </w:p>
    <w:p>
      <w:r>
        <w:br/>
        <w:t>Лише десь далеко за містом синички знову злетілися в свою зграйку.</w:t>
      </w:r>
    </w:p>
    <w:p>
      <w:r>
        <w:br/>
        <w:t>— Ніколи, ніколи не будемо туди літати! — хвилювалися синички в чорних шапочках і чорних галстуках. — Там можна зовсім загинути.</w:t>
      </w:r>
    </w:p>
    <w:p>
      <w:r>
        <w:br/>
        <w:t>— Як шкода, там було так добре! — сказала маленька блакитна синичка.</w:t>
      </w:r>
    </w:p>
    <w:p>
      <w:r>
        <w:br/>
        <w:t>Є и інші сади,— заторохтіла сорока, яка завжди чула все, що говорять навколо. — А про цей треба всіх сповістити, хай туди не літають, хай десятою дорогою обминають, коли там такі лихі хлопчаки.</w:t>
      </w:r>
    </w:p>
    <w:p>
      <w:r>
        <w:br/>
        <w:t>І вона на своєму хвості рознесла скрізь ці жахливі новини. Лиха слава не лежить, а швидко біжить. Скоро всі пташки навкруги знали, що в тому саду, де росте молода яблунька, яку так старанно доглядали хлопчик і дівчинка, з’явилися хлопці з рогатками і трохи не забили синичок. Ну й, звичайно, туди ніхто не хотів більше залітати.</w:t>
      </w:r>
    </w:p>
    <w:p>
      <w:r>
        <w:br/>
        <w:t>Другого ранку прокинулася яблунька, а пташки не щебечуть над нею... І стало їй сумно-сумно... Самі метелики лишилися коло неї. Але ж вони не співали, не цвірінчали, а хазяйновито, як дома, почали влаштовуватися під яблуневим листям.</w:t>
      </w:r>
    </w:p>
    <w:p>
      <w:r>
        <w:br/>
        <w:t>Метелики мовчали, та були задоволені, що пташки їм не заважають. І вони, напевно, вирішили оселитися тут надовго.</w:t>
      </w:r>
    </w:p>
    <w:p>
      <w:r>
        <w:br/>
        <w:t>Білий метелик сів І почав вищипувати на кінчику черевця іржаві волосинки — на сонці вони відливали золотом, і, напевно, тому цих метеликів звали золотогузками. Кожна золотогузка з цих волосинок робила постільку і клала в неї купочкою свої яєчка. Прилетіли ще метелики: одні — сірувато-коричневі, інші — бруднувато-білого кольору. То були непарні шовкопряди. Сірувато-коричневі, як скажені, кружляли над яблунькою, ніби виглядаючи, де краще оселитися, а білі були ліниві, неповороткі. Вони почали робити гнізда, як і золотогузки.</w:t>
      </w:r>
    </w:p>
    <w:p>
      <w:r>
        <w:br/>
        <w:t>Яблунька на це не звернула уваги. Звичайно, їй було б приємніше, коли б гніздечка вили її милі синички, які так привітно цівікали, а не мовчазні метелики. Та що вона могла зробити? Вона тільки ледь-ледь зітхала.</w:t>
      </w:r>
    </w:p>
    <w:p>
      <w:r>
        <w:br/>
        <w:t>Дядько дятлик спокійно собі працював у старому саду і не хотів залітати туди, де трохи не загинули синички.</w:t>
      </w:r>
    </w:p>
    <w:p>
      <w:r>
        <w:br/>
        <w:t>Отак і лишився молодий сад без пташок...</w:t>
      </w:r>
    </w:p>
    <w:p>
      <w:r>
        <w:br/>
        <w:t>Якось вранці непомітно з яєчок вилізла волохата з чорними плямами на спині гусінь, повернулася туди-сюди і полізла по гілці.</w:t>
      </w:r>
    </w:p>
    <w:p>
      <w:r>
        <w:br/>
        <w:t>— Вилазьте, вилазьте швидше! Нікого нема,— зашепотіла вона коло інших гніздечок, і з них теж повилазила така самісінька гусінь.</w:t>
      </w:r>
    </w:p>
    <w:p>
      <w:r>
        <w:br/>
        <w:t>— Їсти, швидше їсти! — засичали вони всі.</w:t>
      </w:r>
    </w:p>
    <w:p>
      <w:r>
        <w:br/>
        <w:t>І... який жах! Гусінь почала гризти яблуневе листя.</w:t>
      </w:r>
    </w:p>
    <w:p>
      <w:r>
        <w:br/>
        <w:t>— Ой, ой! Що ви робите? — затремтіла яблунька. — Рятуйте! Рятуйте мене! Пташки, летіть до мене швидше!</w:t>
      </w:r>
    </w:p>
    <w:p>
      <w:r>
        <w:br/>
        <w:t>Але пташки давно вже не прилітали до неї, і вона сумно похилила свої віти.</w:t>
      </w:r>
    </w:p>
    <w:p>
      <w:r>
        <w:br/>
        <w:t>Хто б міг подумати, що ці гарні тихі метелики заподіють їй таке лихо?</w:t>
      </w:r>
    </w:p>
    <w:p>
      <w:r>
        <w:br/>
        <w:t>Гусениці вважали себе цілковитими хазяйками на дереві, гризли досхочу листячко і, почуваючи наближення осені, пряли собі великі гнізда на зиму. Так, гусениці влаштовувалися надовго. Коли б вони не були зайняті цією справою, вони б, напевно, все листя обгризли. Та незабаром листя взагалі почало опадати з усіх дерев, бо надходила осінь. І ніхто не помічав, що робиться з яблунькою.</w:t>
      </w:r>
    </w:p>
    <w:p>
      <w:r>
        <w:br/>
        <w:t>А тим часом наближалася холодна зима.</w:t>
      </w:r>
    </w:p>
    <w:p>
      <w:r>
        <w:br/>
        <w:t>Отак і лишилася яблунька зимувати з непроханими гостями і з жахом думала: "А що ж буде повесні? Адже у неї мусять бути вже яблучка! Невже її ніхто не врятує?.."</w:t>
      </w:r>
    </w:p>
    <w:p>
      <w:r>
        <w:br/>
        <w:t>* * *</w:t>
      </w:r>
    </w:p>
    <w:p>
      <w:r>
        <w:br/>
        <w:t>Ой, яка люта зима була цього року!</w:t>
      </w:r>
    </w:p>
    <w:p>
      <w:r>
        <w:br/>
        <w:t>Були навіть такі дні, коли хлопчика і дівчинку не випускали гуляти. Хлопчик сердився, супився. Але прибігала дівчинка, вони сідали біля вікна і, приплюснувши носики до шибки, дивилися, що робиться надворі.</w:t>
      </w:r>
    </w:p>
    <w:p>
      <w:r>
        <w:br/>
        <w:t>А вікно виходило в сад, і там усі клумби, всі стежки-доріжки, лавочки, альтанки були занесені снігом, і на всіх гілочках лежав сніг. Дерева були дуже красиві в цьому сніговому блискучому вбранні.</w:t>
      </w:r>
    </w:p>
    <w:p>
      <w:r>
        <w:br/>
        <w:t>— Бачиш,— сказала дівчинка, — он наша яблунька. Хоч би вона не замерзла.</w:t>
      </w:r>
    </w:p>
    <w:p>
      <w:r>
        <w:br/>
        <w:t>— Ні, вона в снігу, як у шубі, — мовив хлопчик.</w:t>
      </w:r>
    </w:p>
    <w:p>
      <w:r>
        <w:br/>
        <w:t>— А он бачиш,— продовжувала дівчинка,— пташки прилетіли, посідали на гілочку, щось шукають. Може, це ті самі синички, які стрибали на ній влітку. Я їх бачила лише один раз, а потім вони зникли...</w:t>
      </w:r>
    </w:p>
    <w:p>
      <w:r>
        <w:br/>
        <w:t>— Вони, мабуть, полетіли тоді в поле або в ліс,— сказав хлопчик,— а тепер холодно, вони й повернулися ближче до нас.</w:t>
      </w:r>
    </w:p>
    <w:p>
      <w:r>
        <w:br/>
        <w:t>І, ви знаєте, хлопчик не помилився. Синички, вівсянки, чижі, усі дрібні пташки, які не відлетіли у вирій, намагалися взимку бути ближче до людських осель.</w:t>
      </w:r>
    </w:p>
    <w:p>
      <w:r>
        <w:br/>
        <w:t>— Мабуть, їм дуже холодно і голодно! — зітхнула дівчинка. — Адже під снігом нічого не знайдеш. Давай зберемо їм крихти, насіння.</w:t>
      </w:r>
    </w:p>
    <w:p>
      <w:r>
        <w:br/>
        <w:t>— Зробимо поличку,— підхопив хлопчик, — і це буде їхня їдальня!</w:t>
      </w:r>
    </w:p>
    <w:p>
      <w:r>
        <w:br/>
        <w:t>І хлопчик зовсім перестав супитися і сердитися, бо, коли зайнятий, нудьгувати ніколи. Цілий день вони робили вдвох з дівчинкою столик та поличку, одне слово — їдальню.</w:t>
      </w:r>
    </w:p>
    <w:p>
      <w:r>
        <w:br/>
        <w:t>— А що їм їсти? Що їсти можна? — метушилася дівчинка.</w:t>
      </w:r>
    </w:p>
    <w:p>
      <w:r>
        <w:br/>
        <w:t>Старші казали, що синичкам можна насипати конопляного сім’я, сушених ягід і навіть покласти шматочки сала і м’яса.</w:t>
      </w:r>
    </w:p>
    <w:p>
      <w:r>
        <w:br/>
        <w:t>А кіт Василь, мабуть, образився, що сало дають не йому. Він закрутив пухнатим хвостом і пішов у свій куток, мовляв, і дивитися не хочу на такі збитки! І забурчав щось під ніс. Діти не розуміли його мови. Дівчинка сказала:</w:t>
      </w:r>
    </w:p>
    <w:p>
      <w:r>
        <w:br/>
        <w:t>— Котику Василечку, тобі добре, тобі тепло, і ти такий ласкавий, а ми зробимо, щоб і пташкам було добре!</w:t>
      </w:r>
    </w:p>
    <w:p>
      <w:r>
        <w:br/>
        <w:t>Мала думала, що кіт радітиме теж за пташок. Вона ще не знала його характеру...</w:t>
      </w:r>
    </w:p>
    <w:p>
      <w:r>
        <w:br/>
        <w:t>Справді, в зграйці пташок, що залетіли до саду, були ті самі синички, які прилітали сюди влітку. Вони не впізнали садка в сніговому вбранні, так тихо-тихо було в ньому зараз. Синички стрибали по деревах, відшукуючи під снігом якогось черв’ячка, гусінь, торішню ягідку калини чи горобини.</w:t>
      </w:r>
    </w:p>
    <w:p>
      <w:r>
        <w:br/>
        <w:t>Нічого не можна було знайти під цим холодним глибоким снігом. День був такий короткий, похмурий, без сонця. І синички заснули зовсім голодні.</w:t>
      </w:r>
    </w:p>
    <w:p>
      <w:r>
        <w:br/>
        <w:t>Але другого дня найменша синичка зацівікала:</w:t>
      </w:r>
    </w:p>
    <w:p>
      <w:r>
        <w:br/>
        <w:t>— Ціві! Ціві! Сюди! Сюди! І всі мерщій кинулися до неї.</w:t>
      </w:r>
    </w:p>
    <w:p>
      <w:r>
        <w:br/>
        <w:t>На яблуньці висіла дощечка з покришкою. І на дощечці — скільки там було чудових пташиних страв!</w:t>
      </w:r>
    </w:p>
    <w:p>
      <w:r>
        <w:br/>
        <w:t>А по доріжці, занесеній снігом, ледь тупали маленькі хлопчик і дівчинка у великих валянках і несли ще їжу.</w:t>
      </w:r>
    </w:p>
    <w:p>
      <w:r>
        <w:br/>
        <w:t>* * *</w:t>
      </w:r>
    </w:p>
    <w:p>
      <w:r>
        <w:br/>
        <w:t>Як приємно розповідати про хороше! Синички розцвірінькали усім своїм подругам, усім іншим пташкам про хороших маленьких дітей, які не забувають щодня виносити їм їсти.</w:t>
      </w:r>
    </w:p>
    <w:p>
      <w:r>
        <w:br/>
        <w:t>Старий дядько дятлик недовірливо похитав головою, але пересвідчився в цьому сам. Навіть стара бабуся сова прилітала подивитись. Правда, було вже зовсім поночі — усі пташки спали, і їдальня була порожня. Та сова не образилася. Однаково вона цією дрібницею не наїлася б!</w:t>
      </w:r>
    </w:p>
    <w:p>
      <w:r>
        <w:br/>
        <w:t>Хоч хлопчик і дівчинка дуже раділи, що пташки тепер днюють і ночують у їхньому садку, а все ж дівчинка турбувалася.</w:t>
      </w:r>
    </w:p>
    <w:p>
      <w:r>
        <w:br/>
        <w:t>їм уже не так голодно, але холодно! Особливо вночі!</w:t>
      </w:r>
    </w:p>
    <w:p>
      <w:r>
        <w:br/>
        <w:t>— Може, зробити їм, крім їдальні, ще й спальню? — засміявся хлопчик. Адже роблять шпаківні, чом не зробити житла для синичок?</w:t>
      </w:r>
    </w:p>
    <w:p>
      <w:r>
        <w:br/>
        <w:t>Це вже була важча справа, тим більше, що старші брат і сестра були дуже зайняті своїми шкільними уроками. Але в неділю все ж таки почали пиляти, збивати і клеїти. їм допомагали не лише хлопчик та дівчинка, а й ЇХНІ маленькі товариші. Усім подобалося робити спальні для пташок.</w:t>
      </w:r>
    </w:p>
    <w:p>
      <w:r>
        <w:br/>
        <w:t>— Повісимо і на нашій яблуньці,— сказала дівчинка,— хай синички оселяться в ній на літо.</w:t>
      </w:r>
    </w:p>
    <w:p>
      <w:r>
        <w:br/>
        <w:t>Діти повісили синичники на яблуньці та на інших деревах, і синички вже добре знали свою любиму яблуньку.</w:t>
      </w:r>
    </w:p>
    <w:p>
      <w:r>
        <w:br/>
        <w:t>Незабаром прилетів дядько дятлик, зосереджено постукав дзьобом по стовбуру.</w:t>
      </w:r>
    </w:p>
    <w:p>
      <w:r>
        <w:br/>
        <w:t>— Почистити, почистити треба! — сказав він і показав, як треба і взимку в корі дерева відшукувати різну комашню, гусінь тощо. Він летів попереду, із своїм довгим серйозним дзьобом, як строгий учитель, а за ним синички, як метушливі школярочки.</w:t>
      </w:r>
    </w:p>
    <w:p>
      <w:r>
        <w:br/>
        <w:t>— Ай-яй-яй! — похитував головою дятлик. — Скільки гнізд з яєчками! Ану, мерщій роздовбуйте їх!</w:t>
      </w:r>
    </w:p>
    <w:p>
      <w:r>
        <w:br/>
        <w:t>Та багато непомічених ще лишилося під снігом...</w:t>
      </w:r>
    </w:p>
    <w:p>
      <w:r>
        <w:br/>
        <w:t>* * *</w:t>
      </w:r>
    </w:p>
    <w:p>
      <w:r>
        <w:br/>
        <w:t>Яблунька дрімала цілу зиму, але крізь сон чула,— пташки цвірінькають і тихенько наспівують. Може, це тільки сниться, а насправді вона прокинеться і знову побачить, як противна волохата гусінь обгризає її листячко?</w:t>
      </w:r>
    </w:p>
    <w:p>
      <w:r>
        <w:br/>
        <w:t>Крізь сон вона чула — метушаться діти, сміються, сперечаються.</w:t>
      </w:r>
    </w:p>
    <w:p>
      <w:r>
        <w:br/>
        <w:t>"Мабуть, уже скоро-скоро весна.., Усі веселі", — думала вона і чула, як у неї на гілочках набухають бруньки, бо справді вже ставало тепло і наступила весна.</w:t>
      </w:r>
    </w:p>
    <w:p>
      <w:r>
        <w:br/>
        <w:t>— Телегіз! Телегіз! Покинь сани, бери віз! — раптом почула вона зовсім веселу пісеньку. Прокинулася і побачила: справді, літають і співають свою весняну пісеньку клопотухи-синички.</w:t>
      </w:r>
    </w:p>
    <w:p>
      <w:r>
        <w:br/>
        <w:t>Цією пісенькою синички споконвіку сповіщали людей, що вже весна. Вони були певні, що без цієї пісні ніхто и не здогадався б покинути сани!</w:t>
      </w:r>
    </w:p>
    <w:p>
      <w:r>
        <w:br/>
        <w:t>Як їм було весело! Кожна пара синичок уже нагледіла собі будиночок, який зробили діти, і тепер клопоталася, щоб натягати туди соломинок, моху, вовни, зробити там кубелечко та покласти, як буде зовсім тепло, яєчка.</w:t>
      </w:r>
    </w:p>
    <w:p>
      <w:r>
        <w:br/>
        <w:t>Дівчатка помітили це і нишком клали під яблунькою шматочки вати и різні клаптики в'д платтячок, які шили своїм лялькам. Це ж далеко цікавіше, ніж гра в ляльки Живі пташки, їм можна насправді допомагати!</w:t>
      </w:r>
    </w:p>
    <w:p>
      <w:r>
        <w:br/>
        <w:t>Та пташкам треба було не тільки допомагати, а й берегти їх.</w:t>
      </w:r>
    </w:p>
    <w:p>
      <w:r>
        <w:br/>
        <w:t>Зовсім рано, коли ще всі спали, одна синичка прокинулася і спустилася на землю. Яблунька побачила, як до пташки підкрадається нечутними кроками смугастий, пухнастий кіт Василь. Ой, як вона злякалася за маленьку!</w:t>
      </w:r>
    </w:p>
    <w:p>
      <w:r>
        <w:br/>
        <w:t>І вітру не було, щоб дужче зашарудів торішнім листям. Кіт роззявляв жадібно пащу, зелені очі в нього горіли, а вуса так і ходили: вгору та вниз, вгору та вниз. Зараз він був зовсім не схожий на того лагідного кота, з яким любила бавитися дівчинка, а на лютого хижака.</w:t>
      </w:r>
    </w:p>
    <w:p>
      <w:r>
        <w:br/>
        <w:t>Ще мить — і кіт схопив би необережну пташку. Але порятунок прийшов несподівано.</w:t>
      </w:r>
    </w:p>
    <w:p>
      <w:r>
        <w:br/>
        <w:t>— Кіт! Василь! Ах ти, негіднику! — залунав знайомий голос. То хлопчик вибіг у сад і побачив, що збирається робити їхній улюбленець.</w:t>
      </w:r>
    </w:p>
    <w:p>
      <w:r>
        <w:br/>
        <w:t>— Ач, який ти! — обурилась і дівчинка. — Ми тебе за хорошого мали, а ти на пташок полюєш! Твоє діло — миші, а до синичок — зась! Іди геть із саду! Сюди тобі пропуску не дано!</w:t>
      </w:r>
    </w:p>
    <w:p>
      <w:r>
        <w:br/>
        <w:t>І вони вигнали засоромленого кота із саду. Він пішов сердитий і бурчав голосно:</w:t>
      </w:r>
    </w:p>
    <w:p>
      <w:r>
        <w:br/>
        <w:t>— І сало для них, і все для них, а мені — миші? Самі мишей ловіть.</w:t>
      </w:r>
    </w:p>
    <w:p>
      <w:r>
        <w:br/>
        <w:t>Це почула миша, яка жила в садку.</w:t>
      </w:r>
    </w:p>
    <w:p>
      <w:r>
        <w:br/>
        <w:t>— Дуже добре,— пропищала вона, — а то й прогулятися, весняним повітрям подихати не можна, поки цей ненаситний звір бродить по саду. — І вона вилізла із своєї темної нори, в якій зимувала, і оглянулася навколо.</w:t>
      </w:r>
    </w:p>
    <w:p>
      <w:r>
        <w:br/>
        <w:t>Ця гострозуба миша жила тим, що витягала з землі жолуді, які посадили діти, щоб виросли дубки, гризла стеблинки рослин, гризла кору дерев, усім заздрила і зневажливо пищала про всіх і про все:</w:t>
      </w:r>
    </w:p>
    <w:p>
      <w:r>
        <w:br/>
        <w:t>— Хай інші працюють, а мені небагато треба... трошки там, трошки тут — з мене досить. — І вона безсоромно тягла, що їй зовсім не належало, так само, як і її сестри — польові і домові миші.</w:t>
      </w:r>
    </w:p>
    <w:p>
      <w:r>
        <w:br/>
        <w:t>Вона зовсім знахабніла, ця миша. Їй, бачите, сподобався будиночок на яблуньці, де оселилися дві веселі синички. І коли ті десь літали, вона тихенько залізла в нього і вирішила звідти не вибиратися.</w:t>
      </w:r>
    </w:p>
    <w:p>
      <w:r>
        <w:br/>
        <w:t>— Чудова квартира,— пищала вона,— саме для мене, мені небагато треба!..</w:t>
      </w:r>
    </w:p>
    <w:p>
      <w:r>
        <w:br/>
        <w:t>Увечері прилетіли синички.</w:t>
      </w:r>
    </w:p>
    <w:p>
      <w:r>
        <w:br/>
        <w:t>— Цві! Цві! — зацівікали вони стурбовано.— Хто в нашій хатці?</w:t>
      </w:r>
    </w:p>
    <w:p>
      <w:r>
        <w:br/>
        <w:t>— Хи-хи! — захихикала миша і показала гострі зуби.</w:t>
      </w:r>
    </w:p>
    <w:p>
      <w:r>
        <w:br/>
        <w:t>Злякані і схвильовані вкрай синички швидше подалися до дядька дятлика.</w:t>
      </w:r>
    </w:p>
    <w:p>
      <w:r>
        <w:br/>
        <w:t>— Яке нахабство! — обурився він. — Негайно треба сказати бабусі сові — миші бояться її найдужче. Ач які!</w:t>
      </w:r>
    </w:p>
    <w:p>
      <w:r>
        <w:br/>
        <w:t>Бабуся сова саме збиралася на лови. Вислухавши дятлика і синичок, вона так заблимала круглими очима, що синички перелякалися і сховалися за дятлика.</w:t>
      </w:r>
    </w:p>
    <w:p>
      <w:r>
        <w:br/>
        <w:t>— Цю мишву треба нищити, нищити, нищити! — проговорила сова, замахала великими крилами і полетіла покарати нахабну загарбницю.</w:t>
      </w:r>
    </w:p>
    <w:p>
      <w:r>
        <w:br/>
        <w:t>Миша, прогнавши синичок, спокійно висунулася і задоволено оглядала все навколо.</w:t>
      </w:r>
    </w:p>
    <w:p>
      <w:r>
        <w:br/>
        <w:t>— А! Ось вона! — почулося раптом, і не встигла вона сховатися, як гострі пазури схопили її. Над нею заблищали круглі очі — і вона навіть не писнула, як сова потягла її в своє дупло.</w:t>
      </w:r>
    </w:p>
    <w:p>
      <w:r>
        <w:br/>
        <w:t>Розчулені синички з радістю повернулися в своє помешкання.</w:t>
      </w:r>
    </w:p>
    <w:p>
      <w:r>
        <w:br/>
        <w:t>Треба було поспішати,— адже ж весна, справді весна наступала!</w:t>
      </w:r>
    </w:p>
    <w:p>
      <w:r>
        <w:br/>
        <w:t>— А! Вже весна! — прошепотіла гусінь у своїх гніздах і одна по одній почала виповзати і підкрадатися до бруньок.</w:t>
      </w:r>
    </w:p>
    <w:p>
      <w:r>
        <w:br/>
        <w:t>— Дивись! Дивись! Гусінь!—закричала перелякана дівчинка. — Вона їсть бруньки! Що нам робити? — і вона побігла покликати старшого брата.</w:t>
      </w:r>
    </w:p>
    <w:p>
      <w:r>
        <w:br/>
        <w:t>— Рятуйте! Рятуйте! — замахала в розпачі гілочками яблунька. — Адже в мене мусять бути цього року яблучка! З бруньок будуть квіти, а з квіток яблука. Діти так гляділи мене, що ж я їм подарую!</w:t>
      </w:r>
    </w:p>
    <w:p>
      <w:r>
        <w:br/>
        <w:t>Гусені було байдуже і до квіток, і до яблук, і до дітей. Та тільки підкралася одна гусениця, велика, волохата, до яблуневої бруньки, як маленька блакитна пташка міцно дзьобнула її.</w:t>
      </w:r>
    </w:p>
    <w:p>
      <w:r>
        <w:br/>
        <w:t>— Рятуйте! Рятуйте нашу яблуньку! — закричала смілива пташка. І всі синички накинулися на гусінь.</w:t>
      </w:r>
    </w:p>
    <w:p>
      <w:r>
        <w:br/>
        <w:t>— Спасибі! Спасибі! — шепотіла яблунька, і, ніби в подяку, бруньки на ній розкривалися в чудесні рожево-білі пахучі квіти.</w:t>
      </w:r>
    </w:p>
    <w:p>
      <w:r>
        <w:br/>
        <w:t>А діти сповістили всіх товаришів, зібрали відерця і вийшли другого дня із старшими збирати гусінь.</w:t>
      </w:r>
    </w:p>
    <w:p>
      <w:r>
        <w:br/>
        <w:t>— Ну, ми проспали! — засміявся старший брат школяр.—— Синички за нас усю роботу зробили. От ваша яблунька і врятована. Тепер тільки обмажемо дерева, щоб комашня на них не лізла.</w:t>
      </w:r>
    </w:p>
    <w:p>
      <w:r>
        <w:br/>
        <w:t>— Коли б не синички, яблунька загинула б, — сказала дівчинка.</w:t>
      </w:r>
    </w:p>
    <w:p>
      <w:r>
        <w:br/>
        <w:t>— А коли б не ви, загинули б узимку синички. От як треба дружити: друзів берегти, а їхніх ворогів бити! — сказав старший брат. — За це яблунька подарує вам яблучка.</w:t>
      </w:r>
    </w:p>
    <w:p>
      <w:r>
        <w:br/>
        <w:t>— А звідки ж узялася ця противна гусінь? — спитав хлопчик.</w:t>
      </w:r>
    </w:p>
    <w:p>
      <w:r>
        <w:br/>
        <w:t>Як ходіла про все розповісти яблунька! І про красивих метеликів, і про гусінь, і про мишу, і про кота, і про лихих хлопчиків з рогатками! Вона все бачила і пережила сама.</w:t>
      </w:r>
    </w:p>
    <w:p>
      <w:r>
        <w:br/>
        <w:t>І вітер бачив і знав. Він і зараз повівав і шепотів яблуневому листячку:</w:t>
      </w:r>
    </w:p>
    <w:p>
      <w:r>
        <w:br/>
        <w:t>— Я ж казав, я ж казав...</w:t>
      </w:r>
    </w:p>
    <w:p>
      <w:r>
        <w:br/>
        <w:t>Але, мабуть, і старший брат знав про все, бо він розповів докладно малятам, так само, як я вам.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Що трапилось в саду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