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тебе пригинає...</w:t>
      </w:r>
    </w:p>
    <w:p>
      <w:r>
        <w:br/>
        <w:t xml:space="preserve"> Що тебе пригинає&lt;br /&gt;</w:t>
        <w:br/>
        <w:t>до сирої землі?&lt;br /&gt;</w:t>
        <w:br/>
        <w:t>Це твоя тайна таїн&lt;br /&gt;</w:t>
        <w:br/>
        <w:t>дотліває; в золі.</w:t>
      </w:r>
    </w:p>
    <w:p>
      <w:r>
        <w:br/>
        <w:t>Ця зола це вчорашня,&lt;br /&gt;</w:t>
        <w:br/>
        <w:t>це не дим – це туман.&lt;br /&gt;</w:t>
        <w:br/>
        <w:t>Ця земля вже не наша.&lt;br /&gt;</w:t>
        <w:br/>
        <w:t>Це спасенний обман.</w:t>
      </w:r>
    </w:p>
    <w:p>
      <w:r>
        <w:br/>
        <w:t>Ніби ватра колишня,&lt;br /&gt;</w:t>
        <w:br/>
        <w:t>що нагріла цей край,&lt;br /&gt;</w:t>
        <w:br/>
        <w:t>нині нам найрідніша…&lt;br /&gt;</w:t>
        <w:br/>
        <w:t>Пригинай! Пригинай!</w:t>
      </w:r>
    </w:p>
    <w:p>
      <w:r>
        <w:br/>
        <w:t>Дуже тихо стукоче&lt;br /&gt;</w:t>
        <w:br/>
        <w:t>непомітна зола.&lt;br /&gt;</w:t>
        <w:br/>
        <w:t>Щоб не зрадили очі,&lt;br /&gt;</w:t>
        <w:br/>
        <w:t>гнеться шия вола.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тебе пригинає...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