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таке злочинство</w:t>
      </w:r>
    </w:p>
    <w:p>
      <w:r>
        <w:br/>
        <w:t xml:space="preserve"> ЩО ТАКЕ ЗЛОЧИНСТВО</w:t>
      </w:r>
    </w:p>
    <w:p>
      <w:r>
        <w:br/>
        <w:t>Уривок</w:t>
      </w:r>
    </w:p>
    <w:p>
      <w:r>
        <w:br/>
        <w:t>То цей хамелеон — шакал і леопард,&lt;br /&gt;</w:t>
        <w:br/>
        <w:t>Цей Лже-Наполеон, навряд чи Бонапарт,&lt;br /&gt;</w:t>
        <w:br/>
        <w:t>Напевно Богарне і Верюель, можливо,&lt;br /&gt;</w:t>
        <w:br/>
        <w:t>Що Риму папському підступно і зрадливо&lt;br /&gt;</w:t>
        <w:br/>
        <w:t>Віддав на розп'яття республіканський Рим,&lt;br /&gt;</w:t>
        <w:br/>
        <w:t>Цей блазень, що наклав на твар героя грим,&lt;br /&gt;</w:t>
        <w:br/>
        <w:t>Цей ниций вискочень, піднятий долі грою,&lt;br /&gt;</w:t>
        <w:br/>
        <w:t>Цей кат республіки, пірат нового крою,&lt;br /&gt;</w:t>
        <w:br/>
        <w:t>Цей зух, паливода, любитель катастроф,&lt;br /&gt;</w:t>
        <w:br/>
        <w:t>Цей вовк, якого я цькую хортами строф,&lt;br /&gt;</w:t>
        <w:br/>
        <w:t>Цей злодій і харциз, кого навік прокляв я,&lt;br /&gt;</w:t>
        <w:br/>
        <w:t>День слави обернув у чорний день безслав'я.&lt;br /&gt;</w:t>
        <w:br/>
        <w:t>Звитягу заплямив, народну честь поправ&lt;br /&gt;</w:t>
        <w:br/>
        <w:t>I Австерліц, як тать, в історії украв,&lt;br /&gt;</w:t>
        <w:br/>
        <w:t>Поміж трофеями знайшов колун щербатий,&lt;br /&gt;</w:t>
        <w:br/>
        <w:t>Та й ну робітників, міщан, селян рубати;&lt;br /&gt;</w:t>
        <w:br/>
        <w:t>Захланний канібал, неситий людожер,&lt;br /&gt;</w:t>
        <w:br/>
        <w:t>Він трупами укрив увесь Сіте-Бержер&lt;br /&gt;</w:t>
        <w:br/>
        <w:t>I, власну присягу подавши на глумління,&lt;br /&gt;</w:t>
        <w:br/>
        <w:t>Убив закон і суд, порядність і сумління,&lt;br /&gt;</w:t>
        <w:br/>
        <w:t>I людяність, і честь, — надії лиш не вбив...&lt;br /&gt;</w:t>
        <w:br/>
        <w:t>Що, рідна Франціє, з тобою він зробив?&lt;br /&gt;</w:t>
        <w:br/>
        <w:t>Всі ріки він залив, від Сени до Гаронни,&lt;br /&gt;</w:t>
        <w:br/>
        <w:t>Твоєю кровію, щоб доп'ясти корони;&lt;br /&gt;</w:t>
        <w:br/>
        <w:t>Він мав дістать Кламар, натомість Лувр дістав&lt;br /&gt;</w:t>
        <w:br/>
        <w:t>I чоботом брудним тобі на горло став...&lt;br /&gt;</w:t>
        <w:br/>
        <w:t>Ось що накоїв він; я барви не згущаю;&lt;br /&gt;</w:t>
        <w:br/>
        <w:t>I от тепер, коли в обуренні, в відчаю,&lt;br /&gt;</w:t>
        <w:br/>
        <w:t>Жахаючись мари цього тяжкого сну.&lt;br /&gt;</w:t>
        <w:br/>
        <w:t>Жадаючи розбить цю змору навісну,&lt;br /&gt;</w:t>
        <w:br/>
        <w:t>Ми кричимо на гвалт, мов сурем рев мідянйй:&lt;br /&gt;</w:t>
        <w:br/>
        <w:t>— Народе, уставай! До бою, громадяни!&lt;br /&gt;</w:t>
        <w:br/>
        <w:t>Ударте виродка, громіть з усіх усюд!&lt;br /&gt;</w:t>
        <w:br/>
        <w:t>Нехай воскресне день, нехай устане суд! —&lt;br /&gt;</w:t>
        <w:br/>
        <w:t>Та ми, покривджені, вітчизни вірні діти,&lt;br /&gt;</w:t>
        <w:br/>
        <w:t>Ми, жертви злочину, — тепер самі бандити!&lt;br /&gt;</w:t>
        <w:br/>
        <w:t>Ми хочем свар, і чвар, і розбрату, й різні!&lt;br /&gt;</w:t>
        <w:br/>
        <w:t>Ми хочем запалить пожеж огні грізні!</w:t>
      </w:r>
    </w:p>
    <w:p>
      <w:r>
        <w:br/>
        <w:t>То значить знехтувать цинічно всяким правом,&lt;br /&gt;</w:t>
        <w:br/>
        <w:t>Буть підлим, капосним, на лиходійство бравим,&lt;br /&gt;</w:t>
        <w:br/>
        <w:t>Назватись Цезарем — нікчемі без пуття,&lt;br /&gt;</w:t>
        <w:br/>
        <w:t>Душити всяку мисль, усякий рух життя,&lt;br /&gt;</w:t>
        <w:br/>
        <w:t>Загальмувать ходу суспільного прогресу,&lt;br /&gt;</w:t>
        <w:br/>
        <w:t>Понівечить закон, знести трибуну й пресу,&lt;br /&gt;</w:t>
        <w:br/>
        <w:t>Ввіткнути нації, як звіру, кляп у рот,&lt;br /&gt;</w:t>
        <w:br/>
        <w:t>Спиратись на штики на все готових рот,&lt;br /&gt;</w:t>
        <w:br/>
        <w:t>Гнобить народ новим єгипетським полоном,&lt;br /&gt;</w:t>
        <w:br/>
        <w:t>Віддать його на жир зажерливим Тролонам,&lt;br /&gt;</w:t>
        <w:br/>
        <w:t>Бо, бачите, колись у давнину ту роль&lt;br /&gt;</w:t>
        <w:br/>
        <w:t>Виконували пан, єпископ і король,&lt;br /&gt;</w:t>
        <w:br/>
        <w:t>Пустити з'їдь левів собакам на поталу,&lt;br /&gt;</w:t>
        <w:br/>
        <w:t>Нагарбати собі двірців і капіталу,&lt;br /&gt;</w:t>
        <w:br/>
        <w:t>Сатрапом бучно жить, усіх і все чавить,&lt;br /&gt;</w:t>
        <w:br/>
        <w:t>Пиячить на миру, блудити вочевидь,&lt;br /&gt;</w:t>
        <w:br/>
        <w:t>В заслання завдавать чи брати на тортури&lt;br /&gt;</w:t>
        <w:br/>
        <w:t>Стійких противників тупої диктатури,&lt;br /&gt;</w:t>
        <w:br/>
        <w:t>Держати яничар, мов той султан-душман,&lt;br /&gt;</w:t>
        <w:br/>
        <w:t>Чинити зраду й гвалт, убивство і обман,—&lt;br /&gt;</w:t>
        <w:br/>
        <w:t>Це все — народе, чуй! — це все тепер чеснота...</w:t>
      </w:r>
    </w:p>
    <w:p>
      <w:r>
        <w:br/>
        <w:t>А битись за права, що їх гнітить підлота,&lt;br /&gt;</w:t>
        <w:br/>
        <w:t>Крізь бурі і громи, крізь дим і фіміам&lt;br /&gt;</w:t>
        <w:br/>
        <w:t>Кричати у лице тиранам-коліям:&lt;br /&gt;</w:t>
        <w:br/>
        <w:t>— Грабунок ваш отець, а Кривда ваша мати!&lt;br /&gt;</w:t>
        <w:br/>
        <w:t>Нехай солдати в вас, нехай у вас гармати,&lt;br /&gt;</w:t>
        <w:br/>
        <w:t>Нехай на бідний край наліг кошмарний страх,&lt;br /&gt;</w:t>
        <w:br/>
        <w:t>Нехай колоси ви, а ми лиш пил і прах,—&lt;br /&gt;</w:t>
        <w:br/>
        <w:t>Анум, поборемось, анум, спитаймо долю,&lt;br /&gt;</w:t>
        <w:br/>
        <w:t>Ви за неправду й гніт, а ми за правду й волю! —&lt;br /&gt;</w:t>
        <w:br/>
        <w:t>Показувать рови й могили кладовищ,&lt;br /&gt;</w:t>
        <w:br/>
        <w:t>Гукать розпачливо із свіжих гробовищ:&lt;br /&gt;</w:t>
        <w:br/>
        <w:t>— Французи, бійтеся узяти на сумління&lt;br /&gt;</w:t>
        <w:br/>
        <w:t>Конання страдників, вдів і сиріт квиління!&lt;br /&gt;</w:t>
        <w:br/>
        <w:t>О Франціє! Невже недолюдок Нерон&lt;br /&gt;</w:t>
        <w:br/>
        <w:t>Тобі справлятиме ганебний похорон?&lt;br /&gt;</w:t>
        <w:br/>
        <w:t>Воскресни! Стань над ним, поверженим драконом,&lt;br /&gt;</w:t>
        <w:br/>
        <w:t>З мечем в одній руці, а в другій із законом! —&lt;br /&gt;</w:t>
        <w:br/>
        <w:t>Каратись, мучитись, вигнання хрест нести&lt;br /&gt;</w:t>
        <w:br/>
        <w:t>Й душею чесною волать до кари-мсти,&lt;br /&gt;</w:t>
        <w:br/>
        <w:t>І викривать обман, і таврувать безчинство,—&lt;br /&gt;</w:t>
        <w:br/>
        <w:t>Це все — о Боже, чуй! — це все тепер злочинство...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таке злочинство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