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Щит Енея (уривок з "Енеїди")</w:t>
      </w:r>
    </w:p>
    <w:p>
      <w:r>
        <w:br/>
        <w:t xml:space="preserve"> Там-бо, на тому щиті, прозираючи роки майбутні,&lt;br /&gt;</w:t>
        <w:br/>
        <w:t>Вирізьбив владар огню італійців майбутні пригоди,&lt;br /&gt;</w:t>
        <w:br/>
        <w:t>Римського роду тріумфи, Асканіїв рід знаменитий&lt;br /&gt;</w:t>
        <w:br/>
        <w:t>І незчисленні усі, послідовно проваджені війни.&lt;br /&gt;</w:t>
        <w:br/>
        <w:t>Вирізьбив він і Вовчицю у Марсовій тихій печері&lt;br /&gt;</w:t>
        <w:br/>
        <w:t>І коло неї близнят-сисунців, двох хлоп'ят нетямущих,&lt;br /&gt;</w:t>
        <w:br/>
        <w:t>Як вони граються сміло, до матері як припадають,&lt;br /&gt;</w:t>
        <w:br/>
        <w:t>Як і вона, повернувши до них свою шию могутню,&lt;br /&gt;</w:t>
        <w:br/>
        <w:t>Пестить по черзі обох і тіло вилизує ніжне.&lt;br /&gt;</w:t>
        <w:br/>
        <w:t>Там — підіймається Рим, там — сабінських жінок викрадають&lt;br /&gt;</w:t>
        <w:br/>
        <w:t>Хиже насильство під час циркової забави; ще далі&lt;br /&gt;</w:t>
        <w:br/>
        <w:t>Вирізьбив бог бойовище нове, що схопилося раптом&lt;br /&gt;</w:t>
        <w:br/>
        <w:t>Поміж куретами, Тацієм давнім та римським народом.&lt;br /&gt;</w:t>
        <w:br/>
        <w:t>Далі обидва царі, військове покінчивши змагання,&lt;br /&gt;</w:t>
        <w:br/>
        <w:t>Перед жертовником, збройні, з вином у руках поставали&lt;br /&gt;</w:t>
        <w:br/>
        <w:t>І, заколовши свиню, мирову виробляють угоду.&lt;br /&gt;</w:t>
        <w:br/>
        <w:t>Тут же, зовсім поблизу, квадриги прудкі розривають&lt;br /&gt;</w:t>
        <w:br/>
        <w:t>Надвоє Метта (не хтів ти додержати слова, альбанцю).&lt;br /&gt;</w:t>
        <w:br/>
        <w:t>Тіло твоє пошматоване Тулл поволік по дібровах,&lt;br /&gt;</w:t>
        <w:br/>
        <w:t>І придорожні терни у кривавій росі червоніли.&lt;br /&gt;</w:t>
        <w:br/>
        <w:t>Далі Порсенна наказував місту прийняти вигнанця&lt;br /&gt;</w:t>
        <w:br/>
        <w:t>І за Тарквінія римлян страшною облогою мучив;&lt;br /&gt;</w:t>
        <w:br/>
        <w:t>Діти Енеєві в бій виступають за волю змагатись.&lt;br /&gt;</w:t>
        <w:br/>
        <w:t>Став роздратований цар, на устах йому люта погроза;&lt;br /&gt;</w:t>
        <w:br/>
        <w:t>Видко, почув, що наважився Кокліт мости зруйнувати,&lt;br /&gt;</w:t>
        <w:br/>
        <w:t>Що утекла від сторожі і в Тіброві скочила води&lt;br /&gt;</w:t>
        <w:br/>
        <w:t>Клелія-діва... Ще далі стояв у фортеці на чатах&lt;br /&gt;</w:t>
        <w:br/>
        <w:t>Манлій і храм боронив, і високий увесь Капітолій;&lt;br /&gt;</w:t>
        <w:br/>
        <w:t>Ромулів їжився двір острішком нової соломи.&lt;br /&gt;</w:t>
        <w:br/>
        <w:t>На позолоченім ґанку сріблистий гусак неспокійно&lt;br /&gt;</w:t>
        <w:br/>
        <w:t>Вгору зривавсь, кричачи, що галли уже біля храму.&lt;br /&gt;</w:t>
        <w:br/>
        <w:t>Галли повзли по кущах, добиралися вже до фортеці.&lt;br /&gt;</w:t>
        <w:br/>
        <w:t>Маючи добру заслону — у темряві чорної ночі.&lt;br /&gt;</w:t>
        <w:br/>
        <w:t>Кучері в них золоті, із золота й одяг, і броня.&lt;br /&gt;</w:t>
        <w:br/>
        <w:t>В'ються плащі повишивані; щирого злота намисто&lt;br /&gt;</w:t>
        <w:br/>
        <w:t>В кожного сяє на шиї молочній. Розмахує кожен&lt;br /&gt;</w:t>
        <w:br/>
        <w:t>Парою списів легких і щитом захищається довгим.&lt;br /&gt;</w:t>
        <w:br/>
        <w:t>Тут витанцьовують Салії, голі луперки за ними:&lt;br /&gt;</w:t>
        <w:br/>
        <w:t>фламіни тут у вовняних шапках, там Марсові видно&lt;br /&gt;</w:t>
        <w:br/>
        <w:t>Скинуті з неба щити; там чисті жінки в колісницях&lt;br /&gt;</w:t>
        <w:br/>
        <w:t>Святощі містом провозять. Ще далі митець незрівнянний&lt;br /&gt;</w:t>
        <w:br/>
        <w:t>Вирізьбив Тартар підземний, Плутонові брами високі&lt;br /&gt;</w:t>
        <w:br/>
        <w:t>І лиходіям призначені кари: тебе, Катіліно,&lt;br /&gt;</w:t>
        <w:br/>
        <w:t>На височеннім уступі і фурій страшних проти тебе.&lt;br /&gt;</w:t>
        <w:br/>
        <w:t>Праведні душі окремо, між них і Катон правосудний.&lt;br /&gt;</w:t>
        <w:br/>
        <w:t>Понад підземними тінями йшов злотокований образ&lt;br /&gt;</w:t>
        <w:br/>
        <w:t>Моря бурхливого; сива гойдалась і пінилась хвиля,&lt;br /&gt;</w:t>
        <w:br/>
        <w:t>А навкруги викидалися срібні із моря дельфіни&lt;br /&gt;</w:t>
        <w:br/>
        <w:t>І розбивали хвостами гребені хвиль. В осередку&lt;br /&gt;</w:t>
        <w:br/>
        <w:t>Судна пишалися мідні. Велика то битва Актійська:&lt;br /&gt;</w:t>
        <w:br/>
        <w:t>Море укрите усе кораблями. Кипить узбережжя&lt;br /&gt;</w:t>
        <w:br/>
        <w:t>І відбивається золотом в хвилях прозорих Левкати.&lt;br /&gt;</w:t>
        <w:br/>
        <w:t>Видно там, як цезар Август провадить у бій італійців...&lt;br /&gt;</w:t>
        <w:br/>
        <w:t>Високо став на кормі він, а з ним і народ, і сенат весь,&lt;br /&gt;</w:t>
        <w:br/>
        <w:t>І щонайбільші боги, і пенати. На скронях подвійне&lt;br /&gt;</w:t>
        <w:br/>
        <w:t>Сяйво у нього горить і зоря понад тім'ям аж рідна.&lt;br /&gt;</w:t>
        <w:br/>
        <w:t>Далі Агріппа, з наказу богів, при сприятливім вітрі&lt;br /&gt;</w:t>
        <w:br/>
        <w:t>Ставить у стрій кораблі; на чолі гордовитім у нього&lt;br /&gt;</w:t>
        <w:br/>
        <w:t>Славна ознака звитяги, ростральний вінець променіє.&lt;br /&gt;</w:t>
        <w:br/>
        <w:t>Там з іноземною міццю, при зброї і шатах відмінних, —&lt;br /&gt;</w:t>
        <w:br/>
        <w:t>Від узбережжів червоних, від східних земель повернувшись&lt;br /&gt;</w:t>
        <w:br/>
        <w:t>З краю Зорі переможцем, — Антоній веде за собою&lt;br /&gt;</w:t>
        <w:br/>
        <w:t>Бактрів, єгиптян і... гріх щонайбільший — єгипетську жінку.&lt;br /&gt;</w:t>
        <w:br/>
        <w:t>Лавою всі наступають, і піняться води затоки,&lt;br /&gt;</w:t>
        <w:br/>
        <w:t>Веслами збиті, розірвані тьмами носів корабельних.&lt;br /&gt;</w:t>
        <w:br/>
        <w:t>Рвуться у просторінь всі із затоки: здається, циклади&lt;br /&gt;</w:t>
        <w:br/>
        <w:t>Вирнули з синіх безодень, стикаються гори плавучі:&lt;br /&gt;</w:t>
        <w:br/>
        <w:t>Так розгорнувся потужно невиданий бій корабельний.&lt;br /&gt;</w:t>
        <w:br/>
        <w:t>Падає клоччя горюче і сиплються стріли повсюди.&lt;br /&gt;</w:t>
        <w:br/>
        <w:t>Вогке Нептунове поле пролитою кров'ю багріє.&lt;br /&gt;</w:t>
        <w:br/>
        <w:t>Серед двірської громади цариця єгипетським систром&lt;br /&gt;</w:t>
        <w:br/>
        <w:t>Кличе до бою: не бачить гадюк, що її дожидають.&lt;br /&gt;</w:t>
        <w:br/>
        <w:t>Тут чужинецькі потворні боги, тут Анубіс гавкучий&lt;br /&gt;</w:t>
        <w:br/>
        <w:t>Проти Мінерви, й Нептуна, і матері римлян Венери&lt;br /&gt;</w:t>
        <w:br/>
        <w:t>Стрілами приїдуть. Та кинувся Марс у середину січі,&lt;br /&gt;</w:t>
        <w:br/>
        <w:t>В панцир із криці закутий; із неба Еріннії люті&lt;br /&gt;</w:t>
        <w:br/>
        <w:t>І невгамовна Незгода до бою розхристані впали.&lt;br /&gt;</w:t>
        <w:br/>
        <w:t>Лине Беллона услід і кривавим бичем розмахнулась;&lt;br /&gt;</w:t>
        <w:br/>
        <w:t>В небі високому став Аполлон із натягненим луком,&lt;br /&gt;</w:t>
        <w:br/>
        <w:t>Глянув на битву, і вмить повернулися, вражені жахом,&lt;br /&gt;</w:t>
        <w:br/>
        <w:t>Геть утікають араби, сабейці, єгиптяни, інди.&lt;br /&gt;</w:t>
        <w:br/>
        <w:t>Бачить поразку цариця. Велить розв'язати мотуззя,&lt;br /&gt;</w:t>
        <w:br/>
        <w:t>Порозпускати вітрила. Тіка. Митець божественний&lt;br /&gt;</w:t>
        <w:br/>
        <w:t>Вирізьбив горду царицю бліду, перелякану смертю:&lt;br /&gt;</w:t>
        <w:br/>
        <w:t>В море односить її сприятливим подихом Япіг...&lt;br /&gt;</w:t>
        <w:br/>
        <w:t>Далі потрійним тріумфом до Римського замка вступивши,&lt;br /&gt;</w:t>
        <w:br/>
        <w:t>Цезар богам італійським обіцяну почесть складає:&lt;br /&gt;</w:t>
        <w:br/>
        <w:t>Триста в великому місті присвячує храмів обітних.&lt;br /&gt;</w:t>
        <w:br/>
        <w:t>В захваті Рим од забав; скрізь оплески люду лунають;&lt;br /&gt;</w:t>
        <w:br/>
        <w:t>Хори жіночі у храмах; жертовники скрізь пломеніють;&lt;br /&gt;</w:t>
        <w:br/>
        <w:t>Скрізь по жертовниках всіх позабивано в жертву телята.&lt;br /&gt;</w:t>
        <w:br/>
        <w:t>Сам же владика сидить на осяянім Фебовім ґанку,&lt;br /&gt;</w:t>
        <w:br/>
        <w:t>І від підвладних народів приймає дари; прикрашає&lt;br /&gt;</w:t>
        <w:br/>
        <w:t>Пишного храму одвірки, і довгою в'ються стягою&lt;br /&gt;</w:t>
        <w:br/>
        <w:t>Перед потужним язики земні в розмаїтих убраннях.&lt;br /&gt;</w:t>
        <w:br/>
        <w:t>Викував мудрий Ковач розперезаних афрів, нумідів,&lt;br /&gt;</w:t>
        <w:br/>
        <w:t>Дальніх лелегів, карійців і лучників добрих — гелонів,&lt;br /&gt;</w:t>
        <w:br/>
        <w:t>Там і Євфрат переможений ллє свої води тихіше,&lt;br /&gt;</w:t>
        <w:br/>
        <w:t>І краєсвітні Моріни і Рейн із подвоєним гирлом,&lt;br /&gt;</w:t>
        <w:br/>
        <w:t>Даги й далекий Аракс, що не терпить мостів над собою.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Енея (уривок з "Енеїди")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