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Щит Ахілла</w:t>
      </w:r>
    </w:p>
    <w:p>
      <w:r>
        <w:br/>
        <w:t xml:space="preserve"> Фрагмент Ілліади "Щит Ахілла", Пісня 18, вірші 478-608.&lt;br /&gt;</w:t>
        <w:br/>
        <w:t>Переклад Бориса Тена</w:t>
      </w:r>
    </w:p>
    <w:p>
      <w:r>
        <w:br/>
        <w:t>478] Приготував він насамперед щит — міцний і великий,&lt;br /&gt;</w:t>
        <w:br/>
        <w:t>479] Гарно оздоблений всюди, ще й викував обід потрійний,&lt;br /&gt;</w:t>
        <w:br/>
        <w:t>480] Ясноблискучий, та ззаду посріблений ремінь приладив.</w:t>
      </w:r>
    </w:p>
    <w:p>
      <w:r>
        <w:br/>
        <w:t>481] Щит той з п'ятьох був шарів шкіряних, а поверх він багато&lt;br /&gt;</w:t>
        <w:br/>
        <w:t>482] Вирізьбив різних оздоб, до дрібниць все продумавши тонко.</w:t>
      </w:r>
    </w:p>
    <w:p>
      <w:r>
        <w:br/>
        <w:t>483] Землю на нім він зобразив майстерно, і небо, і море,&lt;br /&gt;</w:t>
        <w:br/>
        <w:t>484] Сонця невтомного коло, і срібний у повені місяць,&lt;br /&gt;</w:t>
        <w:br/>
        <w:t>485] І незліченні сузір'я, шо неба склепіння вінчають,&lt;br /&gt;</w:t>
        <w:br/>
        <w:t>486] Посеред них і Плеяди, й Пади, і міць Оріона,&lt;br /&gt;</w:t>
        <w:br/>
        <w:t>487] Й навіть Ведмедицю — інші ще Возом її називають.&lt;br /&gt;</w:t>
        <w:br/>
        <w:t>488] Крутиться Віз той на місці й лише вигляда Оріона, —&lt;br /&gt;</w:t>
        <w:br/>
        <w:t>489] Тільки один до купань в Океані-ріці непричетний.</w:t>
      </w:r>
    </w:p>
    <w:p>
      <w:r>
        <w:br/>
        <w:t>490] Вирізьбив ще на щиті він для смертних людей два прекрасні&lt;br /&gt;</w:t>
        <w:br/>
        <w:t>491] Міста. В одному із них — весілля та учти справляють,&lt;br /&gt;</w:t>
        <w:br/>
        <w:t>492] Юних дівчат при світлі ясних смолоскипів виводять&lt;br /&gt;</w:t>
        <w:br/>
        <w:t>493] З їхніх світлиць і ведуть через місто під співи весільні.&lt;br /&gt;</w:t>
        <w:br/>
        <w:t>494] Жваво кружляють в танку юнаки, і лунають довкола&lt;br /&gt;</w:t>
        <w:br/>
        <w:t>495] Флейти й формінги дзвінкі, а жінки, стоячи на порозі&lt;br /&gt;</w:t>
        <w:br/>
        <w:t>496] Власних осель, на юні веселощі з подивом зирять.&lt;br /&gt;</w:t>
        <w:br/>
        <w:t>497] Сила народу на площі міській гомоніла. Знялась там&lt;br /&gt;</w:t>
        <w:br/>
        <w:t>498] Буча бурхлива — двоє мужів про пеню сперечались&lt;br /&gt;</w:t>
        <w:br/>
        <w:t>499] За чоловіка убитого. Клявся один при народі,&lt;br /&gt;</w:t>
        <w:br/>
        <w:t>500] Що заплатив, а той — заперечував це при народі.&lt;br /&gt;</w:t>
        <w:br/>
        <w:t>501] Врешті звернулись вони до судді, щоб зваду скінчити.&lt;br /&gt;</w:t>
        <w:br/>
        <w:t>502] Гомін стояв навкруги: свойого підтримував кожен.&lt;br /&gt;</w:t>
        <w:br/>
        <w:t>503] Люд вгамувати старались окличники. Колом священним&lt;br /&gt;</w:t>
        <w:br/>
        <w:t>504] Сіли старійшини всі на обтесанім гладко камінні,&lt;br /&gt;</w:t>
        <w:br/>
        <w:t>505] Берла у руки взяли від окличників дзвінкоголосих&lt;br /&gt;</w:t>
        <w:br/>
        <w:t>506] І, встаючи із сидінь, вирікали по черзі"свій вирок.&lt;br /&gt;</w:t>
        <w:br/>
        <w:t>507] А посередині в них золоті два лежали таланти,&lt;br /&gt;</w:t>
        <w:br/>
        <w:t>508] Щоб їх віддати тому, хто докаже, що має він слушність.</w:t>
      </w:r>
    </w:p>
    <w:p>
      <w:r>
        <w:br/>
        <w:t>509] Друге з тих міст оточили навколо численні два війська&lt;br /&gt;</w:t>
        <w:br/>
        <w:t>510] В зброї блискучій. Та в раді військовій вони розділились —&lt;br /&gt;</w:t>
        <w:br/>
        <w:t>511] Чи зруйнувати все, силою взявши, чи скарби коштовні,&lt;br /&gt;</w:t>
        <w:br/>
        <w:t>512] Що так багато їх в місті прекраснім, навпіл поділити.&lt;br /&gt;</w:t>
        <w:br/>
        <w:t>513] Ті ж не здавались і засідку потай нову готували.&lt;br /&gt;</w:t>
        <w:br/>
        <w:t>514] Вийшли на мури міські боронить їх і любі дружини,&lt;br /&gt;</w:t>
        <w:br/>
        <w:t>515] Й діти маленькі, й мужі, яких уже старість зігнула,&lt;br /&gt;</w:t>
        <w:br/>
        <w:t>516] Вої ж пішли. На чолі їх — Арей і Паллада Афіна,&lt;br /&gt;</w:t>
        <w:br/>
        <w:t>517] Йшли золоті вони та в золотому одінні обоє,&lt;br /&gt;</w:t>
        <w:br/>
        <w:t>518] Збройні, величні, прекрасні, як справжні богове, усюди&lt;br /&gt;</w:t>
        <w:br/>
        <w:t>519] Зразу помітні: багато-бо нижчі від них були люди.&lt;br /&gt;</w:t>
        <w:br/>
        <w:t>520] Швидко дійшли вони місця, де мала їх засідка бути,&lt;br /&gt;</w:t>
        <w:br/>
        <w:t>521] Біля ріки, куди ходять стада усі до водопою.&lt;br /&gt;</w:t>
        <w:br/>
        <w:t>522] Там заховались вони, блискучою міддю укриті.&lt;br /&gt;</w:t>
        <w:br/>
        <w:t>523] Двоє підглядачів спереду йшли, окремо від війська,&lt;br /&gt;</w:t>
        <w:br/>
        <w:t>524] 1 дожидали приходу овець та биків круторогих.&lt;br /&gt;</w:t>
        <w:br/>
        <w:t>525] От підійшли вони; два пастухи їх спокійно гонили,</w:t>
      </w:r>
    </w:p>
    <w:p>
      <w:r>
        <w:br/>
        <w:t>526] Награючи на сопілках, — ніякого лиха не ждали.&lt;br /&gt;</w:t>
        <w:br/>
        <w:t>527] Ті ж, лише-но здаля їх побачивши, кинулись раптом&lt;br /&gt;</w:t>
        <w:br/>
        <w:t>528] І зайняли срібнорунних отару овець і велику&lt;br /&gt;</w:t>
        <w:br/>
        <w:t>529] Череду гарних корів, пастухів же обох повбивали.&lt;br /&gt;</w:t>
        <w:br/>
        <w:t>530] Гомін і шум біля стада почули іздалеку в стані,&lt;br /&gt;</w:t>
        <w:br/>
        <w:t>531] Сидячи в раді військовій, і зразу на коней рисистих&lt;br /&gt;</w:t>
        <w:br/>
        <w:t>532] Скочили всі, і, миттю до берега річки домчавши,&lt;br /&gt;</w:t>
        <w:br/>
        <w:t>533] У бойовому порядку у бій з ворогами вступили,&lt;br /&gt;</w:t>
        <w:br/>
        <w:t>534] І один одного мідними били завзято списами.&lt;br /&gt;</w:t>
        <w:br/>
        <w:t>535] Звада тіснилася там з Сум'яттям і погрозлива Кера;&lt;br /&gt;</w:t>
        <w:br/>
        <w:t>536] Ранених то ледь живих, то й неранених Смерть забирала,&lt;br /&gt;</w:t>
        <w:br/>
        <w:t>537] То волочила за ноги убитого труп з бойовища, —&lt;br /&gt;</w:t>
        <w:br/>
        <w:t>538] Шати на плечах її червоніли від крові людської.&lt;br /&gt;</w:t>
        <w:br/>
        <w:t>539] Воїни, наче живі, у бою тім тіснилися й бились,&lt;br /&gt;</w:t>
        <w:br/>
        <w:t>540] І один в одного трупи убитих старалися вирвать.</w:t>
      </w:r>
    </w:p>
    <w:p>
      <w:r>
        <w:br/>
        <w:t>541] Далі родючих ланів змалював він широкі простори,&lt;br /&gt;</w:t>
        <w:br/>
        <w:t>542] Зорані тричі, й багато на них орачів із плугами&lt;br /&gt;</w:t>
        <w:br/>
        <w:t>543] Впряжених в ярма волів туди і назад поганяли.&lt;br /&gt;</w:t>
        <w:br/>
        <w:t>544] А як, дійшовши межі на ріллі, завертать уже мали,&lt;br /&gt;</w:t>
        <w:br/>
        <w:t>545] Келих вина, наче мед той солодкого, в руки щоразу&lt;br /&gt;</w:t>
        <w:br/>
        <w:t>546] Муж подавав їм. І борозну знову вони повертали,&lt;br /&gt;</w:t>
        <w:br/>
        <w:t>547] Щоб якнайшвидше родючі лани до кінця доорати.&lt;br /&gt;</w:t>
        <w:br/>
        <w:t>548] Наче поорана нива, рілля іззаду чорніла,&lt;br /&gt;</w:t>
        <w:br/>
        <w:t>549] Хоч була з золота вся. Таке-то він вирізьбив диво.</w:t>
      </w:r>
    </w:p>
    <w:p>
      <w:r>
        <w:br/>
        <w:t>550] Далі лани змалював владареві. Достигле колосся&lt;br /&gt;</w:t>
        <w:br/>
        <w:t>551] Скрізь по тих нивах женці гостролезими жали серпами.&lt;br /&gt;</w:t>
        <w:br/>
        <w:t>552] Падали густо на землю колосся важкі оберемки,&lt;br /&gt;</w:t>
        <w:br/>
        <w:t>553] їх снопов'язи тоді перевеслами туго в'язали.&lt;br /&gt;</w:t>
        <w:br/>
        <w:t>554] Три снопов'язи стояли оподаль. А хлопчики ззаду&lt;br /&gt;</w:t>
        <w:br/>
        <w:t>555] Зжате збирали колосся й, його охопивши обіруч,&lt;br /&gt;</w:t>
        <w:br/>
        <w:t>556] їм подавали ретельно. І тут же, радіючи серцем,&lt;br /&gt;</w:t>
        <w:br/>
        <w:t>557] Мовчки стояв на межі володар, на берло обпершись.&lt;br /&gt;</w:t>
        <w:br/>
        <w:t>558] Далі під дубом окличники учту уже готували,&lt;br /&gt;</w:t>
        <w:br/>
        <w:t>559] В жертву принісши бика, й навкруги метушились; а жони&lt;br /&gt;</w:t>
        <w:br/>
        <w:t>560] Борошном ячним його приправляли женцям на вечерю.</w:t>
      </w:r>
    </w:p>
    <w:p>
      <w:r>
        <w:br/>
        <w:t>561] Далі він вирізьбив ще обважнілий від грон виноградник&lt;br /&gt;</w:t>
        <w:br/>
        <w:t>562] З золота, — кетяги сині, аж чорні, по ньому рясніли;&lt;br /&gt;</w:t>
        <w:br/>
        <w:t>563] Віття його на срібних підпорах трималось надійно;&lt;br /&gt;</w:t>
        <w:br/>
        <w:t>564] Ровом він темним обведений був, а навкруг олив'яний&lt;br /&gt;</w:t>
        <w:br/>
        <w:t>565] Тин височів, лиш одна пролягала крізь нього стежина&lt;br /&gt;</w:t>
        <w:br/>
        <w:t>566] Для носіїв, що проходили нею на збір винограду.&lt;br /&gt;</w:t>
        <w:br/>
        <w:t>567] Стежкою тою дівчата і хлопці, веселощів повні,&lt;br /&gt;</w:t>
        <w:br/>
        <w:t>568] В плетених кошиках грона несли, наче мед той, солодкі.&lt;br /&gt;</w:t>
        <w:br/>
        <w:t>569] Хлопчик, між ними йдучи, награвав на дзвонистій формінзі&lt;br /&gt;</w:t>
        <w:br/>
        <w:t>570] І про прекрасного Ліна виспівував пісню чудову&lt;br /&gt;</w:t>
        <w:br/>
        <w:t>571] Голосом ніжним. А ті, його співам вторуючи дружно,</w:t>
      </w:r>
    </w:p>
    <w:p>
      <w:r>
        <w:br/>
        <w:t>572] Тупали в лад їм ногами, і весело всі танцювали.</w:t>
      </w:r>
    </w:p>
    <w:p>
      <w:r>
        <w:br/>
        <w:t>573] Далі він череду вирізьбив дужих биків круторогих.&lt;br /&gt;</w:t>
        <w:br/>
        <w:t>574] Деякі з золота, інші із олова їх поробив він.&lt;br /&gt;</w:t>
        <w:br/>
        <w:t>575] Голосно мукали всі, ідучи із кошари на берег&lt;br /&gt;</w:t>
        <w:br/>
        <w:t>576] Річки бурхливої, густо порослий гнучким очеретом.&lt;br /&gt;</w:t>
        <w:br/>
        <w:t>577] Четверо йшло золотих пастухів по боках проводжати&lt;br /&gt;</w:t>
        <w:br/>
        <w:t>578] Череду, й бігало дев'ять за ними собак прудконогих.&lt;br /&gt;</w:t>
        <w:br/>
        <w:t>579] Спереду раптом два леви жахливі на стадо напали&lt;br /&gt;</w:t>
        <w:br/>
        <w:t>580] Й поволокли вже бика, що ревів і мукав страшенно&lt;br /&gt;</w:t>
        <w:br/>
        <w:t>581] В лев'ячих кігтях, а пси й юнаки поспішали на поміч.&lt;br /&gt;</w:t>
        <w:br/>
        <w:t>582] Леви ж тим часом, зідравши з бика величезного шкуру,&lt;br /&gt;</w:t>
        <w:br/>
        <w:t>583] Кров його й нутрощі хтиво ковтали. І марно старались&lt;br /&gt;</w:t>
        <w:br/>
        <w:t>584] їх одігнать пастухи і псів нацькувать прудконогих.&lt;br /&gt;</w:t>
        <w:br/>
        <w:t>585] Ті ж, боячись підійти і в левів зубами вчепитись,&lt;br /&gt;</w:t>
        <w:br/>
        <w:t>586] Часом наблизяться, й гавкають тільки, і тут же тікають.&lt;br /&gt;</w:t>
        <w:br/>
        <w:t>587] Пастівень вирізьбив далі кульгавий митець незрівнянний&lt;br /&gt;</w:t>
        <w:br/>
        <w:t>588] І білорунних отару овець в тій чудовій долині,&lt;br /&gt;</w:t>
        <w:br/>
        <w:t>589] Криті хліви, й курені, і кошару, й повітки пастуші.</w:t>
      </w:r>
    </w:p>
    <w:p>
      <w:r>
        <w:br/>
        <w:t>590] Далі ще змалював на всі руки митець незрівнянний&lt;br /&gt;</w:t>
        <w:br/>
        <w:t>591] Місце для танців, подібне до того, що в Кносі просторім&lt;br /&gt;</w:t>
        <w:br/>
        <w:t>592] Славний Дедал Аріадні колись спорудив пишнокосій.&lt;br /&gt;</w:t>
        <w:br/>
        <w:t>593] В розквіті сил юнаки й багатьом жадані дівчата,&lt;br /&gt;</w:t>
        <w:br/>
        <w:t>594] Міцно за руки побравшись, кружляли у танці веселім.&lt;br /&gt;</w:t>
        <w:br/>
        <w:t>595] В легких одіннях дівчата були, юнаки ж у хітонах,&lt;br /&gt;</w:t>
        <w:br/>
        <w:t>596] Шитих з тонкої тканини й ледь маслом для блиску натертих.&lt;br /&gt;</w:t>
        <w:br/>
        <w:t>597] Ті — у віночках чудових були, а ці — на ремінні&lt;br /&gt;</w:t>
        <w:br/>
        <w:t>598] Срібному мали ножі, із щирого золота куті.&lt;br /&gt;</w:t>
        <w:br/>
        <w:t>599] В жвавому танці на звиклих ногах вони легко кружляли,&lt;br /&gt;</w:t>
        <w:br/>
        <w:t>600] Наче той круг у руках гончаревих, коли забажає&lt;br /&gt;</w:t>
        <w:br/>
        <w:t>601] Він перевірити тільки, як круг обертатися буде,&lt;br /&gt;</w:t>
        <w:br/>
        <w:t>602] То розійдуться рядами й одні нападають на одних.&lt;br /&gt;</w:t>
        <w:br/>
        <w:t>603] Юрмами купчились люди навколо й втішалися вельми&lt;br /&gt;</w:t>
        <w:br/>
        <w:t>604] Тим хороводом. Співаючи звучно, співець божественний&lt;br /&gt;</w:t>
        <w:br/>
        <w:t>605] Грав серед них на формінзі, й під музики тої звучання&lt;br /&gt;</w:t>
        <w:br/>
        <w:t>606] Два скоморохи стрибали в середині людного кола.</w:t>
      </w:r>
    </w:p>
    <w:p>
      <w:r>
        <w:br/>
        <w:t>607] Далі він вирізьбив хвилі могутні ріки Океану&lt;br /&gt;</w:t>
        <w:br/>
        <w:t>608] З самого краю щита, що його змайстрував так старанно.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Ахілла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