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Шанси-транси</w:t>
      </w:r>
    </w:p>
    <w:p>
      <w:r>
        <w:br/>
        <w:t xml:space="preserve"> і так все серйозно що просто капець&lt;br /&gt;</w:t>
        <w:br/>
        <w:t>прожекти двіжухи і терки і мутки&lt;br /&gt;</w:t>
        <w:br/>
        <w:t>немов би у цьому є якийсь сенс&lt;br /&gt;</w:t>
        <w:br/>
        <w:t>чи задум господній у цьому присутній</w:t>
      </w:r>
    </w:p>
    <w:p>
      <w:r>
        <w:br/>
        <w:t>а в задумі було – живи і плодись&lt;br /&gt;</w:t>
        <w:br/>
        <w:t>а в задумі було – радій і кохайся&lt;br /&gt;</w:t>
        <w:br/>
        <w:t>но вася така сложна штука ця жизнь&lt;br /&gt;</w:t>
        <w:br/>
        <w:t>шо главне свого не прогледіти шансу</w:t>
      </w:r>
    </w:p>
    <w:p>
      <w:r>
        <w:br/>
        <w:t>лиш так все серйозно – хоч всядься і плач&lt;br /&gt;</w:t>
        <w:br/>
        <w:t>та я все кажу: ну прийди подивися&lt;br /&gt;</w:t>
        <w:br/>
        <w:t>ось небо над нами – розідраний плащ&lt;br /&gt;</w:t>
        <w:br/>
        <w:t>ось поле – заштопана плащаниця</w:t>
      </w:r>
    </w:p>
    <w:p>
      <w:r>
        <w:br/>
        <w:t>ось річка моя – роздягнись увійди&lt;br /&gt;</w:t>
        <w:br/>
        <w:t>ось сад що наситить і ліс що сховає&lt;br /&gt;</w:t>
        <w:br/>
        <w:t>а ось безтурботна і сонячна ти&lt;br /&gt;</w:t>
        <w:br/>
        <w:t>і дім наш як правильна версія раю</w:t>
      </w:r>
    </w:p>
    <w:p>
      <w:r>
        <w:br/>
        <w:t>це все несерйозно як промінь чи сніг&lt;br /&gt;</w:t>
        <w:br/>
        <w:t>це все ненадійне смішне і минуще&lt;br /&gt;</w:t>
        <w:br/>
        <w:t>це все що у бога я викрасти зміг&lt;br /&gt;</w:t>
        <w:br/>
        <w:t>та все це насправді є хлібом насущним</w:t>
      </w:r>
    </w:p>
    <w:p>
      <w:r>
        <w:br/>
        <w:t>двіжуха в мурашнику – голі понти&lt;br /&gt;</w:t>
        <w:br/>
        <w:t>від муток і терок – лиш мутно і терпко&lt;br /&gt;</w:t>
        <w:br/>
        <w:t>як зловиш свій шанс – не марнуй відпусти&lt;br /&gt;</w:t>
        <w:br/>
        <w:t>не дай себе вжити&lt;br /&gt;</w:t>
        <w:br/>
        <w:t>не дай собі вмерти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Шанси-транси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