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Шаг для старого Ґая</w:t>
      </w:r>
    </w:p>
    <w:p>
      <w:r>
        <w:br/>
        <w:t xml:space="preserve"> Місте' Куртц — він померти</w:t>
      </w:r>
    </w:p>
    <w:p>
      <w:r>
        <w:br/>
        <w:t>І</w:t>
      </w:r>
    </w:p>
    <w:p>
      <w:r>
        <w:br/>
        <w:t>Ми люди порожні&lt;br /&gt;</w:t>
        <w:br/>
        <w:t>Опудала подорожні&lt;br /&gt;</w:t>
        <w:br/>
        <w:t>Голови солом'яні&lt;br /&gt;</w:t>
        <w:br/>
        <w:t>Докупи клонимо.&lt;br /&gt;</w:t>
        <w:br/>
        <w:t>Гай-гай!&lt;br /&gt;</w:t>
        <w:br/>
        <w:t>Наші пошепти&lt;br /&gt;</w:t>
        <w:br/>
        <w:t>Перешепти&lt;br /&gt;</w:t>
        <w:br/>
        <w:t>Тихі безсенсні&lt;br /&gt;</w:t>
        <w:br/>
        <w:t>Мов легіт в сухих комишах&lt;br /&gt;</w:t>
        <w:br/>
        <w:t>Чи мишачих лапок по товченім шклу шах шах&lt;br /&gt;</w:t>
        <w:br/>
        <w:t>У наших сухих льохах.</w:t>
      </w:r>
    </w:p>
    <w:p>
      <w:r>
        <w:br/>
        <w:t>Форма аморфна, тінь без барви,&lt;br /&gt;</w:t>
        <w:br/>
        <w:t>Порух без руху, сила без запалу —</w:t>
      </w:r>
    </w:p>
    <w:p>
      <w:r>
        <w:br/>
        <w:t>Ви, що перейшли&lt;br /&gt;</w:t>
        <w:br/>
        <w:t>З очима ясними прямо до ями —&lt;br /&gt;</w:t>
        <w:br/>
        <w:t>До іншого смерти Царства&lt;br /&gt;</w:t>
        <w:br/>
        <w:t>Споминайте нас — хай не часто —&lt;br /&gt;</w:t>
        <w:br/>
        <w:t>Не як душі шаленії з бугили,&lt;br /&gt;</w:t>
        <w:br/>
        <w:t>А лиш як людей порожніх,&lt;br /&gt;</w:t>
        <w:br/>
        <w:t>Як опудала подорожні.</w:t>
      </w:r>
    </w:p>
    <w:p>
      <w:r>
        <w:br/>
        <w:t>II</w:t>
      </w:r>
    </w:p>
    <w:p>
      <w:r>
        <w:br/>
        <w:t>Очі, в які я не смію глянути і вві сні,&lt;br /&gt;</w:t>
        <w:br/>
        <w:t>Там, у сонному царстві смерти,&lt;br /&gt;</w:t>
        <w:br/>
        <w:t>Не сяють вони, грізні;&lt;br /&gt;</w:t>
        <w:br/>
        <w:t>Там я ті очі зрю&lt;br /&gt;</w:t>
        <w:br/>
        <w:t>Лиш як блищики на колоні-уломі;&lt;br /&gt;</w:t>
        <w:br/>
        <w:t>Там гойдається древо,&lt;br /&gt;</w:t>
        <w:br/>
        <w:t>І голоси жалю,&lt;br /&gt;</w:t>
        <w:br/>
        <w:t>Вплітаючись у вітровію пісні,&lt;br /&gt;</w:t>
        <w:br/>
        <w:t>Дальші й смутніші в тому огромі&lt;br /&gt;</w:t>
        <w:br/>
        <w:t>За пригаслу зорю.</w:t>
      </w:r>
    </w:p>
    <w:p>
      <w:r>
        <w:br/>
        <w:t>О не притягуй мене&lt;br /&gt;</w:t>
        <w:br/>
        <w:t>До сонного царства смерти&lt;br /&gt;</w:t>
        <w:br/>
        <w:t>Нехай ще на мене напне&lt;br /&gt;</w:t>
        <w:br/>
        <w:t>Випадок машкари які завгодно обдерті&lt;br /&gt;</w:t>
        <w:br/>
        <w:t>Чи мишки шкурку, чи крукову бурку&lt;br /&gt;</w:t>
        <w:br/>
        <w:t>Насадить на дві схрещені клепки&lt;br /&gt;</w:t>
        <w:br/>
        <w:t>Посеред гуляйполя&lt;br /&gt;</w:t>
        <w:br/>
        <w:t>І хай на дії мої&lt;br /&gt;</w:t>
        <w:br/>
        <w:t>Буде лиш вітру воля&lt;br /&gt;</w:t>
        <w:br/>
        <w:t>Ні не притягуй —</w:t>
      </w:r>
    </w:p>
    <w:p>
      <w:r>
        <w:br/>
        <w:t>Тільки не зустріч остання&lt;br /&gt;</w:t>
        <w:br/>
        <w:t>У сутінковому царстві!</w:t>
      </w:r>
    </w:p>
    <w:p>
      <w:r>
        <w:br/>
        <w:t>III</w:t>
      </w:r>
    </w:p>
    <w:p>
      <w:r>
        <w:br/>
        <w:t>Це мертва країна&lt;br /&gt;</w:t>
        <w:br/>
        <w:t>Це кактусова отруїна&lt;br /&gt;</w:t>
        <w:br/>
        <w:t>Тут подобизни камінні&lt;br /&gt;</w:t>
        <w:br/>
        <w:t>Зводять майстри, тут боввани&lt;br /&gt;</w:t>
        <w:br/>
        <w:t>Приймають мерцевої правиці благання&lt;br /&gt;</w:t>
        <w:br/>
        <w:t>Під мерехтінням пригаслої зорі.</w:t>
      </w:r>
    </w:p>
    <w:p>
      <w:r>
        <w:br/>
        <w:t>Отак воно&lt;br /&gt;</w:t>
        <w:br/>
        <w:t>В тому іншому царстві смерти&lt;br /&gt;</w:t>
        <w:br/>
        <w:t>Прокидаєшся від самоти&lt;br /&gt;</w:t>
        <w:br/>
        <w:t>О тій порі, коли ми&lt;br /&gt;</w:t>
        <w:br/>
        <w:t>Умліваємо, аж тремтимо,&lt;br /&gt;</w:t>
        <w:br/>
        <w:t>Палкими вустами, що цілували б,&lt;br /&gt;</w:t>
        <w:br/>
        <w:t>Спрямовуємо молитви товчі камінній.</w:t>
      </w:r>
    </w:p>
    <w:p>
      <w:r>
        <w:br/>
        <w:t>У цій долині порожній&lt;br /&gt;</w:t>
        <w:br/>
        <w:t>Цій перебитій щелепі втрачених царств наших</w:t>
      </w:r>
    </w:p>
    <w:p>
      <w:r>
        <w:br/>
        <w:t>IV</w:t>
      </w:r>
    </w:p>
    <w:p>
      <w:r>
        <w:br/>
        <w:t>Ті очі не тут&lt;br /&gt;</w:t>
        <w:br/>
        <w:t>Жодних очей немає отут&lt;br /&gt;</w:t>
        <w:br/>
        <w:t>У юдолі цій зір вмирущих&lt;br /&gt;</w:t>
        <w:br/>
        <w:t>У цій долині порожній&lt;br /&gt;</w:t>
        <w:br/>
        <w:t>Цій перебитій щелепі страчених царств наших</w:t>
      </w:r>
    </w:p>
    <w:p>
      <w:r>
        <w:br/>
        <w:t>У цім останнім місці зустрічі&lt;br /&gt;</w:t>
        <w:br/>
        <w:t>Ми ступаємо помацки&lt;br /&gt;</w:t>
        <w:br/>
        <w:t>І не зронимо й слова,&lt;br /&gt;</w:t>
        <w:br/>
        <w:t>Як зіб'ємося в гурт над рікою розбухлою</w:t>
      </w:r>
    </w:p>
    <w:p>
      <w:r>
        <w:br/>
        <w:t>Тут нам бути сліпими,&lt;br /&gt;</w:t>
        <w:br/>
        <w:t>Аж поки знову зійдуть ті очі&lt;br /&gt;</w:t>
        <w:br/>
        <w:t>Зорею предвічною&lt;br /&gt;</w:t>
        <w:br/>
        <w:t>Трояндою стопелюстковою&lt;br /&gt;</w:t>
        <w:br/>
        <w:t>Сутінкового царства смерти&lt;br /&gt;</w:t>
        <w:br/>
        <w:t>Єдиною надією&lt;br /&gt;</w:t>
        <w:br/>
        <w:t>Пустих людей.</w:t>
      </w:r>
    </w:p>
    <w:p>
      <w:r>
        <w:br/>
        <w:t>V</w:t>
      </w:r>
    </w:p>
    <w:p>
      <w:r>
        <w:br/>
        <w:t>Опунцію обтанцюймо&lt;br /&gt;</w:t>
        <w:br/>
        <w:t>Ошанцюймо опунцюймо&lt;br /&gt;</w:t>
        <w:br/>
        <w:t>Опунцюймо опунцяймо&lt;br /&gt;</w:t>
        <w:br/>
        <w:t>Та й о п'ятій ранку</w:t>
      </w:r>
    </w:p>
    <w:p>
      <w:r>
        <w:br/>
        <w:t>Між ідеєю&lt;br /&gt;</w:t>
        <w:br/>
        <w:t>Й дійсністю&lt;br /&gt;</w:t>
        <w:br/>
        <w:t>Між рухом&lt;br /&gt;</w:t>
        <w:br/>
        <w:t>І дією&lt;br /&gt;</w:t>
        <w:br/>
        <w:t>Падає Тінь</w:t>
      </w:r>
    </w:p>
    <w:p>
      <w:r>
        <w:br/>
        <w:t>Бо Твоє є Царство</w:t>
      </w:r>
    </w:p>
    <w:p>
      <w:r>
        <w:br/>
        <w:t>Між замислом&lt;br /&gt;</w:t>
        <w:br/>
        <w:t>І творінням&lt;br /&gt;</w:t>
        <w:br/>
        <w:t>Між почуттям&lt;br /&gt;</w:t>
        <w:br/>
        <w:t>І відгуком&lt;br /&gt;</w:t>
        <w:br/>
        <w:t>Падає Тінь</w:t>
      </w:r>
    </w:p>
    <w:p>
      <w:r>
        <w:br/>
        <w:t>Життя дуже довге</w:t>
      </w:r>
    </w:p>
    <w:p>
      <w:r>
        <w:br/>
        <w:t>Між жаданням&lt;br /&gt;</w:t>
        <w:br/>
        <w:t>І судомою&lt;br /&gt;</w:t>
        <w:br/>
        <w:t>Між спроможністю&lt;br /&gt;</w:t>
        <w:br/>
        <w:t>Й існуванням&lt;br /&gt;</w:t>
        <w:br/>
        <w:t>Між сутністю&lt;br /&gt;</w:t>
        <w:br/>
        <w:t>Й втіленням&lt;br /&gt;</w:t>
        <w:br/>
        <w:t>Падає Тінь</w:t>
      </w:r>
    </w:p>
    <w:p>
      <w:r>
        <w:br/>
        <w:t>Бо Твоє є Царство</w:t>
      </w:r>
    </w:p>
    <w:p>
      <w:r>
        <w:br/>
        <w:t>Бо Твоє є&lt;br /&gt;</w:t>
        <w:br/>
        <w:t>Життя є&lt;br /&gt;</w:t>
        <w:br/>
        <w:t>Бо Твоє є Ца</w:t>
      </w:r>
    </w:p>
    <w:p>
      <w:r>
        <w:br/>
        <w:t>Так і кінчається світ&lt;br /&gt;</w:t>
        <w:br/>
        <w:t>Так і кінчається світ&lt;br /&gt;</w:t>
        <w:br/>
        <w:t>Так і кінчається світ&lt;br /&gt;</w:t>
        <w:br/>
        <w:t>Не бабах а лиш схлип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Шаг для старого Ґая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