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Сестриця Галя</w:t>
      </w:r>
    </w:p>
    <w:p>
      <w:r>
        <w:br/>
        <w:t xml:space="preserve"> &lt;p&gt;Старий Іван Лаврусь скинув обридливу сльозу, що "пробігла по всьому видові й повисла йому на довгому сивому вусові. Він скинув сльозу сердячись,— бо хіба ж подоба плакати старому дідові, що вже йому на п'ятий десяток звернуло? Ні, се бридня! Де люлька?</w:t>
      </w:r>
    </w:p>
    <w:p>
      <w:r>
        <w:br/>
        <w:t>І він знову почав розпалювати свою люльку, що тричі вже її розпалював, і тричі вона гасла. Але ж і сього разу не довго вона стреміла в зубах у Йвана. Знов облягли чорні думи сиву йому голову, і похилилася голова над столом. А люлька, знов забута, лежала досі вже під ногами, і Іван її не бачив: він тепер нічого не бачив у цій хати, бо неначе якийсь тумань застилав йому очі, не давав глядіти. Ось він усе більшає та більшає, цей туман, ось уже він зовсім заслонив йому очі, і щось гаряче пробігло по щоці і знов повисло на сивому вусові. Еге, п'ятий десяток доживає,— не мало років прожив, та не плакав ніколи Йван, хіба що як хлопцем малим був, а тепер довелося заплакати.</w:t>
      </w:r>
    </w:p>
    <w:p>
      <w:r>
        <w:br/>
        <w:t>Та й не дурно ж старий плаче: його дружини, що з нею він мало не тридцять років прожив, як риба з водою прожив, тепер її нема: вона лежить мертва у холодній ямі. Що він, старий, тепер діятиме на світі сам, одинокий, та ще й з трьома дітьми малими? Не дав же Господь йому щастя: всі великі повмирали, зосталися дома тільки малі,— дванадцятий рочок найстаршій дівчини Галі. Ось де вони всі троє сплять тихо, впокійно; тільки у Галі знати ще сльози на личку: мабуть плакала так, як оце тепер він, старий, плаче.</w:t>
      </w:r>
    </w:p>
    <w:p>
      <w:r>
        <w:br/>
        <w:t>І знов щось гаряче по щоці — кить-кить. Але він того вже не чує. "Двадцять і шість років з тобою, Насте, прожили, а тепер довелося розлучатися"...</w:t>
      </w:r>
    </w:p>
    <w:p>
      <w:r>
        <w:br/>
        <w:t>І почало йому, старому, згадуватися все, що тоді ще давно було. Як то воно молоді літа згадуються так легко! Ось тепер: сьогодні що зробиш — завтра вже й забув. А ті, далекі літа не забуваються...</w:t>
      </w:r>
    </w:p>
    <w:p>
      <w:r>
        <w:br/>
        <w:t>От же не забув, як вони під вербами удвох сиділи, як на вулиці стрівалися.</w:t>
      </w:r>
    </w:p>
    <w:p>
      <w:r>
        <w:br/>
        <w:t>— Вийдеш сьогодні, серце?</w:t>
      </w:r>
    </w:p>
    <w:p>
      <w:r>
        <w:br/>
        <w:t>— Біля криниці жди!</w:t>
      </w:r>
    </w:p>
    <w:p>
      <w:r>
        <w:br/>
        <w:t>І він ждав... Гарно тоді було... А там весілля... Бучне було,— тоді ще горілка дешева була. Так, весілля... Тоді ще кум Семен почав пити варену з миски і край у мисці викусив. І так і згадалося йому Семенове обличчя,— червоне, очі вирячені, сам він до миски припав... На що воно згадується таке?</w:t>
      </w:r>
    </w:p>
    <w:p>
      <w:r>
        <w:br/>
        <w:t>А як діти пішли!... Господи! які вони раді їм були. Так ні ж: тройко малими вмерло, дочка заміжня була — в землю полягла...</w:t>
      </w:r>
    </w:p>
    <w:p>
      <w:r>
        <w:br/>
        <w:t>І ось зненацька ще дужче у Йвана серце защемило: се щось нове згадалося. Господи! й на віщо він так зробив тоді! він ніколи її не бив, ні... тільки раз се було: він з шинку прийшов — уся громада була тоді в шинку, і він був... І за віщо він її вдарив? Не згада вже тепер, тільки зна, що вдарив просто наодмаш кулаком. Хотів по голові, та п'яний був — похитнувсь, у груди влучив. А вона й не заплакала... Вона зроду вперше від його бита була: як стояла, так і впала на піл, мовчить, тільки за груди вхопилася, на його так дивиться... Як вона тоді дивилася!... він і тепер неначе той погляд бачить. Ох на віщо ж він се зробив!...</w:t>
      </w:r>
    </w:p>
    <w:p>
      <w:r>
        <w:br/>
        <w:t>— Мамо! — скрикнув спросоння невеличкий хлопчик, що спав на полу.— Мамо!</w:t>
      </w:r>
    </w:p>
    <w:p>
      <w:r>
        <w:br/>
        <w:t>І він розплющив очі, подививсь навкруги і ще сонний, подвивсь і сів на полу.</w:t>
      </w:r>
    </w:p>
    <w:p>
      <w:r>
        <w:br/>
        <w:t>— Мамо! Де мама? — питався він.</w:t>
      </w:r>
    </w:p>
    <w:p>
      <w:r>
        <w:br/>
        <w:t>Далі хлоп'я замовкло на хвилину, а потім мабуть одразу йому згадавсь учорашній похорон, і він скрикнув ізнову:</w:t>
      </w:r>
    </w:p>
    <w:p>
      <w:r>
        <w:br/>
        <w:t>— Мамо! Я хочу мами! — і облився слізьми.</w:t>
      </w:r>
    </w:p>
    <w:p>
      <w:r>
        <w:br/>
        <w:t>Дві дівчини: більша — Галя і менша — Одарка — теж попрокидались од голосіння братового і повставали. Одарка зараз же почала вдвох із братом кликати маму й плакати.</w:t>
      </w:r>
    </w:p>
    <w:p>
      <w:r>
        <w:br/>
        <w:t>Сей випадок розігнав Іванові мрії, він підійшов до плачучих дітей.</w:t>
      </w:r>
    </w:p>
    <w:p>
      <w:r>
        <w:br/>
        <w:t>— Не плачте, дітки, годи! — промовляв він, голублячи їх.</w:t>
      </w:r>
    </w:p>
    <w:p>
      <w:r>
        <w:br/>
        <w:t>— Я маму хочу! — не вгавав малий Василько.</w:t>
      </w:r>
    </w:p>
    <w:p>
      <w:r>
        <w:br/>
        <w:t>— Маму! — хлипала, тручи руками очі, Одарка.</w:t>
      </w:r>
    </w:p>
    <w:p>
      <w:r>
        <w:br/>
        <w:t>— Мами нема, дітки...— тихо, ледве промовив батько.— Мами нема: вона пішла... до тітки Марусі. Ось підождіть, скоро вернеться...</w:t>
      </w:r>
    </w:p>
    <w:p>
      <w:r>
        <w:br/>
        <w:t>— Ні, ні! — голосив хлопець.—Тато не так кажуть: мама не пішли, мамусю в яму закопано вчора. О! Навіщо в яму! Я не хочу так,— там холодно мамі!</w:t>
      </w:r>
    </w:p>
    <w:p>
      <w:r>
        <w:br/>
        <w:t>І діти знов облилися дрібними слізьми. Тільки Галя, сидячи в кутку, хоч і плакала, але тихо, силкуючись вдержувати сльози, що так і сипалися з карих оченят і текли по білому схудлому видочку. А далі, мов перемігши себе, вона втерла сльози і сиділа не ворушучись, тільки її маленьке тільце здригалося раз-по-раз то з жалю тяжкого, то з холоду, що панував у нетопленій хаті. А Василько з Одаркою все плакали, та й плакали, голосно кличучи маму. Іван не знав, що й робити. Коли се Галя встала, ще раз утерла останні сліди від слиз і пересіла до дітей. Вона обвила їм шийки своїми тоненькими рученятами, пригорнула їх обох до себе й почала розважати. Іван не чув усього, що вона їм тихенько шепотіла на вуха, він почув тільки деякі уривки:</w:t>
      </w:r>
    </w:p>
    <w:p>
      <w:r>
        <w:br/>
        <w:t>— Не плач... Я кашки зварю... Ну, ну — годи... Я тобі ляльок нароблю і "котка" заспіваю...</w:t>
      </w:r>
    </w:p>
    <w:p>
      <w:r>
        <w:br/>
        <w:t>І бідна маленька дівчинка, сама ледве вдержуючи сльози, почала спивати "котка", ту саме пісню, що так недавнечко співала над нею мама, люба мама, що лежить тепер у холодній, снігом заметеній ямі... І як її колись бавила мама сією пісенькою, так і вона розважає тепер нею своїх маленьких "братика й сестричку", що так, як і вона, зосталися без мами.</w:t>
      </w:r>
    </w:p>
    <w:p>
      <w:r>
        <w:br/>
        <w:t>Спершу діти мало її слухали, але потім почали плакати тихше, а далі й зовсім замовкли і тільки хлипали раз-по-раз. І вже тоді, як хлипання стихло, і Галя втерла обом сльози, Василько промовив:</w:t>
      </w:r>
    </w:p>
    <w:p>
      <w:r>
        <w:br/>
        <w:t>— Я вставати хочу!</w:t>
      </w:r>
    </w:p>
    <w:p>
      <w:r>
        <w:br/>
        <w:t>Галя почала його вдягати, обувати чоботи. Гаразд напрацювавшися з Васильком, Галя заходилася біля Одарки. Тут діло було легше, і незабаром вона вже вмивала обох дітей. Василько спершу почав був змагатися, кажучи, що він не хоче вмиваться, бо холодно, і треба було довго вмовляти його, поки він згодився на вмивання та на чесання, бо й його він не любив за те, що "тоді скубеться". Але потроху Галя поборола всі ті труднації.</w:t>
      </w:r>
    </w:p>
    <w:p>
      <w:r>
        <w:br/>
        <w:t>— Тату! я їсти хочу! — тихенько промовила Одарка, хапаючи батька за рукав.</w:t>
      </w:r>
    </w:p>
    <w:p>
      <w:r>
        <w:br/>
        <w:t>— І я хочу, снідати хочу! — завив і собі Василько.</w:t>
      </w:r>
    </w:p>
    <w:p>
      <w:r>
        <w:br/>
        <w:t>Бідолашний батько поліз на полицю по хліб.</w:t>
      </w:r>
    </w:p>
    <w:p>
      <w:r>
        <w:br/>
        <w:t>— Я не хочу хліба, я хочу кулешику! — не згоджувався хлопець.</w:t>
      </w:r>
    </w:p>
    <w:p>
      <w:r>
        <w:br/>
        <w:t>— Синку, нема кулешику; ось підожди — я зварю.</w:t>
      </w:r>
    </w:p>
    <w:p>
      <w:r>
        <w:br/>
        <w:t>— Я не хочу підожди, я зараз хочу!</w:t>
      </w:r>
    </w:p>
    <w:p>
      <w:r>
        <w:br/>
        <w:t>І знову сльози. Старий не знав, що й робити. Тут знову довелося Галі розважати дітей. Чи про кулешик вона їм шепотіла, чи про що інше,— тільки вони й сього разу почали потроху затихати. Зрідка тільки чути було Василькові вигуки:</w:t>
      </w:r>
    </w:p>
    <w:p>
      <w:r>
        <w:br/>
        <w:t>— А я так не хочу! Я хочу отак!</w:t>
      </w:r>
    </w:p>
    <w:p>
      <w:r>
        <w:br/>
        <w:t>Та скоро й він замовк. Діти почали гризти хліб. Василько, насупившись, ухопив обома руками окраєць і з усієї сили кусав його своїми білими зубами. Він ще не покинув дути губи й очевидьки захожувався щось вигукнути. Надто в хаті було так холодно, що в дітей посиніли руки.</w:t>
      </w:r>
    </w:p>
    <w:p>
      <w:r>
        <w:br/>
        <w:t>— Я змерз! — зарепетував хлопець.</w:t>
      </w:r>
    </w:p>
    <w:p>
      <w:r>
        <w:br/>
        <w:t>Галя миттю кинулась, знайшла юпчину, вдягла брата й сестру.</w:t>
      </w:r>
    </w:p>
    <w:p>
      <w:r>
        <w:br/>
        <w:t>— І солі нема!... — додав він далі, показуючи Галі свій хліб.</w:t>
      </w:r>
    </w:p>
    <w:p>
      <w:r>
        <w:br/>
        <w:t>— І мені солі! — попрохала Одарка.</w:t>
      </w:r>
    </w:p>
    <w:p>
      <w:r>
        <w:br/>
        <w:t>Галя густо насолила дитям хліб цупкою сірою сіллю.</w:t>
      </w:r>
    </w:p>
    <w:p>
      <w:r>
        <w:br/>
        <w:t>Тепер уже поки не було чого голосити, і діти на який час зовсім заспокоїлись і мовчали.</w:t>
      </w:r>
    </w:p>
    <w:p>
      <w:r>
        <w:br/>
        <w:t>А Йван тим часом думав про те, як то він буде поратися. Діти голодні, їм треба чогось ізварити.</w:t>
      </w:r>
    </w:p>
    <w:p>
      <w:r>
        <w:br/>
        <w:t>І він пішов з хати, нарубав і вніс дров, далі почав ростопляти в печі. Що ж його варити? Кинувся шукати чого-небудь — знайшов пшона.</w:t>
      </w:r>
    </w:p>
    <w:p>
      <w:r>
        <w:br/>
        <w:t>— Зварю хоч кулішу,— думає.</w:t>
      </w:r>
    </w:p>
    <w:p>
      <w:r>
        <w:br/>
        <w:t>І він почав змивати пшоно. Змив, у горщик усипав.</w:t>
      </w:r>
    </w:p>
    <w:p>
      <w:r>
        <w:br/>
        <w:t>— Е, дурний! Нащо ж я всипав? Треба спершу окріп нагріти.</w:t>
      </w:r>
    </w:p>
    <w:p>
      <w:r>
        <w:br/>
        <w:t>І він висипав пшоно з горщика. Далі...</w:t>
      </w:r>
    </w:p>
    <w:p>
      <w:r>
        <w:br/>
        <w:t>Дві маленькі рученьки зненацька обхопили йому шию, добрі карі оченята, трохи заплакані, глянули йому в вічі.</w:t>
      </w:r>
    </w:p>
    <w:p>
      <w:r>
        <w:br/>
        <w:t>— Тату, киньте,— я зроблю... Я знаю...</w:t>
      </w:r>
    </w:p>
    <w:p>
      <w:r>
        <w:br/>
        <w:t>Іван дивуючися глянув на Галю.</w:t>
      </w:r>
    </w:p>
    <w:p>
      <w:r>
        <w:br/>
        <w:t>— Годі-бо, тату, не займайте, я сама впораюсь,— казала вона.</w:t>
      </w:r>
    </w:p>
    <w:p>
      <w:r>
        <w:br/>
        <w:t>— Куди тобі, дочко, ти ще мала! — відмагався батько.</w:t>
      </w:r>
    </w:p>
    <w:p>
      <w:r>
        <w:br/>
        <w:t>— Я хоч мала, а я знаю... Я навчуся ще, а тепер як-небудь — мами нема...</w:t>
      </w:r>
    </w:p>
    <w:p>
      <w:r>
        <w:br/>
        <w:t>Дві сльозини знову заблищали у дівчини на очах.</w:t>
      </w:r>
    </w:p>
    <w:p>
      <w:r>
        <w:br/>
        <w:t>Іван мовчки відійшов од печі і сів біля столу. Одарка та Василь сиділи в кутку на полу й мовчки дивилися то на батька, то на Галю.</w:t>
      </w:r>
    </w:p>
    <w:p>
      <w:r>
        <w:br/>
        <w:t>А вона тим часом не гаялася. Вона поперемивала горщики, поналивала, як треба, й почала становити в піч. Один горщик був їй важкий — вона покликала батька:</w:t>
      </w:r>
    </w:p>
    <w:p>
      <w:r>
        <w:br/>
        <w:t>— Тату, пособіть!</w:t>
      </w:r>
    </w:p>
    <w:p>
      <w:r>
        <w:br/>
        <w:t>Іван схопивсь і поставив горщик у піч.</w:t>
      </w:r>
    </w:p>
    <w:p>
      <w:r>
        <w:br/>
        <w:t>Далі маненька господиня знайшла десь капусти, сала й увесь хазяйчин надибок і почала поратися, як справжня господиня. І тут маленькі рученята не зовсім спершу слухалися, та далі звикли. Іван довго мовчки дивився на неї.</w:t>
      </w:r>
    </w:p>
    <w:p>
      <w:r>
        <w:br/>
        <w:t>— Хазяйкою буде!...— гірко всміхаючись, промовив і пішов з хати.</w:t>
      </w:r>
    </w:p>
    <w:p>
      <w:r>
        <w:br/>
        <w:t>А діти й собі, дивуючись, гляділи на свою маленьку сестру. Ще недавно вона з ними в ляльки гулялася, а тепер он уже порається. І вдягає їх, і годує, і варить — зовсім, як мама.</w:t>
      </w:r>
    </w:p>
    <w:p>
      <w:r>
        <w:br/>
        <w:t>— Галю, кожух ізсунувсь,— озивається брат.</w:t>
      </w:r>
    </w:p>
    <w:p>
      <w:r>
        <w:br/>
        <w:t>Галя кинула піч і побігла вдягати його. Він учепився їй за шию.</w:t>
      </w:r>
    </w:p>
    <w:p>
      <w:r>
        <w:br/>
        <w:t>— Галю, ти мені кулешику звариш? — питався хлопець, зазираючи їй у вічі.</w:t>
      </w:r>
    </w:p>
    <w:p>
      <w:r>
        <w:br/>
        <w:t>— Зварю, зварю,—казала вона, гладячи його по голові.</w:t>
      </w:r>
    </w:p>
    <w:p>
      <w:r>
        <w:br/>
        <w:t>— Ти мене отак, як мама, погладь! — казав Василько, направляючи їй руку.</w:t>
      </w:r>
    </w:p>
    <w:p>
      <w:r>
        <w:br/>
        <w:t>І вона гладила його, як мама, а в самої сльози на очах бриніли.</w:t>
      </w:r>
    </w:p>
    <w:p>
      <w:r>
        <w:br/>
        <w:t>Маленька Одарка й собі сипала її за руку й жалілася:</w:t>
      </w:r>
    </w:p>
    <w:p>
      <w:r>
        <w:br/>
        <w:t>— Хліб твердий: я губу собі вдряпнула,— болить.</w:t>
      </w:r>
    </w:p>
    <w:p>
      <w:r>
        <w:br/>
        <w:t>І вона підставляла свою голову під сестрину руку. І сестрина рука гладила тоді обох.</w:t>
      </w:r>
    </w:p>
    <w:p>
      <w:r>
        <w:br/>
        <w:t>— А скоро кулешик? Я кулешику підожду,— казав голодний хлопець.</w:t>
      </w:r>
    </w:p>
    <w:p>
      <w:r>
        <w:br/>
        <w:t>— Підождить, підождить — ось я зараз,— одмовляла Галя і знов кидалась до печі, але не надовго, бо раз-по-раз то брат, то сестра скиглили, що їм або "носа треба втерти", або "почухати, бо щось куса", або ще чого іншого. І Галя втирала носа, чухала там, де свербить, або ще чим іншим удовольняла дітей...</w:t>
      </w:r>
    </w:p>
    <w:p>
      <w:r>
        <w:br/>
        <w:t>* * *</w:t>
      </w:r>
    </w:p>
    <w:p>
      <w:r>
        <w:br/>
        <w:t>Сумно тягнеться день.</w:t>
      </w:r>
    </w:p>
    <w:p>
      <w:r>
        <w:br/>
        <w:t>Батько то ввійде в хату, то знов піде,— видко, що він не знайде собі діла. Він і не говорить нічого, бо все, про віщо не забалака, нагадує і йому, й дитям велику втрату. Тільки іноді скаже їм яке слово, як вони про віщо в його спитаються, або пожалує їх мовчки.</w:t>
      </w:r>
    </w:p>
    <w:p>
      <w:r>
        <w:br/>
        <w:t>Діти — теж смутні-невеселі — не граються навіть. Одарка витягла була черепок із своїми ляльками і почала їх садовити на лави. Вона хотіла гулятись так, як і раніше: мати пустила дітей у ліс по ягоди, там їх напав вовк — ледве втекли. Вона вже почала була казати за дітей:</w:t>
      </w:r>
    </w:p>
    <w:p>
      <w:r>
        <w:br/>
        <w:t>— Мамо, пустить нас...</w:t>
      </w:r>
    </w:p>
    <w:p>
      <w:r>
        <w:br/>
        <w:t>Але те слово "мамо" знов нагадало їй забуте на хвилину власне горе, і вона голосно заплакала, кинула ляльки й залізла на піл у куток.</w:t>
      </w:r>
    </w:p>
    <w:p>
      <w:r>
        <w:br/>
        <w:t>Галя поралась, нагодувала дітей сніданням, потім обідом,— батько не їв нічого.</w:t>
      </w:r>
    </w:p>
    <w:p>
      <w:r>
        <w:br/>
        <w:t>По обіді Василько підійшов до батька, що сидів на лаві й мовчки думав свої невеселі думки.</w:t>
      </w:r>
    </w:p>
    <w:p>
      <w:r>
        <w:br/>
        <w:t>— Тату! — почав він, учепившися йому за руку.— Тату!</w:t>
      </w:r>
    </w:p>
    <w:p>
      <w:r>
        <w:br/>
        <w:t>Його личко зробилось одразу якесь поважне, зовсім не так, як у дитини.</w:t>
      </w:r>
    </w:p>
    <w:p>
      <w:r>
        <w:br/>
        <w:t>— Що, синку?</w:t>
      </w:r>
    </w:p>
    <w:p>
      <w:r>
        <w:br/>
        <w:t>— Тату, Галя нам тепер мамою буде,— промовив хлопець, показуючи на сестру.</w:t>
      </w:r>
    </w:p>
    <w:p>
      <w:r>
        <w:br/>
        <w:t>— Буде, буде! — шепотів батько, ледве вдержуючися, щоб знову не заплакати.</w:t>
      </w:r>
    </w:p>
    <w:p>
      <w:r>
        <w:br/>
        <w:t>— Вона — як мама,— знов розказував хлопець,— вона кулешику наварила, вона вдягла мене...</w:t>
      </w:r>
    </w:p>
    <w:p>
      <w:r>
        <w:br/>
        <w:t>— Так, синку, так,— вона тобі все зробить, а ти не плач, грайся — все буде...</w:t>
      </w:r>
    </w:p>
    <w:p>
      <w:r>
        <w:br/>
        <w:t>* * *</w:t>
      </w:r>
    </w:p>
    <w:p>
      <w:r>
        <w:br/>
        <w:t>Уже повечеряли. Сумно повечеряли — перша вечеря без матері. Старий батько ліг на печі, діти й собі почали лягати.</w:t>
      </w:r>
    </w:p>
    <w:p>
      <w:r>
        <w:br/>
        <w:t>— Галю, роззуй мене! — прохав Василько, сидячи на полу і простягаючи до сестри вбуту ногу.</w:t>
      </w:r>
    </w:p>
    <w:p>
      <w:r>
        <w:br/>
        <w:t>— Зараз, Васильку, зараз!</w:t>
      </w:r>
    </w:p>
    <w:p>
      <w:r>
        <w:br/>
        <w:t>— Галю, а мені спідницю скинь, а то затяглась вузлом, так не розв'яжеш! — озивалась Одарка.</w:t>
      </w:r>
    </w:p>
    <w:p>
      <w:r>
        <w:br/>
        <w:t>І Галя, не можучи подужати руками, зубами починала розв'язувати затягнений вузол.</w:t>
      </w:r>
    </w:p>
    <w:p>
      <w:r>
        <w:br/>
        <w:t>Та таки послалися й пороздягалися; Галя повкладала й повкривала дітей.</w:t>
      </w:r>
    </w:p>
    <w:p>
      <w:r>
        <w:br/>
        <w:t>— А ми, Галюсю, не хочемо спати,— розкажи нам казочки! — прохали вони.</w:t>
      </w:r>
    </w:p>
    <w:p>
      <w:r>
        <w:br/>
        <w:t>— Про трьох сестер та про калинову сопілочку,— додавала Одарка.</w:t>
      </w:r>
    </w:p>
    <w:p>
      <w:r>
        <w:br/>
        <w:t>І Галя, примостившись біля їх на полу, почала казку:</w:t>
      </w:r>
    </w:p>
    <w:p>
      <w:r>
        <w:br/>
        <w:t>— Був собі, жив собі дід та баба і було в їх три дочки і щонайменшу Галею звали...</w:t>
      </w:r>
    </w:p>
    <w:p>
      <w:r>
        <w:br/>
        <w:t>— Галею? Як тебе? — перехоплює хлопець.</w:t>
      </w:r>
    </w:p>
    <w:p>
      <w:r>
        <w:br/>
        <w:t>— Еге, як мене... От і пішли вони одного разу влітку по ягоди. То ті сестри рвуть та їдять, а Галя рве та в глечик кладе, каже: — понесу додому татові й мамусі...</w:t>
      </w:r>
    </w:p>
    <w:p>
      <w:r>
        <w:br/>
        <w:t>— Так, як ти,— знов каже хлопець.— І ти так: нарвеш ягід і нам приносиш. А ягоди такі солодкі!</w:t>
      </w:r>
    </w:p>
    <w:p>
      <w:r>
        <w:br/>
        <w:t>— Ну, цить же, не перепиняй!... То ті сестри й кажуть:— Як ми додому вернемось? у неї скільки ягід, а в нас нема. Давай уб'ємо її, а ягоди заберемо...— розказувала Галя, а діти все слухали. Маленька Одарка підвелася трохи й зіпершись щічкою на руку, дивилася замисленими очима на сестру, а Василько й собі притих і тільки, не відриваючи очей од сестри, пильно, жадібно слухав, бо се така гарна казка!</w:t>
      </w:r>
    </w:p>
    <w:p>
      <w:r>
        <w:br/>
        <w:t>Он Галю вже вбито — бідна вона! — і в землю закопано. А на могилі калина виросла. А вівчар сопілку з калини вирізав, грає:</w:t>
      </w:r>
    </w:p>
    <w:p>
      <w:r>
        <w:br/>
        <w:t>Ой, помалу-малу, вівчарику, грай,</w:t>
      </w:r>
    </w:p>
    <w:p>
      <w:r>
        <w:br/>
        <w:t>Та не врази мого серденька в край:</w:t>
      </w:r>
    </w:p>
    <w:p>
      <w:r>
        <w:br/>
        <w:t>Мене сестри зарубали,</w:t>
      </w:r>
    </w:p>
    <w:p>
      <w:r>
        <w:br/>
        <w:t>Під кущиком поховали,</w:t>
      </w:r>
    </w:p>
    <w:p>
      <w:r>
        <w:br/>
        <w:t>Ще й ногами притоптали...</w:t>
      </w:r>
    </w:p>
    <w:p>
      <w:r>
        <w:br/>
        <w:t>Слухають діти, як Галя спиває, а далі знов тихі слова з казки немов ллються одно за одним у чудовій дитячій вимові. Довго тягнеться казка, а там і друга. І потроху очі заплющуються, тихий сон оповів дітей, і схиляється Одарчина голова на подушку поруч із братом, що заснув уже під Галине оповідання.</w:t>
      </w:r>
    </w:p>
    <w:p>
      <w:r>
        <w:br/>
        <w:t>Поснули діти, навіть старий батько заснув. Тільки Галя не спить — се маненьке худеньке дівчатко з карими оченятами, ся нова мама сим дитям. Вона тихо встає і йде насеред хати. Вона ще не молилася на ніч і зараз молитися буде. І стає дівчина навколішки й тихо шепоче молитви, не розуміючи їх, калічачи слова, але ж без краю віручи каже їх. Ось вона проказала Отче-наша, Богородицю. Більше вона не знає ні однієї молитви. Вона тепер так помолиться, сама від себе.</w:t>
      </w:r>
    </w:p>
    <w:p>
      <w:r>
        <w:br/>
        <w:t>Білолиций місяць тихо плив високим небом, розливаючи своє срібне проміння. Плив і оглядав світ широкий, а оглядаючи зазирнув у маленьку хатину, де маленьке дівчатко тихо шепотіло молитви, стоячи навколішках.</w:t>
      </w:r>
    </w:p>
    <w:p>
      <w:r>
        <w:br/>
        <w:t>— Господи! візьми мою маму до себе з холодної ями — нехай їй у тебе гарно буде. І мені дай, Господи, щоб робити навчилася, щоб замість мами стала братикові й сестриці...</w:t>
      </w:r>
    </w:p>
    <w:p>
      <w:r>
        <w:br/>
        <w:t>Глянув місяць на дівчатко і, зачудований у святому здивуванню, немов зупинився на небі, обливаючи маленьку дівчинку, що молилася серед хати, морем свого сріблястого проміння. Чи бачив він, вічний без краю, коли-небудь таку дівчинку, чи чув таку молитву? Коли бачив і чув, то чи одніс же Богові ту молитву, щоб він обтер сльози на схудлому обличчю? Хай же він і тепер віднесе їй сю молитву, туди, перед престол Довічному й положить Йому до ніг, яко найчистіше й найсвятіше почування маленького дитячого серденька!..</w:t>
      </w:r>
    </w:p>
    <w:p>
      <w:r>
        <w:br/>
        <w:t>А вона все молилась, у місячному світі стоячи, мов ясний неземний дух чистої любові. А потім, положивши три поклони, устала, підійшла до брата й до сестри, вгорнула їм ноги кожухом і сама лягла біля їх, накинувши на плечі свитину.</w:t>
      </w:r>
    </w:p>
    <w:p>
      <w:r>
        <w:br/>
        <w:t>І довго стояв місяць зачудований, довго дививсь у вікно, ллючи небесний світ у хату, аж поки якась хмарка набігла й сховала його...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Сестриця Галя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