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Сестри</w:t>
      </w:r>
    </w:p>
    <w:p>
      <w:r>
        <w:br/>
        <w:t xml:space="preserve"> &lt;p&gt;Густими пасмами в'ється дим. Метляє його вітер, розносить на всі боки, і тоді постає перед очима широке поле, вкрите снігом.</w:t>
      </w:r>
    </w:p>
    <w:p>
      <w:r>
        <w:br/>
        <w:t>Край вікна сидить дівчина. їй байдуже, що гомонять між собою пасажири. Не відриваючи очей, стежить вона, як миготять телеграфні стовпи, як хилить вітер над снігом сухі стебла полиню, і вони тремтять, мов живі, під його холодним диханням.</w:t>
      </w:r>
    </w:p>
    <w:p>
      <w:r>
        <w:br/>
        <w:t>То промайне кущ шипшини, то зачорніє самотня грушка, то пропливе степова будка з вишневим садком і осокорами. І знову німі, холодні поля перед очима.</w:t>
      </w:r>
    </w:p>
    <w:p>
      <w:r>
        <w:br/>
        <w:t>Уявляє вона, як чекають її зараз батько, мати, сестра Олена і особливо він, Степан Троянченко...</w:t>
      </w:r>
    </w:p>
    <w:p>
      <w:r>
        <w:br/>
        <w:t>Промайнув невеликий город з сухим соняшничинням, льох, вірьовка з замороженою білизною, старі осокори, і в них, як у віночку, з'явилася маленька станція.</w:t>
      </w:r>
    </w:p>
    <w:p>
      <w:r>
        <w:br/>
        <w:t>Рідна станція!</w:t>
      </w:r>
    </w:p>
    <w:p>
      <w:r>
        <w:br/>
        <w:t>Серце забилося. Все тут таке знайоме, близьке, миле... І пригадалося саме зараз, як шуміли в той день осокори, коли вона вирушала до Києва вчитися. Ось тут вона з ним прощалася. А тут він ішов по перону аж до того палісадничка. Поїзд уже від'їхав далеко, а він усе стояв і дивився їй услід.</w:t>
      </w:r>
    </w:p>
    <w:p>
      <w:r>
        <w:br/>
        <w:t>Це було кілька місяців тому. Зараз у палісадничку повно снігу і голі осокори наче заснули, притрушені легким шаром колючого інею.</w:t>
      </w:r>
    </w:p>
    <w:p>
      <w:r>
        <w:br/>
        <w:t>"Це ж він не знає, що я приїхала. Напевне б, вийшов мене зустрічати. Ну, що ж, коли ніхто не підвезе,— піду пішки".</w:t>
      </w:r>
    </w:p>
    <w:p>
      <w:r>
        <w:br/>
        <w:t>Таню! Дочко! — почула вона знайомий голос. Обернулась. У кожусі, в теплих валянках підходив до неї зраділий батько.</w:t>
      </w:r>
    </w:p>
    <w:p>
      <w:r>
        <w:br/>
        <w:t>— Приїхала? Ну, здрастуй! — Він притулився холодною бородою до її щік." От добре. А ми чекаєм... Та вже сусідські студенти поприїздили, а ти от забарилася. Вчора брав койей в колгоспі, ждав, жДав, а тебе нема. Ну, ходім же...</w:t>
      </w:r>
    </w:p>
    <w:p>
      <w:r>
        <w:br/>
        <w:t>Він узяв з її рук чемоданчик.</w:t>
      </w:r>
    </w:p>
    <w:p>
      <w:r>
        <w:br/>
        <w:t>А я думаю — хто б це мене підвіз. Уже збиралася пішки йти.</w:t>
      </w:r>
    </w:p>
    <w:p>
      <w:r>
        <w:br/>
        <w:t>— Таке скаже. Що в тебе — батька нема а чи коней в колгоспі не вистачає, щоб ходила пішки од станції? — Батько глянув на доньку, посміхнувся.— Оце й я скажу, що празник у нашій хаті буде. Там уже мати тебе жде не діждеться. Та й Олейа... Всі ми скучили.</w:t>
      </w:r>
    </w:p>
    <w:p>
      <w:r>
        <w:br/>
        <w:t>— І я теж за вами... Ви мені часто снилися... Все наче я вдома.</w:t>
      </w:r>
    </w:p>
    <w:p>
      <w:r>
        <w:br/>
        <w:t>Батько взяв із саней кожух.</w:t>
      </w:r>
    </w:p>
    <w:p>
      <w:r>
        <w:br/>
        <w:t>— Одягайся, та будемо їхати.</w:t>
      </w:r>
    </w:p>
    <w:p>
      <w:r>
        <w:br/>
        <w:t>Він довго обкладав їй йоги сіпом, щоб не змерзла та щоб м'яко було сидіти.</w:t>
      </w:r>
    </w:p>
    <w:p>
      <w:r>
        <w:br/>
        <w:t>— Досить, тату, мені й так добре.</w:t>
      </w:r>
    </w:p>
    <w:p>
      <w:r>
        <w:br/>
        <w:t>— Нічого. Отут іще сінця підбавимо.— І він дивився на неї ласкавими очима, зворушений, радий її приїздові.</w:t>
      </w:r>
    </w:p>
    <w:p>
      <w:r>
        <w:br/>
        <w:t>Кбмір кожуха в нього посивів від паморозі. На вусах і бороді висіли крижані бурульки, і він їх не обривав, бо однаково намёрзнуть. Уже хай вдома причепуриться.</w:t>
      </w:r>
    </w:p>
    <w:p>
      <w:r>
        <w:br/>
        <w:t>— Поїхали,— взяв до рук віжки. Заскрипіло під полозками. Холодне повітря вдарило в обличчя Тані, швидко зарум'янило Щоки.</w:t>
      </w:r>
    </w:p>
    <w:p>
      <w:r>
        <w:br/>
        <w:t>— Ти до мене тулися, не так вітер тебе обпікатиме.</w:t>
      </w:r>
    </w:p>
    <w:p>
      <w:r>
        <w:br/>
        <w:t>—Нічого, не Змерзну. У такому кожусі на Північний полюс можна вирушати.</w:t>
      </w:r>
    </w:p>
    <w:p>
      <w:r>
        <w:br/>
        <w:t>—— Еге, кожух добряЧий. Оце я тобі, дочко, спасибі скажу, що не забула батьків... Приїхала... А то вчора додойу повернувся " напалась на мене мати: "Не доглеДів, та, може, погано дивився, та, може, вона, бідна, десь пішки йде". Прямо лихо! Та подруги твої навідуються,— тільки жалю нам завдають. А тепер я матір порадую. Вона, мабуть, думала, що й сьогодні не привезу, а воно, бач, гість у хату...</w:t>
      </w:r>
    </w:p>
    <w:p>
      <w:r>
        <w:br/>
        <w:t>Проїхали лісок, і тоді Таня соромливо запитала в батька:</w:t>
      </w:r>
    </w:p>
    <w:p>
      <w:r>
        <w:br/>
        <w:t>" А Степан ТроянЧенко?..</w:t>
      </w:r>
    </w:p>
    <w:p>
      <w:r>
        <w:br/>
        <w:t>" В емТеесІ на ремонті тракторів робить,— глухо відповів батько і вперше за всю дорогу вдарив коней батогом. Коні рвонули й помчали прудкіше.</w:t>
      </w:r>
    </w:p>
    <w:p>
      <w:r>
        <w:br/>
        <w:t>"Що б це значило? — подумала Таня.— Чому тато розсердився?"</w:t>
      </w:r>
    </w:p>
    <w:p>
      <w:r>
        <w:br/>
        <w:t>Тінь тривоґи промайнула на дівочому обличчі. Тй думка, що Степай у селі і вона побачиться з н№, може, й сьогодні, заглушила хвилинну тривогу. Серце заэмирало в якомусь солодкому хвилюванні. "Що він мені говоритиме? Ні, не треба... Без слів... З одногр погляду я зрозумію все". Думки про зустріч з ним здій* мали в її душі цілу бурю.</w:t>
      </w:r>
    </w:p>
    <w:p>
      <w:r>
        <w:br/>
        <w:t>"Я ждав тебе, Тацю,— скаже він.— Я радий, що ти приїхала на канікули. Дуже, дуже радий".</w:t>
      </w:r>
    </w:p>
    <w:p>
      <w:r>
        <w:br/>
        <w:t>А вона гляне йому в вічі, може, нічого й не скаже, тільки обів'є руками за шию, поцілує... І той поцілунок буде відповіддю на його слова.</w:t>
      </w:r>
    </w:p>
    <w:p>
      <w:r>
        <w:br/>
        <w:t>Не признається, не скаже йому, як лічила дні рона, що залишились до канікул, як довгими осінніми вечорами, коли всі засинали в кімнаті, думала про нього. У шумі старих тополь, що ростуть перед вікнами гуртожитку, вчувався їй шепіт пристанційних осокорів. І, наче цс було вчора, поставало перед очима прощання й недоговорені слова.</w:t>
      </w:r>
    </w:p>
    <w:p>
      <w:r>
        <w:br/>
        <w:t>"Приїжджай,— сказав він тоді,— будемо ждати тебе".</w:t>
      </w:r>
    </w:p>
    <w:p>
      <w:r>
        <w:br/>
        <w:t>І ось вона приїхала. Хотілося, щоб ненароком зустрів її. Хай знає, що вона, як та ластівка, прилинула до рідного села.</w:t>
      </w:r>
    </w:p>
    <w:p>
      <w:r>
        <w:br/>
        <w:t>— Тобі не холодно? — спитав батько, обриваючи її мрії.</w:t>
      </w:r>
    </w:p>
    <w:p>
      <w:r>
        <w:br/>
        <w:t>— Як на печі,— посміхнулась дочка.</w:t>
      </w:r>
    </w:p>
    <w:p>
      <w:r>
        <w:br/>
        <w:t>Проїхали через місток, минули вітряки. Довгим ланцюгом лягли понад Ворсклою білі обриси гір, вкритих деревами.</w:t>
      </w:r>
    </w:p>
    <w:p>
      <w:r>
        <w:br/>
        <w:t>Здалеку старий листяний ліс видавався Тетяні шевською щіткою. На узгір'ях стояли поодинокі старі дуби, а на них чорними, шапками виділялися докинуті на зиму гнізда граків.</w:t>
      </w:r>
    </w:p>
    <w:p>
      <w:r>
        <w:br/>
        <w:t>Завернули у вуличку. Тетяна жадібно оглядала хати, шукаючи в них зміни. Та змін було дуже мало. Хіба що ворота в якомусь дворі підправдецо та новий журавель виріс, над криницею. Товстим шаром лежала на цямринах крига, і НІХТО її не обрубував. Тільки й того, що чиясь хазяйська рука притрусила попелом доріжку, щоб не ковзались і не падали на ній люди.</w:t>
      </w:r>
    </w:p>
    <w:p>
      <w:r>
        <w:br/>
        <w:t>Кілька молодиць та дівчат набирали воду. Придивлялися до Тетяни, закутаної в кожух, і, звичайно, не пізнавали її.</w:t>
      </w:r>
    </w:p>
    <w:p>
      <w:r>
        <w:br/>
        <w:t>Коні бігли дружно. За кілька хвилин, завернувши у тихий провулочок, спинилися біля розлогих тополь.</w:t>
      </w:r>
    </w:p>
    <w:p>
      <w:r>
        <w:br/>
        <w:t>— От і приїхали,— промовив батько, встаючи з саней.</w:t>
      </w:r>
    </w:p>
    <w:p>
      <w:r>
        <w:br/>
        <w:t>Тетяна оглядала старенькі ворота, рідну хату. На очі їй наверталися сльози. Біля воріт ледь визирала заметена снігом лавочка. І кущ бузку перед вікнами, і берест, і тополі — все це таке миле, рідне, хвилююче...</w:t>
      </w:r>
    </w:p>
    <w:p>
      <w:r>
        <w:br/>
        <w:t>З хати ніхто не виходив. Шибки вікон понамерзали так, що нічого крізь них не побачиш. Заскрипіла хвіртка, цокнув сінешній засув, і до теплої хати першою увійшла Тетяна, а за нею вже й батько. Мати лущила квасолю біля грубки. Як глянула до порога — пізнала дочку, простягла до неї руки та так і впала на холодний кожух...</w:t>
      </w:r>
    </w:p>
    <w:p>
      <w:r>
        <w:br/>
        <w:t>-=т Донечко моя!,. Приїхала...</w:t>
      </w:r>
    </w:p>
    <w:p>
      <w:r>
        <w:br/>
        <w:t>— Чого ж ви плачете, мамо?</w:t>
      </w:r>
    </w:p>
    <w:p>
      <w:r>
        <w:br/>
        <w:t>— Дарма... Скучила я за тобою.</w:t>
      </w:r>
    </w:p>
    <w:p>
      <w:r>
        <w:br/>
        <w:t>— А ти казала — не привезу. Привіз. Получай дочку,— сказав жартівливо батько.— Ну, ви ж тут гомоніть, а я коней відправлю до стайні.— І вийшов.</w:t>
      </w:r>
    </w:p>
    <w:p>
      <w:r>
        <w:br/>
        <w:t>— Схудла ги, змарніла,— говорила мати, оглядаючи дочку. А сама хустку на ній розв'язує, дивиться гак, наче вік її не бачила. Тетяна теж зворушена, і сльози у неї в очах, як у матері, і обіймає вона стареньку за плечі, пригортає до себе.</w:t>
      </w:r>
    </w:p>
    <w:p>
      <w:r>
        <w:br/>
        <w:t>— Скучила я за вами, дуже скучила, мамо. А мати ще дужче в сльози.</w:t>
      </w:r>
    </w:p>
    <w:p>
      <w:r>
        <w:br/>
        <w:t>— Може, тобі там погано? Може, вдома залишишся, щоб я тебе бачила, щоб ти при мені жила?</w:t>
      </w:r>
    </w:p>
    <w:p>
      <w:r>
        <w:br/>
        <w:t>Посміхнулася Тетяна.</w:t>
      </w:r>
    </w:p>
    <w:p>
      <w:r>
        <w:br/>
        <w:t>— Не погано мені. Я коли вивчусь, приїду до рідного села, тут працюватиму.</w:t>
      </w:r>
    </w:p>
    <w:p>
      <w:r>
        <w:br/>
        <w:t>— Журба мене, Таню, сушить. Багато думаю про тебе. У снах тебе часто бачу. Та сни все нехороші. Поплачу на самоті...</w:t>
      </w:r>
    </w:p>
    <w:p>
      <w:r>
        <w:br/>
        <w:t>— Ой мамо! — промовила Тетяна і знову обійняла стареньку.— Чого ж вам плакати? І не змарніла я зовсім. Яка була, така й є.— Вона оглянула хату.— А де ж Олена?</w:t>
      </w:r>
    </w:p>
    <w:p>
      <w:r>
        <w:br/>
        <w:t>Саме в цю хвилину відчинилися двері. З великим кулем соломи увійшла знадвору сестра.</w:t>
      </w:r>
    </w:p>
    <w:p>
      <w:r>
        <w:br/>
        <w:t>— Олено, здрастуй! — скрикнула Таня і помітила, а може, тільки здалося, що в очах сестри спалахнув страх.</w:t>
      </w:r>
    </w:p>
    <w:p>
      <w:r>
        <w:br/>
        <w:t>— Приїхала...— промовила Олена не своїм голосом і кинула солому біля грубки.</w:t>
      </w:r>
    </w:p>
    <w:p>
      <w:r>
        <w:br/>
        <w:t>Обійняла її Тетяна, цілує, в очі дивиться.</w:t>
      </w:r>
    </w:p>
    <w:p>
      <w:r>
        <w:br/>
        <w:t>— Ми тебе ждали... Вчора батько па станцію їздив.</w:t>
      </w:r>
    </w:p>
    <w:p>
      <w:r>
        <w:br/>
        <w:t>— Я така рада, така рада.— І справді, очі Тетяни сяяли щастям. Вона оглянула хату — все, як було: і дзеркальце, і фотографії на стінах, і скриня, застелена тією ж скатертиною. Навіть пучечки безсмертника стоять так само між вікнами. Кожної осені вони зривали ці квіти разом з сестрою.</w:t>
      </w:r>
    </w:p>
    <w:p>
      <w:r>
        <w:br/>
        <w:t>Заглянула Таня і до світлиці, хоч там ніхто не жив і було холодно так, що шибки рясно вкрилися візерунками. Зазирнула й на піч.</w:t>
      </w:r>
    </w:p>
    <w:p>
      <w:r>
        <w:br/>
        <w:t>— Я тут спатиму,— сказала вона. Мати посміхнулася:</w:t>
      </w:r>
    </w:p>
    <w:p>
      <w:r>
        <w:br/>
        <w:t>— Та я тебе на ліжко покладу, гору подушок тобі постелю.</w:t>
      </w:r>
    </w:p>
    <w:p>
      <w:r>
        <w:br/>
        <w:t>— Не хочу. Тільки на печі. І грубку я сьогодні сама топитиму. Та сідай же біля мене, Олено, дай я на тебе подивлюся. Виросла ти, погарнішала.</w:t>
      </w:r>
    </w:p>
    <w:p>
      <w:r>
        <w:br/>
        <w:t>— Я потім сяду. Треба ще води принести, корову порати.</w:t>
      </w:r>
    </w:p>
    <w:p>
      <w:r>
        <w:br/>
        <w:t>— То ми удвох це зробимо. Де моя кофта старенька?</w:t>
      </w:r>
    </w:p>
    <w:p>
      <w:r>
        <w:br/>
        <w:t>— Що ти, Таню? Не пущу! Тільки приїхала: не відпочила, не помилася з дороги... Та що б мені люди сказали? Олена й сама впорається.</w:t>
      </w:r>
    </w:p>
    <w:p>
      <w:r>
        <w:br/>
        <w:t>— Впораюся.— Сестра взяла відра, коромисло, вийшла з хати.</w:t>
      </w:r>
    </w:p>
    <w:p>
      <w:r>
        <w:br/>
        <w:t>— Сідай, я тобі насиплю борщу доброго. Чи, може, холодцю хочеш з хріном?</w:t>
      </w:r>
    </w:p>
    <w:p>
      <w:r>
        <w:br/>
        <w:t>— Холодцю давайте.</w:t>
      </w:r>
    </w:p>
    <w:p>
      <w:r>
        <w:br/>
        <w:t>Поки пообідала, стало смеркати.</w:t>
      </w:r>
    </w:p>
    <w:p>
      <w:r>
        <w:br/>
        <w:t>Повернувся батько, обірвав з вусів і бороди крижані бурульки.</w:t>
      </w:r>
    </w:p>
    <w:p>
      <w:r>
        <w:br/>
        <w:t>— От і знову вся сім'я вкупі,— сказав він, позираючи на Тетяну.</w:t>
      </w:r>
    </w:p>
    <w:p>
      <w:r>
        <w:br/>
        <w:t>— Мама кажуть, що я схудла та змарніла... Правда?</w:t>
      </w:r>
    </w:p>
    <w:p>
      <w:r>
        <w:br/>
        <w:t>— Трошки є. Та нічого, ми тебе за ці дні поправимо.</w:t>
      </w:r>
    </w:p>
    <w:p>
      <w:r>
        <w:br/>
        <w:t>Батько засвітив лампу, мати завісила вікна перкалевими завісками. Увійшла знадвору Олена, щоки в неї — паче яблука рум'яні. Свіжа, здорова. Не боїться вона холоду, й не дошкуляє їй ніякий мороз. Глянувши на сестру, Тетяна подумала: "Розцвіла, хоч заміж віддавай".</w:t>
      </w:r>
    </w:p>
    <w:p>
      <w:r>
        <w:br/>
        <w:t>— Уже попоралась? — спитала вголос і знову помітила, що сестра не витримала її погляду. "Чи вона мене соромиться? От чудна! За кілька місяців одвикла... Наче я їй чужа".</w:t>
      </w:r>
    </w:p>
    <w:p>
      <w:r>
        <w:br/>
        <w:t>— Корову подою, а тоді вже й звільнюся,— відповіла Олена, беручи дійницю з теплою водою.</w:t>
      </w:r>
    </w:p>
    <w:p>
      <w:r>
        <w:br/>
        <w:t>— Піду ж і я з тобою, подивлюсь па нашу Зорьку. Мабуть, вона мене забула.</w:t>
      </w:r>
    </w:p>
    <w:p>
      <w:r>
        <w:br/>
        <w:t>Сестри попрямували до хліва. І тут, залишившись віч-на-віч, Тетяна спитала:</w:t>
      </w:r>
    </w:p>
    <w:p>
      <w:r>
        <w:br/>
        <w:t>— Як же ти живеш, Олено? Як подруги?</w:t>
      </w:r>
    </w:p>
    <w:p>
      <w:r>
        <w:br/>
        <w:t>— Та нічого. Ходимо на курси в агрогурток, та й у драматичному... Оце ставили "Наталку Полтавку".</w:t>
      </w:r>
    </w:p>
    <w:p>
      <w:r>
        <w:br/>
        <w:t>Тетяні хотілося швидше дізнатися в сестри про Степана. Але незручно було про це питати одразу. Олена негарно про неї подумає. "Не встигла, мовляв, до хати зайти, а вже Степан їй на думці".</w:t>
      </w:r>
    </w:p>
    <w:p>
      <w:r>
        <w:br/>
        <w:t>Тетяна підійшла до корови, почухала її під шиєю.</w:t>
      </w:r>
    </w:p>
    <w:p>
      <w:r>
        <w:br/>
        <w:t>— Що, не забула мене? Ух ти, Зорька!</w:t>
      </w:r>
    </w:p>
    <w:p>
      <w:r>
        <w:br/>
        <w:t>Корова простягала шию, а в дно дійниці било струменями тепле молоко, пінилося, парувало.</w:t>
      </w:r>
    </w:p>
    <w:p>
      <w:r>
        <w:br/>
        <w:t>— Що я в тебе, Олено, хочу запитати...</w:t>
      </w:r>
    </w:p>
    <w:p>
      <w:r>
        <w:br/>
        <w:t>— Про Степана... Він у селі,— сказала Олена, не припиняючи доїння.</w:t>
      </w:r>
    </w:p>
    <w:p>
      <w:r>
        <w:br/>
        <w:t>— Я тебе дуже прошу... Сходи, скажи йому...</w:t>
      </w:r>
    </w:p>
    <w:p>
      <w:r>
        <w:br/>
        <w:t>— Добре,— так само просто відповідала, навіть не глянувши в її бік.</w:t>
      </w:r>
    </w:p>
    <w:p>
      <w:r>
        <w:br/>
        <w:t>Тетяна вийшла з хлівця. На заході ще жевріло небо, помережане голими вітами дерев.</w:t>
      </w:r>
    </w:p>
    <w:p>
      <w:r>
        <w:br/>
        <w:t>Але вже засвічувались на ньому поодинокі зорі. Холоднішим ставало повітря.</w:t>
      </w:r>
    </w:p>
    <w:p>
      <w:r>
        <w:br/>
        <w:t>Старі тополі стояли непоруїіїні, а на самих вершечках їхніх вмощувались на ночівлю дві галки.</w:t>
      </w:r>
    </w:p>
    <w:p>
      <w:r>
        <w:br/>
        <w:t>В кіпці садиби лягли гори, заметені снігом. То звисали вони рудими кручами, то випинались дивовижними горбами, то утворювали яри з чорними й колючими кущами терну.</w:t>
      </w:r>
    </w:p>
    <w:p>
      <w:r>
        <w:br/>
        <w:t>Вечоріло швидко.</w:t>
      </w:r>
    </w:p>
    <w:p>
      <w:r>
        <w:br/>
        <w:t>— Таню, іди до хати, а то замерзнеш! — гукнула від хліва Олена.</w:t>
      </w:r>
    </w:p>
    <w:p>
      <w:r>
        <w:br/>
        <w:t>— Я1 не мерзлячка,— відповіла сестрі й подумала: "Це ж вона занесе молоко до хати, піде пройтися на вулицю, а там забіжить до Стейана. Що він їй скаже? Може, одразу примчить до мене?"</w:t>
      </w:r>
    </w:p>
    <w:p>
      <w:r>
        <w:br/>
        <w:t>Шкода, що Тетяна сама не зможе його побачити сьогодні, бо незручно якось перед батьками відлучатися з дому. Спитають: "А куди це ти, Тетяно?" Що вона їм відповість?</w:t>
      </w:r>
    </w:p>
    <w:p>
      <w:r>
        <w:br/>
        <w:t>Вулиця була порожня. Пробіг собака з кудлатим хвостом, що в ньому ще з осені, мабуть, лишилися реп'яхи. Пройшла молодиця'з подними відрами води, привіталася до Тетяни.</w:t>
      </w:r>
    </w:p>
    <w:p>
      <w:r>
        <w:br/>
        <w:t>— До батьків у гості?</w:t>
      </w:r>
    </w:p>
    <w:p>
      <w:r>
        <w:br/>
        <w:t>— На канікули...</w:t>
      </w:r>
    </w:p>
    <w:p>
      <w:r>
        <w:br/>
        <w:t>— Та то треба,— промовила жінка; повертаючи коромисло з одного плеча на друге, і пішла собі вулицею далі.</w:t>
      </w:r>
    </w:p>
    <w:p>
      <w:r>
        <w:br/>
        <w:t>Повз двір гїроїхало кілька підвід з хмизом. Хмиз волочився по снігу, залишаючи слід. І знову спорожніла вулиця. Тетяна постояла Ще трохи' біля воріт та й пішла' до хати. Розтопила грубку, аж загуділо в трубі. Задиміло на плиті, а мати, набравши у жменю піску, посипала ним по залізних кружальцях.</w:t>
      </w:r>
    </w:p>
    <w:p>
      <w:r>
        <w:br/>
        <w:t>Олена внесла молоко, процідила його в глечики, а тоді почала переодягатися.</w:t>
      </w:r>
    </w:p>
    <w:p>
      <w:r>
        <w:br/>
        <w:t>— Куди це ти збираєшся? — спитала в неї мати.</w:t>
      </w:r>
    </w:p>
    <w:p>
      <w:r>
        <w:br/>
        <w:t>— До колбуду. У нас хоровий гурток..</w:t>
      </w:r>
    </w:p>
    <w:p>
      <w:r>
        <w:br/>
        <w:t>— Посиділа б вдома сьогодні. Сестра приїхала, ще' й не поговорили, не надивилися одна на одну, а ти вже біжиш. Обійдуться там без тебе. То драмгурток, то хоргурток, то агрогурток, та за цими гуртками й світлого вечора не бачить.</w:t>
      </w:r>
    </w:p>
    <w:p>
      <w:r>
        <w:br/>
        <w:t>— Хай іде, мамо. Ми ще поговоримо з нею і надивимося одна на одну. Яка ж то буде робота, коли вона не прийде та ще хтось не прийде,— так же й гурток може розвалитися. Іди, Олено, йди.</w:t>
      </w:r>
    </w:p>
    <w:p>
      <w:r>
        <w:br/>
        <w:t>І сестра пішла з дому. Цілий вечір її не було. Заснув батько, заснула вже й мати. Та не спала Тетяна. Хтось пройде вулицею, і лине звідти рипіння снігу. Тетяна прислухається: "Олена? Ні, не її кроки". Г дійсно, людина минала дворище, і поволі завмирала хода у тихій вулиці.</w:t>
      </w:r>
    </w:p>
    <w:p>
      <w:r>
        <w:br/>
        <w:t>Тихо було і в хаті. "Ну, що вона* мені скаже? Напевне ж, бачила, розмовляла з ним. І де це вона так забарилась?"</w:t>
      </w:r>
    </w:p>
    <w:p>
      <w:r>
        <w:br/>
        <w:t>Поволі минали1 години, і видавалися вони Тетяні довгими-довгими. Та ось, нарешті, рипнула хвіртка, гримнули сінешні двері, і до хати увійшла Олена. Повечеряла, не засвічуючи лампи.</w:t>
      </w:r>
    </w:p>
    <w:p>
      <w:r>
        <w:br/>
        <w:t>— Оледо! — стиха покликала її Тетяна.—Лізь до меце на піч. Тут тдк тепло...</w:t>
      </w:r>
    </w:p>
    <w:p>
      <w:r>
        <w:br/>
        <w:t>— Зараз.— І Олена почада скидати чоботи. А через кілька хвилин лягла поруч сестри, принісши з собою надвірний холод.</w:t>
      </w:r>
    </w:p>
    <w:p>
      <w:r>
        <w:br/>
        <w:t>— Ой, які руки в тебе...</w:t>
      </w:r>
    </w:p>
    <w:p>
      <w:r>
        <w:br/>
        <w:t>— Я зараз їх нагрію.</w:t>
      </w:r>
    </w:p>
    <w:p>
      <w:r>
        <w:br/>
        <w:t>— Бачилася з ним?</w:t>
      </w:r>
    </w:p>
    <w:p>
      <w:r>
        <w:br/>
        <w:t>— Бачилася.</w:t>
      </w:r>
    </w:p>
    <w:p>
      <w:r>
        <w:br/>
        <w:t>— Ну й що? Сказала?.. Як він? Що він тобі?.. Не питаь нічого?</w:t>
      </w:r>
    </w:p>
    <w:p>
      <w:r>
        <w:br/>
        <w:t>Олена помовчала, а потім, хвилюючись, зашепотіла:</w:t>
      </w:r>
    </w:p>
    <w:p>
      <w:r>
        <w:br/>
        <w:t>— Нащо ти мене розпитуєш... Не требд... не можу я...— І на своїй руці Тетяна відчула її сльози. Вони вразили старшу сестру.</w:t>
      </w:r>
    </w:p>
    <w:p>
      <w:r>
        <w:br/>
        <w:t>Що трддалоє{&gt;? Посварилася з ним? Чи він образиз її негарними словами? Чи, може, почав зустрічатися з іншою дівчиною і Олеці боляче сказати про це сестрі?</w:t>
      </w:r>
    </w:p>
    <w:p>
      <w:r>
        <w:br/>
        <w:t>— Олено, я хочу знати все.</w:t>
      </w:r>
    </w:p>
    <w:p>
      <w:r>
        <w:br/>
        <w:t>— Не можу я... не питай,..— І вона несподівано заридала.</w:t>
      </w:r>
    </w:p>
    <w:p>
      <w:r>
        <w:br/>
        <w:t>Прокинулась мати.</w:t>
      </w:r>
    </w:p>
    <w:p>
      <w:r>
        <w:br/>
        <w:t>— Хто це плаче? Це тц, Олено?</w:t>
      </w:r>
    </w:p>
    <w:p>
      <w:r>
        <w:br/>
        <w:t>— Спіть, мамо, спіть,— озвалась Тетяна.</w:t>
      </w:r>
    </w:p>
    <w:p>
      <w:r>
        <w:br/>
        <w:t>Мати одразу затихла, а Олена, тамуючи сльози, затуляла подушкою обличчя.</w:t>
      </w:r>
    </w:p>
    <w:p>
      <w:r>
        <w:br/>
        <w:t>— Як дитя маленьке. Ось я зустрінуся з ним, я йому чуба вискубу,— пробувала пожартувати Тетяна, хоч в душі її знялася буря. Плутались думки. Важке передчуття стискало серце.— Завтра про зсе мені розкажеш. Добре?</w:t>
      </w:r>
    </w:p>
    <w:p>
      <w:r>
        <w:br/>
        <w:t>Олена заспокоїлась. Мовчала й Тетяна. І вже згодом, обіймаючи сестру, спитала в цеї:</w:t>
      </w:r>
    </w:p>
    <w:p>
      <w:r>
        <w:br/>
        <w:t>— Аз ким же ти гуляєш, Олено? Хто твоє серденько зачепив?</w:t>
      </w:r>
    </w:p>
    <w:p>
      <w:r>
        <w:br/>
        <w:t>Олена мовчала, тільки очі її, широко відкриті, пильно дивилися на старшу сестру.</w:t>
      </w:r>
    </w:p>
    <w:p>
      <w:r>
        <w:br/>
        <w:t>— Соромишся мене? Я нікому не скажу. Ех ти! Я сьогодні як глянула на тебе, така ти стала гарна, аж заздрісно мені. Здорова, рум'яна, свіжа... Коли б я хлопцем була, закохалася б у тебе. Правду кажу.</w:t>
      </w:r>
    </w:p>
    <w:p>
      <w:r>
        <w:br/>
        <w:t>— Будемо спати, Таню, пізно вже.</w:t>
      </w:r>
    </w:p>
    <w:p>
      <w:r>
        <w:br/>
        <w:t>— Добре, але я хочу все ж таки знати, що він, як він, коли ти йому про мене сказала? Зрадів? Не помітила? Не сказав, де зустрінемось?</w:t>
      </w:r>
    </w:p>
    <w:p>
      <w:r>
        <w:br/>
        <w:t>— Завтра ж до лісу ідемо... на лижах... І хлопці, й дівчата. Прогулянка у нас.</w:t>
      </w:r>
    </w:p>
    <w:p>
      <w:r>
        <w:br/>
        <w:t>— І я з вами. Лижі мої збереглися?</w:t>
      </w:r>
    </w:p>
    <w:p>
      <w:r>
        <w:br/>
        <w:t>— Є. Ми щонеділі на лижах їздимо. І переходи вже робили... Загартовуємо себе... А вечори великі, часу багато вільного, так ми гуртки різні відвідуємо, вчимося.— І, помовчавши трохи, сказала: — Ти з дороги втомилася, а я торочу тобі всяку всячину та заважаю спати.</w:t>
      </w:r>
    </w:p>
    <w:p>
      <w:r>
        <w:br/>
        <w:t>— Ні, не заважаєш, Олено. Я залюбки тебе слухаю. Тетяна обійняла сестру, пригорнулася до неї, та й заснули</w:t>
      </w:r>
    </w:p>
    <w:p>
      <w:r>
        <w:br/>
        <w:t>обоє на печі.</w:t>
      </w:r>
    </w:p>
    <w:p>
      <w:r>
        <w:br/>
        <w:t># * *</w:t>
      </w:r>
    </w:p>
    <w:p>
      <w:r>
        <w:br/>
        <w:t>Старі липи, могутні дуби, як богатирі, уквітчали собою круті горби. Синюваті тіні лягали від дерев на сніг, холодний, блискучий. Десь по-весінньому цвірінчали горобці. Глибокий заячий слід потягнувся до ліщини, обпетляв її, загубився на схилі.</w:t>
      </w:r>
    </w:p>
    <w:p>
      <w:r>
        <w:br/>
        <w:t>У глибині лісу чути було виразний гомін, сміх, крики.</w:t>
      </w:r>
    </w:p>
    <w:p>
      <w:r>
        <w:br/>
        <w:t>Раптом на крутому горбі з'явилася постать людини. Здалеку видавалася вона зовсім маленькою, і добрати було важко — чи то юнак, чи дівчина. На мить спинившись, людина махнула рукою, наче давала знак комусь, і враз, як вихор, зірвавшись з місця, помчала вниз. Дві яскраві смужки слалися на снігу.</w:t>
      </w:r>
    </w:p>
    <w:p>
      <w:r>
        <w:br/>
        <w:t>Ось минає вона липи, минає дуб і ще один дуб, рогатчастий ясен, і тепер виразною стає дівоча хустка.</w:t>
      </w:r>
    </w:p>
    <w:p>
      <w:r>
        <w:br/>
        <w:t>Та це ж Олена! Це ж вона, ловко петляючи між деревами, прокладає перший слід у долину!</w:t>
      </w:r>
    </w:p>
    <w:p>
      <w:r>
        <w:br/>
        <w:t>А назустріч їй, з гори ще крутішої, зривається юнак у лижному костюмі. Ось перед ним горбок... злетів з нього в повітря, немов птах, з страшною швидкістю мчить до Олени, і спиняються вони обоє біля старої дупластої липи.</w:t>
      </w:r>
    </w:p>
    <w:p>
      <w:r>
        <w:br/>
        <w:t>— Відстали наші,— сказав юнак, озираючись навколо.</w:t>
      </w:r>
    </w:p>
    <w:p>
      <w:r>
        <w:br/>
        <w:t>— Таня звернула вліво. З цієї гори треба її виглядати,— промовила Олена.</w:t>
      </w:r>
    </w:p>
    <w:p>
      <w:r>
        <w:br/>
        <w:t>Несподівано юнак обійняв її, поцілував у губи.</w:t>
      </w:r>
    </w:p>
    <w:p>
      <w:r>
        <w:br/>
        <w:t>— Не треба, Степане!.. Тетяна може побачити...</w:t>
      </w:r>
    </w:p>
    <w:p>
      <w:r>
        <w:br/>
        <w:t>— Хай бачить!</w:t>
      </w:r>
    </w:p>
    <w:p>
      <w:r>
        <w:br/>
        <w:t>Не слухав, припав знову довгим поцілунком до вишневих губів.</w:t>
      </w:r>
    </w:p>
    <w:p>
      <w:r>
        <w:br/>
        <w:t>Вирвалася з обіймів, рум'яна, сильна, молода.</w:t>
      </w:r>
    </w:p>
    <w:p>
      <w:r>
        <w:br/>
        <w:t>— Не бійся. Я, може, сам їй про все скажу. Ну, зустрічався з нею, але ж я, мабуть, не любив її. Ти моїм серцем заволоділа... Ти дружиною моєю будеш. Не соромлюся я про це сказати всім хоч зараз...— І знову поцілував дівчину.</w:t>
      </w:r>
    </w:p>
    <w:p>
      <w:r>
        <w:br/>
        <w:t>— Ой Степане, а вона ж тебе любить... знаю... Та як же я сестрі у вічі дивитимусь? Не треба... Не треба цього робити... Хай нічого про це не знає. Хай канікули проведе як слід, а потім ми їй напишемо.</w:t>
      </w:r>
    </w:p>
    <w:p>
      <w:r>
        <w:br/>
        <w:t>Вирвалась з обіймів, засміялась:</w:t>
      </w:r>
    </w:p>
    <w:p>
      <w:r>
        <w:br/>
        <w:t>— Лови! — І, забувши в цю хвилину про сестру, помчала, бистра, нестримна, як вітер. А за нею слідом Степан.</w:t>
      </w:r>
    </w:p>
    <w:p>
      <w:r>
        <w:br/>
        <w:t>— О-го-го-го-го-о-о! — почувся з горба крик. І відповіла Олена звучним і сильним голосом:</w:t>
      </w:r>
    </w:p>
    <w:p>
      <w:r>
        <w:br/>
        <w:t>— О-го-го-го-о-о!</w:t>
      </w:r>
    </w:p>
    <w:p>
      <w:r>
        <w:br/>
        <w:t>Почули. Побачили. З'їжджають вниз, одна за одною. Хтось упав, зарившись у пухкий сніг, а хто саме — здалеку не вгадати.</w:t>
      </w:r>
    </w:p>
    <w:p>
      <w:r>
        <w:br/>
        <w:t>А на тій горі, де стояв Степан, зібралися його товариші. Махне котрийсь руками, розганяючись, і — вниз. На тому пагорбі, де злітав у повітря Степан, злітають і вони. Ніхто не падає. Спритні, сильні, мчать між старими деревами, прокладаючи нові сліди. З криком зустрічають їх у долині дівчата.</w:t>
      </w:r>
    </w:p>
    <w:p>
      <w:r>
        <w:br/>
        <w:t>Пильно стежить за подругами Олена, але не бачить серед них Тетяни.</w:t>
      </w:r>
    </w:p>
    <w:p>
      <w:r>
        <w:br/>
        <w:t>— Дівчата,— спитала вона,— а де ж ви залишили мою сестру?</w:t>
      </w:r>
    </w:p>
    <w:p>
      <w:r>
        <w:br/>
        <w:t>Тільки тепер всі звернули увагу, що Тетяни серед них не було.</w:t>
      </w:r>
    </w:p>
    <w:p>
      <w:r>
        <w:br/>
        <w:t>— Та вона ж собі крутішу вибрала. Он ту,— повела дівчина рукою у протилежний бік гори, що по ній росли рідкі старезні дуби і де-не-де чорнів на білім снігу підлісок з ліщини.</w:t>
      </w:r>
    </w:p>
    <w:p>
      <w:r>
        <w:br/>
        <w:t>Глянула туди Олена і зрозуміла одразу, що сестра могла бачити її з Степаном. Проте ж, щоб не видати себе остаточно, гукнула:</w:t>
      </w:r>
    </w:p>
    <w:p>
      <w:r>
        <w:br/>
        <w:t>— Те-тя-но-о-о!</w:t>
      </w:r>
    </w:p>
    <w:p>
      <w:r>
        <w:br/>
        <w:t>Далеко лісом покотилася луна, але ніхто на той голос не обізвався.</w:t>
      </w:r>
    </w:p>
    <w:p>
      <w:r>
        <w:br/>
        <w:t>Подруги докірливо глянули на Олену, і вона, зрозумівши їх, почервоніла. Всім стало незручно. Всі чомусь замовкли.</w:t>
      </w:r>
    </w:p>
    <w:p>
      <w:r>
        <w:br/>
        <w:t>— Те-тя-но-о-о! — гукнула Олена, але у відповідь тільки завмирала у хащах далека луна.</w:t>
      </w:r>
    </w:p>
    <w:p>
      <w:r>
        <w:br/>
        <w:t>— Немає її тут,— промовив Степан і рушив перший, а за ним усі хлопці. Гулянка була зіпсована. Особливо невдоволені були дівчата. Всі вони знали, що Степан проводить вечори тепер з Оленою, і їм не хотілося, щоб довідалась про це старша сестра.</w:t>
      </w:r>
    </w:p>
    <w:p>
      <w:r>
        <w:br/>
        <w:t>Багатьом було шкода Тетяни.</w:t>
      </w:r>
    </w:p>
    <w:p>
      <w:r>
        <w:br/>
        <w:t>Засуджували вони Степанову поведінку, дорікали й Олені:</w:t>
      </w:r>
    </w:p>
    <w:p>
      <w:r>
        <w:br/>
        <w:t>— Даремно ти, Олено, з ним зустрічаєшся... Може, він і тебе покине...</w:t>
      </w:r>
    </w:p>
    <w:p>
      <w:r>
        <w:br/>
        <w:t>— Сама не знаю, як воно сталося, а тільки без нього не було б мені тепер життя,— сказала Олена, вперше не побоявшись ні подруг, ні поганої слави, яка може піти по селу.</w:t>
      </w:r>
    </w:p>
    <w:p>
      <w:r>
        <w:br/>
        <w:t>Дівчата притихли.</w:t>
      </w:r>
    </w:p>
    <w:p>
      <w:r>
        <w:br/>
        <w:t>— Уже й сердишся,— сказала одна з них лагідніше.— Ми ж тільки тобі радимо, як краще. Щоб сестрі не так боляче...</w:t>
      </w:r>
    </w:p>
    <w:p>
      <w:r>
        <w:br/>
        <w:t>— Сама знаю. Душа моя не з каменя... Але чим я можу їй зарадити? Не любить... і не любив її Степан... Товаришували тільки...</w:t>
      </w:r>
    </w:p>
    <w:p>
      <w:r>
        <w:br/>
        <w:t>— Поїхали, дівчата! — промовила одна з подруг, щоб,припинити цю розмову.— А то відстанемо. Бач, уже де хлопці.</w:t>
      </w:r>
    </w:p>
    <w:p>
      <w:r>
        <w:br/>
        <w:t>На снігу снувалися сліди від лиж. Нерухомі й величні стояли дерева. На зимовому дубі злегка шуміло сухе, неопадаюче листя. Там сварились між собою горобці.</w:t>
      </w:r>
    </w:p>
    <w:p>
      <w:r>
        <w:br/>
        <w:t>Тільки надвечір повернулася додому Олена. Мати поралась на подвір'ї. Батько кудись пішов. У хаті біля вікна сиділа Тетяна. Цокнула клямка на дверях, і Олена переступила хатній поріг. Зустрілися очі, наче стріли. Вихором злітали думки в кожної. Першою одвела свій погляд Тетяна, і Олена зрозуміла одразу: "Все бачила, все знає... Ну що ж, не треба брехати... Спи^ тає — розкажу". Але Тетяна, нічого не спитавши в неї, почала сама розповідати:</w:t>
      </w:r>
    </w:p>
    <w:p>
      <w:r>
        <w:br/>
        <w:t>— І трапиться ж таке лихо! Розумієш, зачепилася за кущ ліщини, упала та коліном об пеньок. І де він там узявся? Бачиш, який синець. То я вже тоді, щоб не турбувати нікого, повернулася додому. А ви далеко були?</w:t>
      </w:r>
    </w:p>
    <w:p>
      <w:r>
        <w:br/>
        <w:t>Олена дивилась па сестру, а душу обдавав холод. "Може, не бачила? Може, й справді нічого не бачила?" Тетяна глянула в обличчя сестрі ясними очима і з помітним здивуванням перепитала:</w:t>
      </w:r>
    </w:p>
    <w:p>
      <w:r>
        <w:br/>
        <w:t>— Чого ж ти мовчиш?</w:t>
      </w:r>
    </w:p>
    <w:p>
      <w:r>
        <w:br/>
        <w:t>— А що?</w:t>
      </w:r>
    </w:p>
    <w:p>
      <w:r>
        <w:br/>
        <w:t>— Питаюся, чи далеко були?</w:t>
      </w:r>
    </w:p>
    <w:p>
      <w:r>
        <w:br/>
        <w:t>— Коло лісового куреня.</w:t>
      </w:r>
    </w:p>
    <w:p>
      <w:r>
        <w:br/>
        <w:t>— Втомилася дуже? Сідай, я тобі дам обідати — І Тетяна витягла з печі горщик, насипала борщу в миску, поставила на стіл.</w:t>
      </w:r>
    </w:p>
    <w:p>
      <w:r>
        <w:br/>
        <w:t>— Нащо ти?.. Я сама...</w:t>
      </w:r>
    </w:p>
    <w:p>
      <w:r>
        <w:br/>
        <w:t>— Хочу тебе пригостити. Ти ж у мене сестричка он яка — спортсменка найкраща.</w:t>
      </w:r>
    </w:p>
    <w:p>
      <w:r>
        <w:br/>
        <w:t>"Ні,— подумала Олена,— не бачила вона, як Степан мене цілував", І їй одразу стало легше на душі. Уголос же відказала:</w:t>
      </w:r>
    </w:p>
    <w:p>
      <w:r>
        <w:br/>
        <w:t>— Хвалиш, а хто мене вчив? Ти у нас найкращою спортсменкою була. Ти навіть на районних змаганнях першість брала... 1 в область тебе посилали.</w:t>
      </w:r>
    </w:p>
    <w:p>
      <w:r>
        <w:br/>
        <w:t>— Люблю лижі. Та щоб гора крута, та летіти так, щоб аж дух забивало. А сьогодні не довелося. Трапиться ж пеньок!</w:t>
      </w:r>
    </w:p>
    <w:p>
      <w:r>
        <w:br/>
        <w:t>Олена переконувалась остаточно, що сестра нічого в лісі не помітила, але дивно, ні єдиним словом не згадувала вона більще за Степана.</w:t>
      </w:r>
    </w:p>
    <w:p>
      <w:r>
        <w:br/>
        <w:t>Минуло кілька днів. Вечорами на вулиці гуляли дівчата, співаючи пісень. Тетяна залюбки їх слухала. Бувала у подруг, заходили й вони до неї. І тоді веселіше ставало в хаті. Посміються, пожартують. Та, бува, поставить на стіл патефон, вибере пластинку, і підуть дівчата до танцю.</w:t>
      </w:r>
    </w:p>
    <w:p>
      <w:r>
        <w:br/>
        <w:t>А потім заспівають пісень, заспіває разом з ними й Тетяна. А там і мати підтягне. Та часом почне такої, що ніхто з молоді й не знає. А пісня гарна, старовинна...</w:t>
      </w:r>
    </w:p>
    <w:p>
      <w:r>
        <w:br/>
        <w:t>— Навчіть нас; тітко, навчіть.</w:t>
      </w:r>
    </w:p>
    <w:p>
      <w:r>
        <w:br/>
        <w:t>Посідають навколо матері, просять. То й заведе вона, а всі слухають, переймають ті слова і мелодію. Л потім з'явиться на столі самовар, почнуть дівчата чаювати.</w:t>
      </w:r>
    </w:p>
    <w:p>
      <w:r>
        <w:br/>
        <w:t>Яких тільки— тут не наслухаєшся розмов: і про Мавзолей Леніна, і про Москву-ріку, і про чудесне московське метро, музеї та театри.</w:t>
      </w:r>
    </w:p>
    <w:p>
      <w:r>
        <w:br/>
        <w:t>— Тепер люди молоді скрізь бувають. Все їм доступно. А я вік прожила, ніде не була, нічого по бачила.</w:t>
      </w:r>
    </w:p>
    <w:p>
      <w:r>
        <w:br/>
        <w:t>— Ще побуваєте. Навесні до мене в гості приїдете,— озивається Тетяна,— я вам покажу, мамо, Київ. І в музеї поведу, і в театри.</w:t>
      </w:r>
    </w:p>
    <w:p>
      <w:r>
        <w:br/>
        <w:t>— Добре. Ми з батьком приїдемо.</w:t>
      </w:r>
    </w:p>
    <w:p>
      <w:r>
        <w:br/>
        <w:t>— А я в Кремлі була,— озивається одна з подруг. На сіренькій кофточці в неї сяє Золота Зірка і орден Леніна—нагорода за високі врожаї цукрових буряків.</w:t>
      </w:r>
    </w:p>
    <w:p>
      <w:r>
        <w:br/>
        <w:t>Гарні подруги в Тетяни. Прийдуть, розважать, і тоді наче саме щастя завітає в хату. Весела й Тетяна. А розійдуться дівчата — засумує. І хоч матері нічого не ґоворить, та мати сама бачить: щось на серці у дочки лежить тяжким каменем. Особливо в такі хвилини боліло материнське серце. А вчора Тетяна, топлячи в грубці, сказала:</w:t>
      </w:r>
    </w:p>
    <w:p>
      <w:r>
        <w:br/>
        <w:t>— Я, мамо, післязавтра вирушатиму з дому.</w:t>
      </w:r>
    </w:p>
    <w:p>
      <w:r>
        <w:br/>
        <w:t>— Уже? — тільки й промовила мати і зів'яла одразу.— Ти ж казала — на два тижні приїхала, а сьогодні восьмий День тільки минає.</w:t>
      </w:r>
    </w:p>
    <w:p>
      <w:r>
        <w:br/>
        <w:t>— Треба, мамо... У мене справи... Не можна довше гостювати.</w:t>
      </w:r>
    </w:p>
    <w:p>
      <w:r>
        <w:br/>
        <w:t>І замовкли обоє.</w:t>
      </w:r>
    </w:p>
    <w:p>
      <w:r>
        <w:br/>
        <w:t>Повернувся батько. Поскаржилась йому мати:</w:t>
      </w:r>
    </w:p>
    <w:p>
      <w:r>
        <w:br/>
        <w:t>— Наша Таня збирається виїжджати.</w:t>
      </w:r>
    </w:p>
    <w:p>
      <w:r>
        <w:br/>
        <w:t>Допитливо глянув на дочку, але вона, не сміючи подивитися йому в очі, промовила:</w:t>
      </w:r>
    </w:p>
    <w:p>
      <w:r>
        <w:br/>
        <w:t>— Треба. У мене діла невідкладні... Дістаньте, тату, коней.</w:t>
      </w:r>
    </w:p>
    <w:p>
      <w:r>
        <w:br/>
        <w:t>— Добре, дочко,— відказав батько і зажурився, замовк.</w:t>
      </w:r>
    </w:p>
    <w:p>
      <w:r>
        <w:br/>
        <w:t>А через день ситі коні стояли біля двору. З слізьми на очах прощалася мати з дочкою, і сльози ті ятрили Тетяні серце.</w:t>
      </w:r>
    </w:p>
    <w:p>
      <w:r>
        <w:br/>
        <w:t>— Ну, буде вже, буде... Приїду літом, гостинця привезу.</w:t>
      </w:r>
    </w:p>
    <w:p>
      <w:r>
        <w:br/>
        <w:t>— Не треба мені гостинця. Ой донечко ж моя, та знову ж я тебе не бачитиму... Та знову ж буду журитися за тобою.</w:t>
      </w:r>
    </w:p>
    <w:p>
      <w:r>
        <w:br/>
        <w:t>— Ну, годі, стара,— озвався, кашляючи, батько.— А то ми до поїзда запізнимось.</w:t>
      </w:r>
    </w:p>
    <w:p>
      <w:r>
        <w:br/>
        <w:t>Мовчки стояла біля скрині Олена. Підійшла до неї сестра, глянула в очі, і та винувато схилила голову.</w:t>
      </w:r>
    </w:p>
    <w:p>
      <w:r>
        <w:br/>
        <w:t>— До побачення, Олено! — промовила тихо.</w:t>
      </w:r>
    </w:p>
    <w:p>
      <w:r>
        <w:br/>
        <w:t>Підвелися довгі вії, затріпотіли, як крильця пташині. Обвила руками сестру, затремтіла вся, заридала...</w:t>
      </w:r>
    </w:p>
    <w:p>
      <w:r>
        <w:br/>
        <w:t>— До побачення, Олено... Не треба... Я все розумію... Бажаю тобі щастя, від щирого серця... як сестра.— І вона поцілувала її.— А тепер підемо, тату.</w:t>
      </w:r>
    </w:p>
    <w:p>
      <w:r>
        <w:br/>
        <w:t>За кілька хвилин вони вже минали криницю, а потім виїхали за село. Праворуч від дороги залишились круті горби з старезними деревами, на яких чорніли грачині гнізда. А потім зникли гори. І ліс уже не виділявся окремими деревами, а чорнів вузенькою смужкою, оповитою туманом.</w:t>
      </w:r>
    </w:p>
    <w:p>
      <w:r>
        <w:br/>
        <w:t>Мовчав батько, мовчала й Тетяна. В очах її була така глибока туга, що здавалось — от-от упаде вона на сани, і ридатиме, і кричатиме від болю, що вогнем пече зранене серце.</w:t>
      </w:r>
    </w:p>
    <w:p>
      <w:r>
        <w:br/>
        <w:t>Швидко бігли коні. Скрипів під полозками сніг. Холодний вітер, немов голками, колов у щоки. Батько не повертався до неї, нічого не питав. Тетяна бачила тільки його широкі плечі, зігнуту спииу. Вона розуміла — боляче йому і соромно перед людьми. Всі студенти гостюватимуть вдома ще кілька днів, а він уже ось одвозить її, наче вона чужа йому, не рідна...</w:t>
      </w:r>
    </w:p>
    <w:p>
      <w:r>
        <w:br/>
        <w:t>Проїхали молоденький лісок — з'явились пристанційні осокори.</w:t>
      </w:r>
    </w:p>
    <w:p>
      <w:r>
        <w:br/>
        <w:t>— Семафор відкритий,— сказала Тетяна,— поспішаймо. Батько цьвохнув коней батіжком. Поки доїхали, а тут уже й</w:t>
      </w:r>
    </w:p>
    <w:p>
      <w:r>
        <w:br/>
        <w:t>поїзд прибув.</w:t>
      </w:r>
    </w:p>
    <w:p>
      <w:r>
        <w:br/>
        <w:t>Все ж встигла взяти квиток.</w:t>
      </w:r>
    </w:p>
    <w:p>
      <w:r>
        <w:br/>
        <w:t>І чомусь так недоречно пригадалося прощання з Степаном, коли вона вперше вирушила до Києва. Зараз тут його не було. Лише стояв на пероні схвильований батько. Комір кожуха в нього посивів зовсім. На бороді й вусах понависали крижані бурульки.</w:t>
      </w:r>
    </w:p>
    <w:p>
      <w:r>
        <w:br/>
        <w:t>— До побачення, тату! — І очі її мимоволі запливли сльозами.</w:t>
      </w:r>
    </w:p>
    <w:p>
      <w:r>
        <w:br/>
        <w:t>— Я розумію,— сказав зворушений батько,— розумію, чого ти виїжджаєш раніше. Серцю не закажеш... Любить вона його... А ви обоє мої діти, обох вас шкода...— І він одвернувся.</w:t>
      </w:r>
    </w:p>
    <w:p>
      <w:r>
        <w:br/>
        <w:t>— Прощайте, тату!</w:t>
      </w:r>
    </w:p>
    <w:p>
      <w:r>
        <w:br/>
        <w:t>Тетяна відчула на своїй щоці холодні крижинки.</w:t>
      </w:r>
    </w:p>
    <w:p>
      <w:r>
        <w:br/>
        <w:t>— Не забувай, дочко... є в тебе батько, є в тебе мати...</w:t>
      </w:r>
    </w:p>
    <w:p>
      <w:r>
        <w:br/>
        <w:t>— Приїду. На літні канікули ждіть мене... Приїду... Вдарило два дзвінки. Пролунав над полями гудок паровоза,</w:t>
      </w:r>
    </w:p>
    <w:p>
      <w:r>
        <w:br/>
        <w:t>і поїзд поволі рушив від станції.</w:t>
      </w:r>
    </w:p>
    <w:p>
      <w:r>
        <w:br/>
        <w:t>На пероні стояв батько, сумними очима проводжаючи поїзд. Ось за поворотом зник паровоз, зник останній вагон, і тільки виднілися ще густі клубки диму, що, припадаючи до засніжених обочин, танули й розвіювались непомітно...</w:t>
      </w:r>
    </w:p>
    <w:p>
      <w:r>
        <w:br/>
        <w:t>Січень, 1941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