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Серенада</w:t>
      </w:r>
    </w:p>
    <w:p>
      <w:r>
        <w:br/>
        <w:t xml:space="preserve"> Говорять зорі, пливучи над морем:&lt;br /&gt;</w:t>
        <w:br/>
        <w:t>"Не спи, вродлива Люно, подивися:&lt;br /&gt;</w:t>
        <w:br/>
        <w:t>Мандруємо ми світовим простором,&lt;br /&gt;</w:t>
        <w:br/>
        <w:t>Вродлива Люно, вище підведися!&lt;br /&gt;</w:t>
        <w:br/>
        <w:t>Ми спинимося, де мала кімната,&lt;br /&gt;</w:t>
        <w:br/>
        <w:t>Сестра лежить там наша, сном пойнята&lt;br /&gt;</w:t>
        <w:br/>
        <w:t>Сестру смагляву, що сіяє юно,&lt;br /&gt;</w:t>
        <w:br/>
        <w:t>Нам чарівник украв, о мати Люно!"</w:t>
      </w:r>
    </w:p>
    <w:p>
      <w:r>
        <w:br/>
        <w:t>З горбів озвались пінії високі&lt;br /&gt;</w:t>
        <w:br/>
        <w:t>I край потоку вільхи тихолисті:&lt;br /&gt;</w:t>
        <w:br/>
        <w:t>"О зорі мандрівні і ясноокі,&lt;br /&gt;</w:t>
        <w:br/>
        <w:t>Які пусті розносите ви вісті!&lt;br /&gt;</w:t>
        <w:br/>
        <w:t>Вона з'явилась нам, як німфа, в травні,&lt;br /&gt;</w:t>
        <w:br/>
        <w:t>Де стрункостанний лавр і буки славні,&lt;br /&gt;</w:t>
        <w:br/>
        <w:t>I буде місце те повік привітне:&lt;br /&gt;</w:t>
        <w:br/>
        <w:t>Там соловій співає, роза квітне".</w:t>
      </w:r>
    </w:p>
    <w:p>
      <w:r>
        <w:br/>
        <w:t>I затопають білі зорі в море,&lt;br /&gt;</w:t>
        <w:br/>
        <w:t>I гори, і долини — все німіє.&lt;br /&gt;</w:t>
        <w:br/>
        <w:t>Немов кімната, де печаль і горе&lt;br /&gt;</w:t>
        <w:br/>
        <w:t>Заснули людські, вся земля темніє.&lt;br /&gt;</w:t>
        <w:br/>
        <w:t>Яка коротка ніч, моя прекрасна!&lt;br /&gt;</w:t>
        <w:br/>
        <w:t>Уже щебече в лісі птиця щасна.&lt;br /&gt;</w:t>
        <w:br/>
        <w:t>Балкон твій білить майове світання,&lt;br /&gt;</w:t>
        <w:br/>
        <w:t>Душі твоїй бринить його вітання!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Серенада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