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Середньовічні візії</w:t>
      </w:r>
    </w:p>
    <w:p>
      <w:r>
        <w:br/>
        <w:t xml:space="preserve"> 1.</w:t>
      </w:r>
    </w:p>
    <w:p>
      <w:r>
        <w:br/>
        <w:t>допоки цих филистимлян&lt;br /&gt;</w:t>
        <w:br/>
        <w:t>лисиці не усіх спалили&lt;br /&gt;</w:t>
        <w:br/>
        <w:t>допоки крутиться земля&lt;br /&gt;</w:t>
        <w:br/>
        <w:t>і меч архангела гаврила&lt;br /&gt;</w:t>
        <w:br/>
        <w:t>подібен гострому хресту&lt;br /&gt;</w:t>
        <w:br/>
        <w:t>пора не виходити з дому</w:t>
      </w:r>
    </w:p>
    <w:p>
      <w:r>
        <w:br/>
        <w:t>тобі печернику старому&lt;br /&gt;</w:t>
        <w:br/>
        <w:t>дано корону і фартух&lt;br /&gt;</w:t>
        <w:br/>
        <w:t>і тліють єретицькі мощі&lt;br /&gt;</w:t>
        <w:br/>
        <w:t>і голосно смієшся ти</w:t>
      </w:r>
    </w:p>
    <w:p>
      <w:r>
        <w:br/>
        <w:t>лисиці також хрестоносці&lt;br /&gt;</w:t>
        <w:br/>
        <w:t>коли штахетові щити</w:t>
      </w:r>
    </w:p>
    <w:p>
      <w:r>
        <w:br/>
        <w:t>2.</w:t>
      </w:r>
    </w:p>
    <w:p>
      <w:r>
        <w:br/>
        <w:t>о недоречна прадавня буколіка&lt;br /&gt;</w:t>
        <w:br/>
        <w:t>казка приречена&lt;br /&gt;</w:t>
        <w:br/>
        <w:t>доброго вечора черепе йорика&lt;br /&gt;</w:t>
        <w:br/>
        <w:t>доброго вечора</w:t>
      </w:r>
    </w:p>
    <w:p>
      <w:r>
        <w:br/>
        <w:t>кава застигла дитя ненароджене&lt;br /&gt;</w:t>
        <w:br/>
        <w:t>криком заходиться&lt;br /&gt;</w:t>
        <w:br/>
        <w:t>вухо ван гога у небі порожньому&lt;br /&gt;</w:t>
        <w:br/>
        <w:t>як богородиця</w:t>
      </w:r>
    </w:p>
    <w:p>
      <w:r>
        <w:br/>
        <w:t>вже не знайти на землі ані каменя&lt;br /&gt;</w:t>
        <w:br/>
        <w:t>не філософського&lt;br /&gt;</w:t>
        <w:br/>
        <w:t>радо виводить хвалу пеліканові&lt;br /&gt;</w:t>
        <w:br/>
        <w:t>хор березовського</w:t>
      </w:r>
    </w:p>
    <w:p>
      <w:r>
        <w:br/>
        <w:t>3.</w:t>
      </w:r>
    </w:p>
    <w:p>
      <w:r>
        <w:br/>
        <w:t>графине&lt;br /&gt;</w:t>
        <w:br/>
        <w:t>вашої руки&lt;br /&gt;</w:t>
        <w:br/>
        <w:t>не дочекати сателіту&lt;br /&gt;</w:t>
        <w:br/>
        <w:t>доісторичні павуки&lt;br /&gt;</w:t>
        <w:br/>
        <w:t>плетуть останню сіть завіту</w:t>
      </w:r>
    </w:p>
    <w:p>
      <w:r>
        <w:br/>
        <w:t>дуель скінчилась восени&lt;br /&gt;</w:t>
        <w:br/>
        <w:t>я стятий шаблею бродяги&lt;br /&gt;</w:t>
        <w:br/>
        <w:t>і зброєносець сатани&lt;br /&gt;</w:t>
        <w:br/>
        <w:t>зриває з жердок наші стяги</w:t>
      </w:r>
    </w:p>
    <w:p>
      <w:r>
        <w:br/>
        <w:t>не відчиняйте вікна в сад&lt;br /&gt;</w:t>
        <w:br/>
        <w:t>шепочуть птахи плачуть пальми&lt;br /&gt;</w:t>
        <w:br/>
        <w:t>крокує дикий азіят&lt;br /&gt;</w:t>
        <w:br/>
        <w:t>до вашої святої спальні</w:t>
      </w:r>
    </w:p>
    <w:p>
      <w:r>
        <w:br/>
        <w:t>4.</w:t>
      </w:r>
    </w:p>
    <w:p>
      <w:r>
        <w:br/>
        <w:t>шамани сплять&lt;br /&gt;</w:t>
        <w:br/>
        <w:t>шаманам сниться&lt;br /&gt;</w:t>
        <w:br/>
        <w:t>не андалузький гордий герб&lt;br /&gt;</w:t>
        <w:br/>
        <w:t>твоя червона колісниця&lt;br /&gt;</w:t>
        <w:br/>
        <w:t>на тлі малоросійських верб</w:t>
      </w:r>
    </w:p>
    <w:p>
      <w:r>
        <w:br/>
        <w:t>наворожили і неначе&lt;br /&gt;</w:t>
        <w:br/>
        <w:t>вся кров злилась до голови&lt;br /&gt;</w:t>
        <w:br/>
        <w:t>сушені крила кажанячі&lt;br /&gt;</w:t>
        <w:br/>
        <w:t>позаторішній кал сови&lt;br /&gt;</w:t>
        <w:br/>
        <w:t>сімнадцяте ребро тритона&lt;br /&gt;</w:t>
        <w:br/>
        <w:t>і пригорілі таргани…</w:t>
      </w:r>
    </w:p>
    <w:p>
      <w:r>
        <w:br/>
        <w:t>з твого лицарського загону&lt;br /&gt;</w:t>
        <w:br/>
        <w:t>лишились вірні три струни</w:t>
      </w:r>
    </w:p>
    <w:p>
      <w:r>
        <w:br/>
        <w:t>і гриф</w:t>
      </w:r>
    </w:p>
    <w:p>
      <w:r>
        <w:br/>
        <w:t>над голови злітає&lt;br /&gt;</w:t>
        <w:br/>
        <w:t>і попід вербами в ставі&lt;br /&gt;</w:t>
        <w:br/>
        <w:t>німої риби буйна зграя&lt;br /&gt;</w:t>
        <w:br/>
        <w:t>і поцілунки неживі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Середньовічні візії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