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Середина літа</w:t>
      </w:r>
    </w:p>
    <w:p>
      <w:r>
        <w:br/>
        <w:t xml:space="preserve"> Спекотно. Плавиться кораблик.&lt;br /&gt;</w:t>
        <w:br/>
        <w:t>Бугаз куняє і Куяльиик.&lt;br /&gt;</w:t>
        <w:br/>
        <w:t>Ще молода, тому й сердита,&lt;br /&gt;</w:t>
        <w:br/>
        <w:t>бджола дзижчить у хатці з літер,&lt;br /&gt;</w:t>
        <w:br/>
        <w:t>заснула. Видиться палац —&lt;br /&gt;</w:t>
        <w:br/>
        <w:t>і ця мовчанкою впилась!</w:t>
      </w:r>
    </w:p>
    <w:p>
      <w:r>
        <w:br/>
        <w:t>Якщо мовчать, то вже мовчать:&lt;br /&gt;</w:t>
        <w:br/>
        <w:t>в кіно ні звуку, тільки титри…</w:t>
      </w:r>
    </w:p>
    <w:p>
      <w:r>
        <w:br/>
        <w:t>Та ось гряде із літа Літо,&lt;br /&gt;</w:t>
        <w:br/>
        <w:t>як божий глас із приймача! —&lt;br /&gt;</w:t>
        <w:br/>
        <w:t>і годі взнати, що є степом,&lt;br /&gt;</w:t>
        <w:br/>
        <w:t>що — морем…&lt;br /&gt;</w:t>
        <w:br/>
        <w:t>Нині, саме нам,&lt;br /&gt;</w:t>
        <w:br/>
        <w:t>що: черво-липень?&lt;br /&gt;</w:t>
        <w:br/>
        <w:t>липо-серпень?&lt;br /&gt;</w:t>
        <w:br/>
        <w:t>Ах, есть солодші імена!&lt;br /&gt;</w:t>
        <w:br/>
        <w:t>Та понад знані солодощі&lt;br /&gt;</w:t>
        <w:br/>
        <w:t>за пильним птаством, навздогін,&lt;br /&gt;</w:t>
        <w:br/>
        <w:t>вітрисько — хлопчик середульший&lt;br /&gt;</w:t>
        <w:br/>
        <w:t>благих бажань, а не стихій, —&lt;br /&gt;</w:t>
        <w:br/>
        <w:t>ударив! Світ загородив!&lt;br /&gt;</w:t>
        <w:br/>
        <w:t>Бджолу сердешну розбудив…&lt;br /&gt;</w:t>
        <w:br/>
        <w:t>(Молода і сердита бджола&lt;br /&gt;</w:t>
        <w:br/>
        <w:t>налетіла і меду дала.</w:t>
      </w:r>
    </w:p>
    <w:p>
      <w:r>
        <w:br/>
        <w:t>Молодій і сердитій бджолі —&lt;br /&gt;</w:t>
        <w:br/>
        <w:t>що їй треба на пізнім чолі?&lt;br /&gt;</w:t>
        <w:br/>
        <w:t>На запізненім, перепізненім,&lt;br /&gt;</w:t>
        <w:br/>
        <w:t>чорнім — сонечку завдяки…)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Середина літа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