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Сердитий Юрчик</w:t>
      </w:r>
    </w:p>
    <w:p>
      <w:r>
        <w:br/>
        <w:t xml:space="preserve"> &lt;p&gt;ПЛЮСНУЛО, ЛУСНУЛО ТА Й НЕМА</w:t>
      </w:r>
    </w:p>
    <w:p>
      <w:r>
        <w:br/>
        <w:t>Високо в небі літали дощові краплини, гукали одна одній:</w:t>
      </w:r>
    </w:p>
    <w:p>
      <w:r>
        <w:br/>
        <w:t>— Гей, збираймося докупи та станемо чорною хмарою!</w:t>
      </w:r>
    </w:p>
    <w:p>
      <w:r>
        <w:br/>
        <w:t>Незабаром з них справді утворилася чорна хмара.</w:t>
      </w:r>
    </w:p>
    <w:p>
      <w:r>
        <w:br/>
        <w:t>А краплинки не вгавають, кричать:</w:t>
      </w:r>
    </w:p>
    <w:p>
      <w:r>
        <w:br/>
        <w:t>— Ой, гарно як! Ой, як нас багато! Давайте поллємося на землю дощем! Тільки треба вітру та грому...</w:t>
      </w:r>
    </w:p>
    <w:p>
      <w:r>
        <w:br/>
        <w:t>А тут де не взявся вітер, де не взявся грім. Як торохне! Блискавка як блисне!</w:t>
      </w:r>
    </w:p>
    <w:p>
      <w:r>
        <w:br/>
        <w:t>А тоді й сипнув з хмари дощ.</w:t>
      </w:r>
    </w:p>
    <w:p>
      <w:r>
        <w:br/>
        <w:t>Колгоспники радіють, кажуть:</w:t>
      </w:r>
    </w:p>
    <w:p>
      <w:r>
        <w:br/>
        <w:t>— От хороше. От добре. Буде у нас урожай. Буде у нас хліб і картопля!</w:t>
      </w:r>
    </w:p>
    <w:p>
      <w:r>
        <w:br/>
        <w:t>Діти теж радіють. Вискочив Юрчик з хати, бігає під дощем та виспівує:</w:t>
      </w:r>
    </w:p>
    <w:p>
      <w:r>
        <w:br/>
        <w:t>— Дощику, дощику, припусти, припусти, на колгоспні капусти, на зелене листя бригадира Христі!</w:t>
      </w:r>
    </w:p>
    <w:p>
      <w:r>
        <w:br/>
        <w:t>Але там, за хмарами, була ще одна краплина, що дуже пишалася та величалася.</w:t>
      </w:r>
    </w:p>
    <w:p>
      <w:r>
        <w:br/>
        <w:t>— Пхе,— казала вона, позираючи згорда на подружок своїх,— хай купчаться та збираються, на землю дощем падають. Пуста то затія. Буде з них дощу, як кіт наплакав. Ось я, як зірвуся, як на землю впаду,— затоплю всі ліси і поля!</w:t>
      </w:r>
    </w:p>
    <w:p>
      <w:r>
        <w:br/>
        <w:t>Одірвалася і з розгону упала в калюжу.</w:t>
      </w:r>
    </w:p>
    <w:p>
      <w:r>
        <w:br/>
        <w:t>Ну й що ж?</w:t>
      </w:r>
    </w:p>
    <w:p>
      <w:r>
        <w:br/>
        <w:t>Плюснуло, луснуло та й нема!</w:t>
      </w:r>
    </w:p>
    <w:p>
      <w:r>
        <w:br/>
        <w:t>ЯКЕ Ж ЦЕ СІНО — САМА СУХА ТРАВА</w:t>
      </w:r>
    </w:p>
    <w:p>
      <w:r>
        <w:br/>
        <w:t>На літо Катруся і Юрчик поїхали до бабусі в село. В селі будиночки маленькі — хатами називаються.</w:t>
      </w:r>
    </w:p>
    <w:p>
      <w:r>
        <w:br/>
        <w:t>І в бабусі хата. Навколо хати садок росте, а в саду яблуні, груші, вишні... Ягоди і яблука ще зелені, їсти не можна ще. Так зате скільки тут затишних куточків! Заховайся та й грайся собі хоч до вечора.</w:t>
      </w:r>
    </w:p>
    <w:p>
      <w:r>
        <w:br/>
        <w:t>Знайшла Катруся криївочку за кущем чорної смородини, послала ряднину, каже Юрчикові:</w:t>
      </w:r>
    </w:p>
    <w:p>
      <w:r>
        <w:br/>
        <w:t>— Давай гратися.</w:t>
      </w:r>
    </w:p>
    <w:p>
      <w:r>
        <w:br/>
        <w:t>Довгенько гралися, аж чують — бабуся гукає:</w:t>
      </w:r>
    </w:p>
    <w:p>
      <w:r>
        <w:br/>
        <w:t>— Катрусе, Юрчику, де ви? На леваду ходімо, матраци свіженьким сінцем набивати!</w:t>
      </w:r>
    </w:p>
    <w:p>
      <w:r>
        <w:br/>
        <w:t>Катруся і Юрчик повилазили із своєї схованочки і скільки сили подалися на леваду.</w:t>
      </w:r>
    </w:p>
    <w:p>
      <w:r>
        <w:br/>
        <w:t>На леваді росли старі верби. На вербі сиділа сорока. Перескакувала з гілки на гілку, кричала:</w:t>
      </w:r>
    </w:p>
    <w:p>
      <w:r>
        <w:br/>
        <w:t>— Скрикуку, скрикуку, скрикуку!</w:t>
      </w:r>
    </w:p>
    <w:p>
      <w:r>
        <w:br/>
        <w:t>Трава на леваді була вже викошена, і бабуся поскладала її в гарненькі зелені копички.</w:t>
      </w:r>
    </w:p>
    <w:p>
      <w:r>
        <w:br/>
        <w:t>— Це сорока, це верби, це копички сухої трави,— клопотався Юрчик.— А от сіна й не видно. Бабусю, бабусю! — закричав він.— А чого тут тільки сорока, верби та три копички сухої трави? А де ж сіно? Ми дивилися, дивилися з Катрусею й не побачили...</w:t>
      </w:r>
    </w:p>
    <w:p>
      <w:r>
        <w:br/>
        <w:t>А бабуся посміхнулася, похитала головою й сказала:</w:t>
      </w:r>
    </w:p>
    <w:p>
      <w:r>
        <w:br/>
        <w:t>— Повиростали в місті, то й не знаєте, що до чого. Оця суха трава в копичках і називається сіном...</w:t>
      </w:r>
    </w:p>
    <w:p>
      <w:r>
        <w:br/>
        <w:t>— Ну ти ж глянь! — скрикнув Юрчик.— А я й не знав!</w:t>
      </w:r>
    </w:p>
    <w:p>
      <w:r>
        <w:br/>
        <w:t>— І я не знала,— обізвалася Катруся.</w:t>
      </w:r>
    </w:p>
    <w:p>
      <w:r>
        <w:br/>
        <w:t>— То будете знати.</w:t>
      </w:r>
    </w:p>
    <w:p>
      <w:r>
        <w:br/>
        <w:t>Розібрали копичку, понабивали матраци. Свіженьке сіно, м’якеньке, пахне. І так же гарно спати на ньому!</w:t>
      </w:r>
    </w:p>
    <w:p>
      <w:r>
        <w:br/>
        <w:t>РУКАВИЧКА І СТРУМОЧОК</w:t>
      </w:r>
    </w:p>
    <w:p>
      <w:r>
        <w:br/>
        <w:t>Юрчик каже Катрусі:</w:t>
      </w:r>
    </w:p>
    <w:p>
      <w:r>
        <w:br/>
        <w:t>— Хоч ти йди в ліс по дрова, а я дома сидітиму; хоч я дома сидітиму, а ти йди по дрова!</w:t>
      </w:r>
    </w:p>
    <w:p>
      <w:r>
        <w:br/>
        <w:t>— Подумаєш! — відповіла Катруся.— Я ще кращу обдурилочку знаю. Не віриш? То слухай. Спершу ти мене підвези, а як стомишся, я на тобі покатаюся.</w:t>
      </w:r>
    </w:p>
    <w:p>
      <w:r>
        <w:br/>
        <w:t>— Ач яка! — образився Юрчик.— Я так не хочу!</w:t>
      </w:r>
    </w:p>
    <w:p>
      <w:r>
        <w:br/>
        <w:t>— Хочеш чи не хочеш, а бери мотузку та й подамося в ліс.</w:t>
      </w:r>
    </w:p>
    <w:p>
      <w:r>
        <w:br/>
        <w:t>А Юрчикові не хочеться. Він і каже:</w:t>
      </w:r>
    </w:p>
    <w:p>
      <w:r>
        <w:br/>
        <w:t>— Як одгадаєш загадку, то піду. А не одгадаєш — сама йди.</w:t>
      </w:r>
    </w:p>
    <w:p>
      <w:r>
        <w:br/>
        <w:t>— Яка ж у тебе загадка?</w:t>
      </w:r>
    </w:p>
    <w:p>
      <w:r>
        <w:br/>
        <w:t>— А ось яка: плету хлівець на четверо овець. А п’ятий осібно. От і не вгадаєш!</w:t>
      </w:r>
    </w:p>
    <w:p>
      <w:r>
        <w:br/>
        <w:t>— Хоч і не відгадаю,— відповіла Катруся,— так і ти ж не відгадаєш. Ану, що воно буде? Біжу, біжу — не вибіжу; течу, течу — не витечу?</w:t>
      </w:r>
    </w:p>
    <w:p>
      <w:r>
        <w:br/>
        <w:t>Довго думали. І ні Юрчик, ні Катруся не відгадали. Це тому, що не глянули на назву оповіданнячка. А коли б глянули, то одгадали б відразу!</w:t>
      </w:r>
    </w:p>
    <w:p>
      <w:r>
        <w:br/>
        <w:t>СЕРДИТИЙ ЮРЧИК</w:t>
      </w:r>
    </w:p>
    <w:p>
      <w:r>
        <w:br/>
        <w:t>Юрчик сердитий, бо гратися в грязьку калюжу не пускають. Стоїть серед вулиці і так же доказує бабі: — Хоч піду додому, та не піду в двір; хоч піду в двір, та не піду в хату; хоч піду в хату, та не сяду за стіл; хоч сяду за стіл, та не буду їсти; хоч буду їсти, та не кислий борщ, не галушки рвані, а варенички в маслі, млинці у сметані!</w:t>
      </w:r>
    </w:p>
    <w:p>
      <w:r>
        <w:br/>
        <w:t>ХЛІБ СВЯТИЙ</w:t>
      </w:r>
    </w:p>
    <w:p>
      <w:r>
        <w:br/>
        <w:t>Принесла баба хліб з магазину. Катруся не голодна була. Покуштувала і аж ніс зморщила:</w:t>
      </w:r>
    </w:p>
    <w:p>
      <w:r>
        <w:br/>
        <w:t>— Фе, який поганий!</w:t>
      </w:r>
    </w:p>
    <w:p>
      <w:r>
        <w:br/>
        <w:t>Бабуся розсердилася і почала навчати внучку:</w:t>
      </w:r>
    </w:p>
    <w:p>
      <w:r>
        <w:br/>
        <w:t>— Так ніколи не можна говорити на хліб. Коли він чомусь не подобається, кажуть: "Хліб так негарно випечений..."</w:t>
      </w:r>
    </w:p>
    <w:p>
      <w:r>
        <w:br/>
        <w:t>— А Юрчик теж не шанує хліба,— насупилася Катруся.— Не доїв надворі кусочка і кинув на землю. Потім із Сергієм почали його футболити...</w:t>
      </w:r>
    </w:p>
    <w:p>
      <w:r>
        <w:br/>
        <w:t>— Ай, як негарно! — розгнівалася бабуся. І сказала внучці: — І сама ніколи так не роби, і Юрчикові не дозволяй. Не доїла — однеси у хлібницю поклади, пізніше доїси. А коли хтось кине на землю — накажи підібрати. Топтати хліб не можна. Хліб дає людям життя. Без хліба ж — голод, смерть. Скільки на світі людей перемерло без хліба! Хліб святий.</w:t>
      </w:r>
    </w:p>
    <w:p>
      <w:r>
        <w:br/>
        <w:t>Катруся задумалася. Потім притулилася до баби:</w:t>
      </w:r>
    </w:p>
    <w:p>
      <w:r>
        <w:br/>
        <w:t>— Я більш ніколи не буду погано казати про хліб і не розкидатиму. І Юрчикові не дозволю. Тільки не треба сердитися на мене. Приголуб мене...</w:t>
      </w:r>
    </w:p>
    <w:p>
      <w:r>
        <w:br/>
        <w:t>Бабуся поклала руку на голову внучці і пригорнула до себе.</w:t>
      </w:r>
    </w:p>
    <w:p>
      <w:r>
        <w:br/>
        <w:t>ЗДОРОВИЙ НІС МІЖ ОЧИМА ТА ДВОЄ ВУХ ЗА ПЛЕЧИМА</w:t>
      </w:r>
    </w:p>
    <w:p>
      <w:r>
        <w:br/>
        <w:t>Мама Катрусі накупила всяких олівців. І червоний олівець там був, і жовтий, і синій, і навіть коричневий.</w:t>
      </w:r>
    </w:p>
    <w:p>
      <w:r>
        <w:br/>
        <w:t>Сіла Катруся за стіл. Взялася малювати. Намалювала хатинку, трактора біля хатинки, а потім почала малювати Юрчика.</w:t>
      </w:r>
    </w:p>
    <w:p>
      <w:r>
        <w:br/>
        <w:t>Юрчик дуже вредний: завжди дражниться. Стане серед двору і вигукує:</w:t>
      </w:r>
    </w:p>
    <w:p>
      <w:r>
        <w:br/>
        <w:t>— Катерина гречку в’язала, Катерина правду казала, Катерину хлопці любили, в класі Катрі лоба набили... Отакенну нагнали гулю!</w:t>
      </w:r>
    </w:p>
    <w:p>
      <w:r>
        <w:br/>
        <w:t>А ту гулю не хлопці в класі Катрусі набили, а сама собі. Підмітала хату, стукнулась об стіл і набила. А все одно прикро, що Юрчик дражниться.</w:t>
      </w:r>
    </w:p>
    <w:p>
      <w:r>
        <w:br/>
        <w:t>"От постривай,— думає Катруся.— Коли ти про мене таке кажеш, то я за це так намалюю тебе, що й сам себе не пізнаєш!"</w:t>
      </w:r>
    </w:p>
    <w:p>
      <w:r>
        <w:br/>
        <w:t>Та й намалювала. Ось він, цей Юрчик. Бачите, який красень: здоровий ніс між очима та двоє вух за плечима!</w:t>
      </w:r>
    </w:p>
    <w:p>
      <w:r>
        <w:br/>
        <w:t>Ото щоб не дражнився!</w:t>
      </w:r>
    </w:p>
    <w:p>
      <w:r>
        <w:br/>
        <w:t>ЖАЛЬ, ТА НЕ ДУЖЕ; ПЛАКАЛА Б, ТА НЕ ХОЧЕТЬСЯ</w:t>
      </w:r>
    </w:p>
    <w:p>
      <w:r>
        <w:br/>
        <w:t>Піймав Юрчик Синичку. Сидить вона в клітці: Чого тільки не придумав Юрчик, щоб їй не скучно було! І брязкотельцями клітку обвішав, і намистинками, і біленькими черепочками оздобив.</w:t>
      </w:r>
    </w:p>
    <w:p>
      <w:r>
        <w:br/>
        <w:t>А Синичка — хоч ти їй що! Носа від черепочків верне, все в садок позира.</w:t>
      </w:r>
    </w:p>
    <w:p>
      <w:r>
        <w:br/>
        <w:t>А в саду вже осінь. Дерева пожовкли. Мжичка мжичить. Вночі заморозок упав на землю і все вкрив срібним інеєм.</w:t>
      </w:r>
    </w:p>
    <w:p>
      <w:r>
        <w:br/>
        <w:t>Дивиться на все це Синичка, очей не одірве від жовтого листя, Від мжички, від паморозі.</w:t>
      </w:r>
    </w:p>
    <w:p>
      <w:r>
        <w:br/>
        <w:t>Тоді Юрчик каже:</w:t>
      </w:r>
    </w:p>
    <w:p>
      <w:r>
        <w:br/>
        <w:t>— Ну, чого ти така? Чого тобі треба? Чого ти хочеш? Куди пориваєшся?</w:t>
      </w:r>
    </w:p>
    <w:p>
      <w:r>
        <w:br/>
        <w:t>— У ліс! — крикнула Синичка.</w:t>
      </w:r>
    </w:p>
    <w:p>
      <w:r>
        <w:br/>
        <w:t>— Та там же холодно: то вітер, то дощ, то мороз!</w:t>
      </w:r>
    </w:p>
    <w:p>
      <w:r>
        <w:br/>
        <w:t>— Байдуже! Не хочу в клітці, хочу в ліс!</w:t>
      </w:r>
    </w:p>
    <w:p>
      <w:r>
        <w:br/>
        <w:t>Зітхнув Юрчик. Одімкнув клітку, каже:</w:t>
      </w:r>
    </w:p>
    <w:p>
      <w:r>
        <w:br/>
        <w:t>— Лети. Але ж глянь! Як тут у клітці гарно, як все виблискує! Хіба тобі не жаль ні цих намистинок, ні черепочків, ні блискіток? Хіба тобі не хочеться заплакати з жалю?</w:t>
      </w:r>
    </w:p>
    <w:p>
      <w:r>
        <w:br/>
        <w:t>Випурхнула Синичка з клітки, сіла на гілочку, сказала:</w:t>
      </w:r>
    </w:p>
    <w:p>
      <w:r>
        <w:br/>
        <w:t>— Жаль мені, та не дуже! Плакала б, та не хочеться!</w:t>
      </w:r>
    </w:p>
    <w:p>
      <w:r>
        <w:br/>
        <w:t>І полетіла шукати своїх подружок-синичок.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Сердитий Юрчик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