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Семірко нас</w:t>
      </w:r>
    </w:p>
    <w:p>
      <w:r>
        <w:br/>
        <w:t xml:space="preserve"> Балада</w:t>
      </w:r>
    </w:p>
    <w:p>
      <w:r>
        <w:br/>
        <w:t>Що може знать про смерть дитя,&lt;br /&gt;</w:t>
        <w:br/>
        <w:t>Що зна – дитя просте,&lt;br /&gt;</w:t>
        <w:br/>
        <w:t>Що чує всім єством життя,&lt;br /&gt;</w:t>
        <w:br/>
        <w:t>І дихає, й росте?</w:t>
      </w:r>
    </w:p>
    <w:p>
      <w:r>
        <w:br/>
        <w:t>Зустрів я дівчинку в селі –&lt;br /&gt;</w:t>
        <w:br/>
        <w:t>Їй вісім літ було;&lt;br /&gt;</w:t>
        <w:br/>
        <w:t>Безладно кучері малій&lt;br /&gt;</w:t>
        <w:br/>
        <w:t>Спадали на чоло.</w:t>
      </w:r>
    </w:p>
    <w:p>
      <w:r>
        <w:br/>
        <w:t>Пістряве дрантячко на ній –&lt;br /&gt;</w:t>
        <w:br/>
        <w:t>Дитя лісовиків...&lt;br /&gt;</w:t>
        <w:br/>
        <w:t>А очі, очі – ой ясні!&lt;br /&gt;</w:t>
        <w:br/>
        <w:t>Аж серцем я зрадів.</w:t>
      </w:r>
    </w:p>
    <w:p>
      <w:r>
        <w:br/>
        <w:t>– Сестер, братів, скажи, мала,&lt;br /&gt;</w:t>
        <w:br/>
        <w:t>А скільки в тебе їх?&lt;br /&gt;</w:t>
        <w:br/>
        <w:t>Здивовано відповіла:&lt;br /&gt;</w:t>
        <w:br/>
        <w:t>– Семірко нас усіх.</w:t>
      </w:r>
    </w:p>
    <w:p>
      <w:r>
        <w:br/>
        <w:t>– А де вони? Скажи мені!&lt;br /&gt;</w:t>
        <w:br/>
        <w:t>– Нас семеро-таки.&lt;br /&gt;</w:t>
        <w:br/>
        <w:t>В Конвеї двоє, в чужині,&lt;br /&gt;</w:t>
        <w:br/>
        <w:t>А двоє – моряки.</w:t>
      </w:r>
    </w:p>
    <w:p>
      <w:r>
        <w:br/>
        <w:t>Ще двоє – там, за ворітьми,&lt;br /&gt;</w:t>
        <w:br/>
        <w:t>В могилках сплять тихцем.&lt;br /&gt;</w:t>
        <w:br/>
        <w:t>Та в хижі біля церкви ми&lt;br /&gt;</w:t>
        <w:br/>
        <w:t>Із матір'ю живем.</w:t>
      </w:r>
    </w:p>
    <w:p>
      <w:r>
        <w:br/>
        <w:t>– Ти кажеш: двоє в чужині,&lt;br /&gt;</w:t>
        <w:br/>
        <w:t>Ще двоє – моряки,&lt;br /&gt;</w:t>
        <w:br/>
        <w:t>І – сім вас! Поясни ж мені,&lt;br /&gt;</w:t>
        <w:br/>
        <w:t>Бо не візьму втямки.</w:t>
      </w:r>
    </w:p>
    <w:p>
      <w:r>
        <w:br/>
        <w:t>І повторя дівча ще раз:&lt;br /&gt;</w:t>
        <w:br/>
        <w:t>– Нас сім – братів, сестер.&lt;br /&gt;</w:t>
        <w:br/>
        <w:t>Сестричка й братик – двоє з нас&lt;br /&gt;</w:t>
        <w:br/>
        <w:t>Лежать в землі тепер.</w:t>
      </w:r>
    </w:p>
    <w:p>
      <w:r>
        <w:br/>
        <w:t>– Ось ти біжиш, бо ти – жива.&lt;br /&gt;</w:t>
        <w:br/>
        <w:t>Як ніжки лопотять!&lt;br /&gt;</w:t>
        <w:br/>
        <w:t>Якщо з сімох в могилі два,&lt;br /&gt;</w:t>
        <w:br/>
        <w:t>Тоді вас тільки п'ять.</w:t>
      </w:r>
    </w:p>
    <w:p>
      <w:r>
        <w:br/>
        <w:t>– Оті горбки – їх могилки, –&lt;br /&gt;</w:t>
        <w:br/>
        <w:t>Відповіло дівча. –&lt;br /&gt;</w:t>
        <w:br/>
        <w:t>Ось – дім, а там лежати їм&lt;br /&gt;</w:t>
        <w:br/>
        <w:t>Плечем та й до плеча.</w:t>
      </w:r>
    </w:p>
    <w:p>
      <w:r>
        <w:br/>
        <w:t>Бува, панчоху там плету,&lt;br /&gt;</w:t>
        <w:br/>
        <w:t>Хустинку підрублю,&lt;br /&gt;</w:t>
        <w:br/>
        <w:t>А то роботу відкладу&lt;br /&gt;</w:t>
        <w:br/>
        <w:t>І пісеньку їм шлю.</w:t>
      </w:r>
    </w:p>
    <w:p>
      <w:r>
        <w:br/>
        <w:t>Як сіло сонечко в бору&lt;br /&gt;</w:t>
        <w:br/>
        <w:t>І вітерець затих,&lt;br /&gt;</w:t>
        <w:br/>
        <w:t>Тоді я мисочку беру –&lt;br /&gt;</w:t>
        <w:br/>
        <w:t>Вечерять біля них.</w:t>
      </w:r>
    </w:p>
    <w:p>
      <w:r>
        <w:br/>
        <w:t>Померла перша Джейн, сестра, –&lt;br /&gt;</w:t>
        <w:br/>
        <w:t>Стогнала день і ніч.&lt;br /&gt;</w:t>
        <w:br/>
        <w:t>Та зжаливсь Бог – прийшла пора:&lt;br /&gt;</w:t>
        <w:br/>
        <w:t>Пішла сестричка пріч.</w:t>
      </w:r>
    </w:p>
    <w:p>
      <w:r>
        <w:br/>
        <w:t>На цвинтарі їй сниться сон...&lt;br /&gt;</w:t>
        <w:br/>
        <w:t>А восени, хлоп'я,&lt;br /&gt;</w:t>
        <w:br/>
        <w:t>Кругом могилки бігав Джон,&lt;br /&gt;</w:t>
        <w:br/>
        <w:t>А доганяла я.</w:t>
      </w:r>
    </w:p>
    <w:p>
      <w:r>
        <w:br/>
        <w:t>Коли ж сніжочок забілів –&lt;br /&gt;</w:t>
        <w:br/>
        <w:t>Ох, ковзатись лишень! –&lt;br /&gt;</w:t>
        <w:br/>
        <w:t>Та Джон, мій братик, захворів,&lt;br /&gt;</w:t>
        <w:br/>
        <w:t>І ліг він біля Джейн.</w:t>
      </w:r>
    </w:p>
    <w:p>
      <w:r>
        <w:br/>
        <w:t>– Як двійко в небеса пішло, –&lt;br /&gt;</w:t>
        <w:br/>
        <w:t>Питаю, – скільки ж вас?&lt;br /&gt;</w:t>
        <w:br/>
        <w:t>І вмить дівча відповіло:&lt;br /&gt;</w:t>
        <w:br/>
        <w:t>– Семірко, пане, нас.</w:t>
      </w:r>
    </w:p>
    <w:p>
      <w:r>
        <w:br/>
        <w:t>– Але ж померли двоє ті!&lt;br /&gt;</w:t>
        <w:br/>
        <w:t>І жить на небі їм...&lt;br /&gt;</w:t>
        <w:br/>
        <w:t>Та затялась – не збить з путі:&lt;br /&gt;</w:t>
        <w:br/>
        <w:t>– О ні, усіх нас – сім!</w:t>
      </w:r>
    </w:p>
    <w:p>
      <w:r>
        <w:br/>
      </w:r>
    </w:p>
    <w:p>
      <w:r>
        <w:br/>
        <w:t>Переклад О. Мокровольського</w:t>
      </w:r>
    </w:p>
    <w:p>
      <w:r>
        <w:br/>
        <w:t>Джерело : www.ukrcenter.com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Семірко нас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