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Селянські діти</w:t>
      </w:r>
    </w:p>
    <w:p>
      <w:r>
        <w:br/>
        <w:t xml:space="preserve"> Ізнов на селі я. Ходжу полювати,&lt;br /&gt;</w:t>
        <w:br/>
        <w:t>Віршую потроху — і легко так жить.&lt;br /&gt;</w:t>
        <w:br/>
        <w:t>Учора, по вловах, не йшовши й до хати,&lt;br /&gt;</w:t>
        <w:br/>
        <w:t>На сіні в сараї я ліг відпочить.&lt;br /&gt;</w:t>
        <w:br/>
        <w:t>Заснув та й прокинувсь: у шпари широкі&lt;br /&gt;</w:t>
        <w:br/>
        <w:t>Проміння веселого ллються струмки,&lt;br /&gt;</w:t>
        <w:br/>
        <w:t>Воркує голубка; в блакиті глибокій&lt;br /&gt;</w:t>
        <w:br/>
        <w:t>Кричать молоденькі граки,&lt;br /&gt;</w:t>
        <w:br/>
        <w:t>Ще й інша майнула над стріхою птиця —&lt;br /&gt;</w:t>
        <w:br/>
        <w:t>По тіні ворону я зразу пізнав;&lt;br /&gt;</w:t>
        <w:br/>
        <w:t>О! Хтось там шепоче! У шпарах очиці&lt;br /&gt;</w:t>
        <w:br/>
        <w:t>Мов хто на разок нанизав!&lt;br /&gt;</w:t>
        <w:br/>
        <w:t>І карі, і сині блищать там, і сірі,-&lt;br /&gt;</w:t>
        <w:br/>
        <w:t>Неначебто цвіт польовий.&lt;br /&gt;</w:t>
        <w:br/>
        <w:t>В них спокій і воля, і радощі щирі,&lt;br /&gt;</w:t>
        <w:br/>
        <w:t>І добрості відсвіт ясний.&lt;br /&gt;</w:t>
        <w:br/>
        <w:t>Люблю я цей погляд дитячого ока,&lt;br /&gt;</w:t>
        <w:br/>
        <w:t>Де фальшу немає й сліда!&lt;br /&gt;</w:t>
        <w:br/>
        <w:t>Завмер я: душа схвилювалась глибоко...&lt;br /&gt;</w:t>
        <w:br/>
        <w:t>О! Шепчуться знов!</w:t>
      </w:r>
    </w:p>
    <w:p>
      <w:r>
        <w:br/>
        <w:t>Перший голос</w:t>
      </w:r>
    </w:p>
    <w:p>
      <w:r>
        <w:br/>
        <w:t>Борода!</w:t>
      </w:r>
    </w:p>
    <w:p>
      <w:r>
        <w:br/>
        <w:t>Другий</w:t>
      </w:r>
    </w:p>
    <w:p>
      <w:r>
        <w:br/>
        <w:t>А пан, говорили!..</w:t>
      </w:r>
    </w:p>
    <w:p>
      <w:r>
        <w:br/>
        <w:t>Третій</w:t>
      </w:r>
    </w:p>
    <w:p>
      <w:r>
        <w:br/>
        <w:t>Та тихше, чорти ви!</w:t>
      </w:r>
    </w:p>
    <w:p>
      <w:r>
        <w:br/>
        <w:t>Другий</w:t>
      </w:r>
    </w:p>
    <w:p>
      <w:r>
        <w:br/>
        <w:t>Панам лише вуса годиться носить!</w:t>
      </w:r>
    </w:p>
    <w:p>
      <w:r>
        <w:br/>
        <w:t>Перший</w:t>
      </w:r>
    </w:p>
    <w:p>
      <w:r>
        <w:br/>
        <w:t>А ноги, бач, довгі, і сам уже сивий...</w:t>
      </w:r>
    </w:p>
    <w:p>
      <w:r>
        <w:br/>
        <w:t>Четвертий</w:t>
      </w:r>
    </w:p>
    <w:p>
      <w:r>
        <w:br/>
        <w:t>Дивися, на шапці годинник лежить!</w:t>
      </w:r>
    </w:p>
    <w:p>
      <w:r>
        <w:br/>
        <w:t>П'ятий</w:t>
      </w:r>
    </w:p>
    <w:p>
      <w:r>
        <w:br/>
        <w:t>От штука, так штука!</w:t>
      </w:r>
    </w:p>
    <w:p>
      <w:r>
        <w:br/>
        <w:t>Шостий</w:t>
      </w:r>
    </w:p>
    <w:p>
      <w:r>
        <w:br/>
        <w:t>Ланцюг золочений...</w:t>
      </w:r>
    </w:p>
    <w:p>
      <w:r>
        <w:br/>
        <w:t>Сьомий</w:t>
      </w:r>
    </w:p>
    <w:p>
      <w:r>
        <w:br/>
        <w:t>О, річ недешева!</w:t>
      </w:r>
    </w:p>
    <w:p>
      <w:r>
        <w:br/>
        <w:t>Восьмий</w:t>
      </w:r>
    </w:p>
    <w:p>
      <w:r>
        <w:br/>
        <w:t>Як сонце горить!</w:t>
      </w:r>
    </w:p>
    <w:p>
      <w:r>
        <w:br/>
        <w:t>Дев'ятий</w:t>
      </w:r>
    </w:p>
    <w:p>
      <w:r>
        <w:br/>
        <w:t>А онде собака — який здоровенний!&lt;br /&gt;</w:t>
        <w:br/>
        <w:t>Вода з язика, бач, біжить.</w:t>
      </w:r>
    </w:p>
    <w:p>
      <w:r>
        <w:br/>
        <w:t>П'ятий</w:t>
      </w:r>
    </w:p>
    <w:p>
      <w:r>
        <w:br/>
        <w:t>Рушниця! поглянь-но: стволи які, нене!&lt;br /&gt;</w:t>
        <w:br/>
        <w:t>Замочки різні!..</w:t>
      </w:r>
    </w:p>
    <w:p>
      <w:r>
        <w:br/>
        <w:t>Третій</w:t>
      </w:r>
    </w:p>
    <w:p>
      <w:r>
        <w:br/>
        <w:t>(перелякано)</w:t>
      </w:r>
    </w:p>
    <w:p>
      <w:r>
        <w:br/>
        <w:t>Він не спить!</w:t>
      </w:r>
    </w:p>
    <w:p>
      <w:r>
        <w:br/>
        <w:t>Четвертий</w:t>
      </w:r>
    </w:p>
    <w:p>
      <w:r>
        <w:br/>
        <w:t>Нічого, мовчи! Ще постоїм хвилину!</w:t>
      </w:r>
    </w:p>
    <w:p>
      <w:r>
        <w:br/>
        <w:t>Третій</w:t>
      </w:r>
    </w:p>
    <w:p>
      <w:r>
        <w:br/>
        <w:t>Поб'є...</w:t>
      </w:r>
    </w:p>
    <w:p>
      <w:r>
        <w:br/>
        <w:t>Налякались маленькі шпиги&lt;br /&gt;</w:t>
        <w:br/>
        <w:t>І кинулись геть: так, зачувши людину,&lt;br /&gt;</w:t>
        <w:br/>
        <w:t>Злітають меткі горобці над стоги!&lt;br /&gt;</w:t>
        <w:br/>
        <w:t>Затих я, примружився — знову з'явились&lt;br /&gt;</w:t>
        <w:br/>
        <w:t>У шпарах очиці ясні.&lt;br /&gt;</w:t>
        <w:br/>
        <w:t>На все біля мене вони роздивились&lt;br /&gt;</w:t>
        <w:br/>
        <w:t>І винесли присуд мені:&lt;br /&gt;</w:t>
        <w:br/>
        <w:t>— Куди вже такому бідасі охота!&lt;br /&gt;</w:t>
        <w:br/>
        <w:t>Лежав би собі на печі!&lt;br /&gt;</w:t>
        <w:br/>
        <w:t>І видно — не пан він: як їхав з болота,&lt;br /&gt;</w:t>
        <w:br/>
        <w:t>Так поруч з Гаврилом...— "Почує, мовчи!"</w:t>
      </w:r>
    </w:p>
    <w:p>
      <w:r>
        <w:br/>
        <w:t>О, милі плутяги! Хто з ними зазнався,&lt;br /&gt;</w:t>
        <w:br/>
        <w:t>Той, вірю я, любить селянських дітей,&lt;br /&gt;</w:t>
        <w:br/>
        <w:t>Та навіть коли б ти їх гордо цурався,&lt;br /&gt;</w:t>
        <w:br/>
        <w:t>Читачу, як "роду низького людей",-&lt;br /&gt;</w:t>
        <w:br/>
        <w:t>Я все-таки мушу одверто сказати,&lt;br /&gt;</w:t>
        <w:br/>
        <w:t>Що заздрю малятам отим:&lt;br /&gt;</w:t>
        <w:br/>
        <w:t>В житті їх поезії так пребагато.&lt;br /&gt;</w:t>
        <w:br/>
        <w:t>Що й пещеним дітям не знати твоїм.&lt;br /&gt;</w:t>
        <w:br/>
        <w:t>Щасливий народ! Ні розкошів, ні книги&lt;br /&gt;</w:t>
        <w:br/>
        <w:t>Не відають змалку вони.&lt;br /&gt;</w:t>
        <w:br/>
        <w:t>Із ними ходив у грибні я набіги,&lt;br /&gt;</w:t>
        <w:br/>
        <w:t>Розкопував листя, обшукував пні,&lt;br /&gt;</w:t>
        <w:br/>
        <w:t>Грибну намагався затямить місцину,&lt;br /&gt;</w:t>
        <w:br/>
        <w:t>А вранці нізащо не міг відшукать.&lt;br /&gt;</w:t>
        <w:br/>
        <w:t>"Поглянь-но, Савосько, під ту деревину —&lt;br /&gt;</w:t>
        <w:br/>
        <w:t>Обручка там, бачиш!" Нагнулись ми, хвать&lt;br /&gt;</w:t>
        <w:br/>
        <w:t>Змію ухопили! Кусається, клята!&lt;br /&gt;</w:t>
        <w:br/>
        <w:t>Савоська регоче: "Попався спроста!"&lt;br /&gt;</w:t>
        <w:br/>
        <w:t>Та досить нам їх довелось повбивати&lt;br /&gt;</w:t>
        <w:br/>
        <w:t>І класти на дошки моста.&lt;br /&gt;</w:t>
        <w:br/>
        <w:t>Мабуть, ми за подвиги слави чекали,-&lt;br /&gt;</w:t>
        <w:br/>
        <w:t>А в нас же дорога велика була,&lt;br /&gt;</w:t>
        <w:br/>
        <w:t>Щоденно трудящі усякі снували&lt;br /&gt;</w:t>
        <w:br/>
        <w:t>По ній без числа.&lt;br /&gt;</w:t>
        <w:br/>
        <w:t>Канавокопач вологжанин,&lt;br /&gt;</w:t>
        <w:br/>
        <w:t>Лудильник, кравець і кушнір,&lt;br /&gt;</w:t>
        <w:br/>
        <w:t>А часом, бува, городянин&lt;br /&gt;</w:t>
        <w:br/>
        <w:t>Молитися мчить в монастир.&lt;br /&gt;</w:t>
        <w:br/>
        <w:t>Під наше зелене гілля берестове&lt;br /&gt;</w:t>
        <w:br/>
        <w:t>Натомлений люд відпочити спішив.&lt;br /&gt;</w:t>
        <w:br/>
        <w:t>Тут діти обступлять: почнуться розмови&lt;br /&gt;</w:t>
        <w:br/>
        <w:t>Про Київ, про турка, про тисячі див.&lt;br /&gt;</w:t>
        <w:br/>
        <w:t>Як інший хильне, тоді тільки держися —&lt;br /&gt;</w:t>
        <w:br/>
        <w:t>Почне з Волочка, до Казані дійде!&lt;br /&gt;</w:t>
        <w:br/>
        <w:t>Чухну передражнить, мордву, черемиса,&lt;br /&gt;</w:t>
        <w:br/>
        <w:t>І казкою втішить, і притчу складе:&lt;br /&gt;</w:t>
        <w:br/>
        <w:t>"Прощайте маленькі! Старайтесь найпаче&lt;br /&gt;</w:t>
        <w:br/>
        <w:t>На господа бога у всьому вважать:&lt;br /&gt;</w:t>
        <w:br/>
        <w:t>У нас був Вавило, за всіх найбагатший,&lt;br /&gt;</w:t>
        <w:br/>
        <w:t>Та здумав на бога якось нарікать,-&lt;br /&gt;</w:t>
        <w:br/>
        <w:t>Відтоді і схуд, і збіднів наш Вавило,&lt;br /&gt;</w:t>
        <w:br/>
        <w:t>Ні меду від бджіл, ні врожаю з ланів,&lt;br /&gt;</w:t>
        <w:br/>
        <w:t>І тільки в одному, бідасі, щастило,&lt;br /&gt;</w:t>
        <w:br/>
        <w:t>Що волос у носі довжезний чорнів..."&lt;br /&gt;</w:t>
        <w:br/>
        <w:t>А то ремісник розкладе все знаряддя —&lt;br /&gt;</w:t>
        <w:br/>
        <w:t>Рубанки, підпилки, долота, ножі:&lt;br /&gt;</w:t>
        <w:br/>
        <w:t>"Дивіться, чортята!" А діти і раді,&lt;br /&gt;</w:t>
        <w:br/>
        <w:t>Як лудиш, пиляєш — усе покажи!&lt;br /&gt;</w:t>
        <w:br/>
        <w:t>Під приказки власні засне перехожий,&lt;br /&gt;</w:t>
        <w:br/>
        <w:t>Малята до діла — пиляти й стругать!&lt;br /&gt;</w:t>
        <w:br/>
        <w:t>То пилку затуплять, що й глянуть негоже,&lt;br /&gt;</w:t>
        <w:br/>
        <w:t>Чи свердла зламають — та й ну утікать!&lt;br /&gt;</w:t>
        <w:br/>
        <w:t>Було так цілісінькі дні пролітали,&lt;br /&gt;</w:t>
        <w:br/>
        <w:t>Що інша людина, то й повість нова...</w:t>
      </w:r>
    </w:p>
    <w:p>
      <w:r>
        <w:br/>
        <w:t>Ух, жарко! Гриби до опівдня збирали,&lt;br /&gt;</w:t>
        <w:br/>
        <w:t>А вийшли із лісу — ріка лугова&lt;br /&gt;</w:t>
        <w:br/>
        <w:t>Синіє, мов стьожка, і в'ється у травах,&lt;br /&gt;</w:t>
        <w:br/>
        <w:t>Всі скинули одіж на берег свою —&lt;br /&gt;</w:t>
        <w:br/>
        <w:t>І стільки у річці голівок русявих,&lt;br /&gt;</w:t>
        <w:br/>
        <w:t>Неначе грибів на поляні в гаю!&lt;br /&gt;</w:t>
        <w:br/>
        <w:t>І сміху, і крику, і гомону повно,&lt;br /&gt;</w:t>
        <w:br/>
        <w:t>Тут бійка — не бійка і гра тут — не гра...&lt;br /&gt;</w:t>
        <w:br/>
        <w:t>А сонце їх літнє пече невимовно.&lt;br /&gt;</w:t>
        <w:br/>
        <w:t>Додому, малята! Обідать пора!&lt;br /&gt;</w:t>
        <w:br/>
        <w:t>Вернулись. У кожного козуб чималий,&lt;br /&gt;</w:t>
        <w:br/>
        <w:t>А скільки пригод! Той он зайця злякав,&lt;br /&gt;</w:t>
        <w:br/>
        <w:t>Піймав їжака той... Були заблукали&lt;br /&gt;</w:t>
        <w:br/>
        <w:t>Ще й бачили вовка... Ото настрахав!&lt;br /&gt;</w:t>
        <w:br/>
        <w:t>І мушок дають, і комах їжакові,&lt;br /&gt;</w:t>
        <w:br/>
        <w:t>Частує Корній молочком — не бере!&lt;br /&gt;</w:t>
        <w:br/>
        <w:t>Той ловить п'явки у водиці ставковій&lt;br /&gt;</w:t>
        <w:br/>
        <w:t>На лаві, де мати білизну пере,&lt;br /&gt;</w:t>
        <w:br/>
        <w:t>Той бавить маленьку сестру на горбочку,&lt;br /&gt;</w:t>
        <w:br/>
        <w:t>Той тягне женцеві відерце кваску,&lt;br /&gt;</w:t>
        <w:br/>
        <w:t>А той, підв'язавши під горло сорочку,&lt;br /&gt;</w:t>
        <w:br/>
        <w:t>Рисує узори якісь на піску,&lt;br /&gt;</w:t>
        <w:br/>
        <w:t>Хлюпочеться та у густім баговинні,&lt;br /&gt;</w:t>
        <w:br/>
        <w:t>А в тої новенький вінок:&lt;br /&gt;</w:t>
        <w:br/>
        <w:t>Там білі і жовті, червоні і сині,&lt;br /&gt;</w:t>
        <w:br/>
        <w:t>Усяких багато квіток.&lt;br /&gt;</w:t>
        <w:br/>
        <w:t>Ті сплять, ті танцюють собі без упину.&lt;br /&gt;</w:t>
        <w:br/>
        <w:t>Он дівчинка ловить плоху конячину,&lt;br /&gt;</w:t>
        <w:br/>
        <w:t>Піймала і їде на ній у село.&lt;br /&gt;</w:t>
        <w:br/>
        <w:t>Чи їй, що вродилась під сонцем, на волі,&lt;br /&gt;</w:t>
        <w:br/>
        <w:t>Що мати її принесла у приполі,&lt;br /&gt;</w:t>
        <w:br/>
        <w:t>Пристойно б конячки боятись було?..</w:t>
      </w:r>
    </w:p>
    <w:p>
      <w:r>
        <w:br/>
        <w:t>Пора грибобрання лише відлетіла,-&lt;br /&gt;</w:t>
        <w:br/>
        <w:t>Дивися-но, губи вже чорні у всіх.&lt;br /&gt;</w:t>
        <w:br/>
        <w:t>Набили оскому: чорниця поспіла!&lt;br /&gt;</w:t>
        <w:br/>
        <w:t>А там і малина, брусниця, горіх!&lt;br /&gt;</w:t>
        <w:br/>
        <w:t>Розкотистий гомін дитячої зграї&lt;br /&gt;</w:t>
        <w:br/>
        <w:t>Від ранку до ночі гримить у гаю.&lt;br /&gt;</w:t>
        <w:br/>
        <w:t>Тетеря, злякавшись, із трав вилітав&lt;br /&gt;</w:t>
        <w:br/>
        <w:t>І виводку кличе пухнату свою,&lt;br /&gt;</w:t>
        <w:br/>
        <w:t>Зайчатко сполохають — крику, содому!&lt;br /&gt;</w:t>
        <w:br/>
        <w:t>Глухар полинялий з безсилим крилом&lt;br /&gt;</w:t>
        <w:br/>
        <w:t>В кущі стрепенувся — ну, лихо старому!&lt;br /&gt;</w:t>
        <w:br/>
        <w:t>Несуть на село його діти гуртом...</w:t>
      </w:r>
    </w:p>
    <w:p>
      <w:r>
        <w:br/>
        <w:t>— Доволі, Ванюшо! Гуляв ти, дитятко,&lt;br /&gt;</w:t>
        <w:br/>
        <w:t>Тепер до роботи ходім! —&lt;br /&gt;</w:t>
        <w:br/>
        <w:t>Та навіть і праця до нього спочатку&lt;br /&gt;</w:t>
        <w:br/>
        <w:t>Обернеться красним обличчям своїм;&lt;br /&gt;</w:t>
        <w:br/>
        <w:t>Він бачить, як батько угноює поле,&lt;br /&gt;</w:t>
        <w:br/>
        <w:t>Як кидає зерно у землю пухку,&lt;br /&gt;</w:t>
        <w:br/>
        <w:t>Як потім ланок зеленіє поволі,&lt;br /&gt;</w:t>
        <w:br/>
        <w:t>Як повниться зерно в тяжкім колоску;&lt;br /&gt;</w:t>
        <w:br/>
        <w:t>От збіжжя достигле підріжуть серпами,&lt;br /&gt;</w:t>
        <w:br/>
        <w:t>В снопи перев'яжуть, до клуні звезуть,&lt;br /&gt;</w:t>
        <w:br/>
        <w:t>Просушать, молотять-молотять ціпами,&lt;br /&gt;</w:t>
        <w:br/>
        <w:t>А далі помелють і хліба спечуть.&lt;br /&gt;</w:t>
        <w:br/>
        <w:t>От свіжим хлібцем поласує хлоп'ятко&lt;br /&gt;</w:t>
        <w:br/>
        <w:t>І в поле з батьками охоче біжить.&lt;br /&gt;</w:t>
        <w:br/>
        <w:t>Сінця наберуть: "вилізай, бісенятко!"&lt;br /&gt;</w:t>
        <w:br/>
        <w:t>Ванюша на сіні мов цар той сидить.&lt;br /&gt;</w:t>
        <w:br/>
        <w:t>Та заздрість, одначе, в дворянській дитині&lt;br /&gt;</w:t>
        <w:br/>
        <w:t>Посіять було б мені жаль.&lt;br /&gt;</w:t>
        <w:br/>
        <w:t>Отож ми тепер показати повинні&lt;br /&gt;</w:t>
        <w:br/>
        <w:t>Із другого боку медаль.&lt;br /&gt;</w:t>
        <w:br/>
        <w:t>Звичайно, що хлопець селянський на волі,&lt;br /&gt;</w:t>
        <w:br/>
        <w:t>Нічого не вчившись, росте,&lt;br /&gt;</w:t>
        <w:br/>
        <w:t>Та виросте він, як билина у полі.&lt;br /&gt;</w:t>
        <w:br/>
        <w:t>Чи, може, й загине — нічого, пусте!&lt;br /&gt;</w:t>
        <w:br/>
        <w:t>Він знає, звичайно, стежки всі у гаї,&lt;br /&gt;</w:t>
        <w:br/>
        <w:t>Літа на коні, не боїться води,-&lt;br /&gt;</w:t>
        <w:br/>
        <w:t>Та люта його мошкара заїдає,&lt;br /&gt;</w:t>
        <w:br/>
        <w:t>Та рано хлопчині знайомі труди.</w:t>
      </w:r>
    </w:p>
    <w:p>
      <w:r>
        <w:br/>
        <w:t>Раз якось зимою в холодную пору&lt;br /&gt;</w:t>
        <w:br/>
        <w:t>Із лісу я вийшов; мороз так і гриз.&lt;br /&gt;</w:t>
        <w:br/>
        <w:t>Дивлюсь — підіймається тихо під гору&lt;br /&gt;</w:t>
        <w:br/>
        <w:t>Конячка, на санях вивозячи хмиз.&lt;br /&gt;</w:t>
        <w:br/>
        <w:t>Статечно простуючи з нею додому,&lt;br /&gt;</w:t>
        <w:br/>
        <w:t>Конячку під повід веде мужичок.&lt;br /&gt;</w:t>
        <w:br/>
        <w:t>В чоботях великих, в кожусі тяжкому,&lt;br /&gt;</w:t>
        <w:br/>
        <w:t>В старих рукавицях... а сам як грибок.&lt;br /&gt;</w:t>
        <w:br/>
        <w:t>— Здоров, парубище! — "Ану, не чіпай-но!"&lt;br /&gt;</w:t>
        <w:br/>
        <w:t>— Який же ти грізний, по правді скажу!&lt;br /&gt;</w:t>
        <w:br/>
        <w:t>А відки дрівця б то? — "Із лісу, звичайно.&lt;br /&gt;</w:t>
        <w:br/>
        <w:t>Там батько рубає, а я от вожу"&lt;br /&gt;</w:t>
        <w:br/>
        <w:t>(Здалека у лісі сокира дзвеніла).&lt;br /&gt;</w:t>
        <w:br/>
        <w:t>— А що, в твого батька велика сім'я? —&lt;br /&gt;</w:t>
        <w:br/>
        <w:t>"Сім'я-то велика, та що в ній за сила,&lt;br /&gt;</w:t>
        <w:br/>
        <w:t>Як два мужики лиш: мій батько та я".&lt;br /&gt;</w:t>
        <w:br/>
        <w:t>— А, он воно що! А як звать тебе? —&lt;br /&gt;</w:t>
        <w:br/>
        <w:t>"Власом!"&lt;br /&gt;</w:t>
        <w:br/>
        <w:t>— Котрий тобі рік? — "Та вже сьомий пішов!&lt;br /&gt;</w:t>
        <w:br/>
        <w:t>Ну, мертва!" — хлоп'ятко промовило басом&lt;br /&gt;</w:t>
        <w:br/>
        <w:t>І далі з конячкою рушило знов.&lt;br /&gt;</w:t>
        <w:br/>
        <w:t>Такий він малий був, хлопчак отой милий,&lt;br /&gt;</w:t>
        <w:br/>
        <w:t>Так сонячний промінь його осявав,&lt;br /&gt;</w:t>
        <w:br/>
        <w:t>Неначе те все із картону зліпили,&lt;br /&gt;</w:t>
        <w:br/>
        <w:t>Неначе в дитячий театр я попав!&lt;br /&gt;</w:t>
        <w:br/>
        <w:t>Та хлопчик був хлопчик живий, не ляльковий,&lt;br /&gt;</w:t>
        <w:br/>
        <w:t>І хмиз, і гринджоли, і коник рябий,&lt;br /&gt;</w:t>
        <w:br/>
        <w:t>І сяєво сонця холодне, зимове,&lt;br /&gt;</w:t>
        <w:br/>
        <w:t>І злеглого снігу вздовж вікон горби —&lt;br /&gt;</w:t>
        <w:br/>
        <w:t>Все справжнє, російське було перед мене&lt;br /&gt;</w:t>
        <w:br/>
        <w:t>З тавром смертодайним лихої зими,&lt;br /&gt;</w:t>
        <w:br/>
        <w:t>Що серце російське так любить, шалене,&lt;br /&gt;</w:t>
        <w:br/>
        <w:t>Що думи російські вселяє в уми.-&lt;br /&gt;</w:t>
        <w:br/>
        <w:t>Ті чесні думки, що немає їм волі,&lt;br /&gt;</w:t>
        <w:br/>
        <w:t>Що жоден гнобитель їх ще не зборов,&lt;br /&gt;</w:t>
        <w:br/>
        <w:t>Що в них так багато і гніву, і болю,&lt;br /&gt;</w:t>
        <w:br/>
        <w:t>Що в них — безконечна любов!&lt;br /&gt;</w:t>
        <w:br/>
        <w:t>Гуляйтеся ж, діти! Ростіть без тривоги!&lt;br /&gt;</w:t>
        <w:br/>
        <w:t>На те і дитинство у вас розцвіло,&lt;br /&gt;</w:t>
        <w:br/>
        <w:t>Щоб вічно любити це поле убоге,&lt;br /&gt;</w:t>
        <w:br/>
        <w:t>Щоб вічно воно дороге вам було.&lt;br /&gt;</w:t>
        <w:br/>
        <w:t>У правду народну ви вірте велику,&lt;br /&gt;</w:t>
        <w:br/>
        <w:t>Шануйте свій хліб трудовий,-&lt;br /&gt;</w:t>
        <w:br/>
        <w:t>І хай чарування дитячого віку&lt;br /&gt;</w:t>
        <w:br/>
        <w:t>Осяє вам сонцем туман гробовий!..&lt;br /&gt;</w:t>
        <w:br/>
        <w:t>Пора до початку вернутись настала.&lt;br /&gt;</w:t>
        <w:br/>
        <w:t>Смілішає, бачу, гостей моїх рій.&lt;br /&gt;</w:t>
        <w:br/>
        <w:t>— Злодії прийшли! — я гукнув до&lt;br /&gt;</w:t>
        <w:br/>
        <w:t>Фінгала,-&lt;br /&gt;</w:t>
        <w:br/>
        <w:t>— Вкрадуть нам усе! То ховай-бо мерщій! —&lt;br /&gt;</w:t>
        <w:br/>
        <w:t>Фінгалко мій, скорчивши міну важливу,&lt;br /&gt;</w:t>
        <w:br/>
        <w:t>Під сіно пожитки мої закопав,&lt;br /&gt;</w:t>
        <w:br/>
        <w:t>Ретельно сховав дичину особливо,&lt;br /&gt;</w:t>
        <w:br/>
        <w:t>В ногах мені ліг і сердито гарчав.&lt;br /&gt;</w:t>
        <w:br/>
        <w:t>Собачої тої премудрість науки&lt;br /&gt;</w:t>
        <w:br/>
        <w:t>Йому досконало відома була;&lt;br /&gt;</w:t>
        <w:br/>
        <w:t>Узявся такі витворяти він штуки,&lt;br /&gt;</w:t>
        <w:br/>
        <w:t>Що публіка з місця зійти не могла.&lt;br /&gt;</w:t>
        <w:br/>
        <w:t>От сміху та дива! Вже тут не до страху!&lt;br /&gt;</w:t>
        <w:br/>
        <w:t>Самі до команди: "Фінгалко, умри!"&lt;br /&gt;</w:t>
        <w:br/>
        <w:t>— Не застуй, Сергію! Пусти-бо, Кузяхо! —&lt;br /&gt;</w:t>
        <w:br/>
        <w:t>"Дивись — умирає".— З їх любої гри&lt;br /&gt;</w:t>
        <w:br/>
        <w:t>Я сам милувався, розлігшись на сіні,&lt;br /&gt;</w:t>
        <w:br/>
        <w:t>Та темно в сараї зробилось як стій:&lt;br /&gt;</w:t>
        <w:br/>
        <w:t>На сцені так раптом згущаються тіні,&lt;br /&gt;</w:t>
        <w:br/>
        <w:t>Як треба грозі зашуміти страшній.&lt;br /&gt;</w:t>
        <w:br/>
        <w:t>І справді: над стріхою грім розкотився,&lt;br /&gt;</w:t>
        <w:br/>
        <w:t>Ріка дощова у сарай потекла,&lt;br /&gt;</w:t>
        <w:br/>
        <w:t>Актор мій розумний загавкав-залився,&lt;br /&gt;</w:t>
        <w:br/>
        <w:t>А публіка драла дала!&lt;br /&gt;</w:t>
        <w:br/>
        <w:t>Широкі ворота з рипінням розкрились,&lt;br /&gt;</w:t>
        <w:br/>
        <w:t>Ударили в стінку, закрилися знов.&lt;br /&gt;</w:t>
        <w:br/>
        <w:t>Я виглянув: хмара вгорі клубочилась,&lt;br /&gt;</w:t>
        <w:br/>
        <w:t>І дощ на театр наш ішов.&lt;br /&gt;</w:t>
        <w:br/>
        <w:t>Під зливою босі малята втікали&lt;br /&gt;</w:t>
        <w:br/>
        <w:t>Швиденько до рідних дворів...&lt;br /&gt;</w:t>
        <w:br/>
        <w:t>Ми з вірним Фінгалом грозу переждали&lt;br /&gt;</w:t>
        <w:br/>
        <w:t>І вийшли шукать дупелів.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Селянські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