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 пісня не нова!...</w:t>
      </w:r>
    </w:p>
    <w:p>
      <w:r>
        <w:br/>
        <w:t xml:space="preserve"> Се пісня не нова! Всім байдуже у сні,&lt;br /&gt;</w:t>
        <w:br/>
        <w:t>чи світять місяць і зірки на небі,&lt;br /&gt;</w:t>
        <w:br/>
        <w:t>та миле сонце всім в тяжкі робучі дні&lt;br /&gt;</w:t>
        <w:br/>
        <w:t>і не марна їм поміч у потребі.&lt;br /&gt;</w:t>
        <w:br/>
        <w:t>Се пісня не нова! Про щастя гарні мрії,&lt;br /&gt;</w:t>
        <w:br/>
        <w:t>бажання тихі долі для народу,&lt;br /&gt;</w:t>
        <w:br/>
        <w:t>на ненароджених покладені надії,&lt;br /&gt;</w:t>
        <w:br/>
        <w:t>у затишку говірка про свободу.&lt;br /&gt;</w:t>
        <w:br/>
        <w:t>Се пісня не нова! Про правду і про волю,&lt;br /&gt;</w:t>
        <w:br/>
        <w:t>та щоб здобути се добро пробоєм,&lt;br /&gt;</w:t>
        <w:br/>
        <w:t>щоби з нещасними лиху ділити долю,&lt;br /&gt;</w:t>
        <w:br/>
        <w:t>і жити треба й полягти героєм!&lt;br /&gt;</w:t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 пісня не нова!...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