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Сашко</w:t>
      </w:r>
    </w:p>
    <w:p>
      <w:r>
        <w:br/>
        <w:t xml:space="preserve"> &lt;p&gt;Сашко давно просив маму подарувати йому пістолет, який стріляє пістонами.</w:t>
      </w:r>
    </w:p>
    <w:p>
      <w:r>
        <w:br/>
        <w:t>— Навіщо тобі такий пістолет? — казала мама. — Це небезпечна іграшка.</w:t>
      </w:r>
    </w:p>
    <w:p>
      <w:r>
        <w:br/>
        <w:t>— Що тут небезпечного? Якби він кулями стріляв, а то пістонами. Із нього однак нікого не вб'єш.</w:t>
      </w:r>
    </w:p>
    <w:p>
      <w:r>
        <w:br/>
        <w:t>— Мало що може скоїтися. Пістон відскочить і вцілить тобі в око.</w:t>
      </w:r>
    </w:p>
    <w:p>
      <w:r>
        <w:br/>
        <w:t>— Не вцілить! Я примружусь, коли стрілятиму.</w:t>
      </w:r>
    </w:p>
    <w:p>
      <w:r>
        <w:br/>
        <w:t>— Ні, ні, від цих пістолетів бувають різні неприємні випадки. Ще вистрілиш та налякаєш кого-небудь, — сказала мама.</w:t>
      </w:r>
    </w:p>
    <w:p>
      <w:r>
        <w:br/>
        <w:t>Так і не купила йому пістолета.</w:t>
      </w:r>
    </w:p>
    <w:p>
      <w:r>
        <w:br/>
        <w:t>А в Сашка були дві старші сестри, Маринка та Іринка. От він і завів просити сестер:</w:t>
      </w:r>
    </w:p>
    <w:p>
      <w:r>
        <w:br/>
        <w:t>— Любенькі, купіть мені пістолетик! Мені дуже хочеться. За це я вас завжди слухатиму!</w:t>
      </w:r>
    </w:p>
    <w:p>
      <w:r>
        <w:br/>
        <w:t>— Ти, Сашко, хитренький! — сказала Марина. — Коли тобі треба, ти підлабузнюєшся і любенькими називаєш, а тільки-но мама піде, тобі й ради не даси.</w:t>
      </w:r>
    </w:p>
    <w:p>
      <w:r>
        <w:br/>
        <w:t>— Ні, даси, даси! От побачите, як я чемно поводитимуся.</w:t>
      </w:r>
    </w:p>
    <w:p>
      <w:r>
        <w:br/>
        <w:t>— Гаразд, — сказала Іринка. — Ми з Мариною подумаємо. Якщо обіцяєш поводитися чемно, то, може, купимо.</w:t>
      </w:r>
    </w:p>
    <w:p>
      <w:r>
        <w:br/>
        <w:t>— Обіцяю, обіцяю! Все обіцяю, лишень купіть.</w:t>
      </w:r>
    </w:p>
    <w:p>
      <w:r>
        <w:br/>
        <w:t>Наступного дня сестри подарували йому пістолет і коробку з пістонами. Пістолет був новенький і блискучий, а пістонів було багато: штук п'ятдесят чи й сто. Стріляй хоч цілий день — не перестріляєш. Від радості Сашко виплигував по кімнаті, притискав пістолет до грудей, цілував його і примовляв:</w:t>
      </w:r>
    </w:p>
    <w:p>
      <w:r>
        <w:br/>
        <w:t>— Любий мій, гарненький пістолетику! Як я тебе люблю!</w:t>
      </w:r>
    </w:p>
    <w:p>
      <w:r>
        <w:br/>
        <w:t>Потім. він надряпав на ручці пістолета своє Ім'я і завів стріляти. Відразу запахло пістонами, а через півгодини у кімнаті стало синьо від диму.</w:t>
      </w:r>
    </w:p>
    <w:p>
      <w:r>
        <w:br/>
        <w:t>— Годі тобі стріляти, — сказала нарешті Іринка. — Я щоразу здригаюсь від цих пострілів.</w:t>
      </w:r>
    </w:p>
    <w:p>
      <w:r>
        <w:br/>
        <w:t>— Боягузка! — відповів Сашко. — Всі дівчата — боягузки!</w:t>
      </w:r>
    </w:p>
    <w:p>
      <w:r>
        <w:br/>
        <w:t>— Ось віднімемо у тебе пістолет, тоді знатимеш, які ми боягузки, — сказала Марина.</w:t>
      </w:r>
    </w:p>
    <w:p>
      <w:r>
        <w:br/>
        <w:t>— Зараз я піду в двір і лякатиму хлопців пістолетом, — заявив Сашко.</w:t>
      </w:r>
    </w:p>
    <w:p>
      <w:r>
        <w:br/>
        <w:t>Він вийшов у двір, але хлопців там не було. Тоді Сашко побіг за ворота, і ось тут і трапилася ця історія. Саме в цей час вулицею йшла бабуся. Сашко підпустив її ближче — і як бабахне з пістолета! Бабуся здригнулась і зупинилася. Тоді каже:</w:t>
      </w:r>
    </w:p>
    <w:p>
      <w:r>
        <w:br/>
        <w:t>— Ух, як я злякалася! Це ти тут із пістолета смалиш?</w:t>
      </w:r>
    </w:p>
    <w:p>
      <w:r>
        <w:br/>
        <w:t>— Ні, — сказав Сашко і сховав пістолет за спину.</w:t>
      </w:r>
    </w:p>
    <w:p>
      <w:r>
        <w:br/>
        <w:t>— Хіба я не бачу, що в тебе пістолет у руках? Ще брехати надумав, безсовісний! Ось я піду заявлю в міліцію…</w:t>
      </w:r>
    </w:p>
    <w:p>
      <w:r>
        <w:br/>
        <w:t>Вона посварилась пальцем, перейшла на другий бік вулиці і зникла в провулку.</w:t>
      </w:r>
    </w:p>
    <w:p>
      <w:r>
        <w:br/>
        <w:t>— От так штука! — злякався Сашко. — Здається, й справді пішла в міліцію скаржитись.</w:t>
      </w:r>
    </w:p>
    <w:p>
      <w:r>
        <w:br/>
        <w:t>Він, захекавшись, прибіг додому.</w:t>
      </w:r>
    </w:p>
    <w:p>
      <w:r>
        <w:br/>
        <w:t>— Чого ти захекався, неначе за тобою вовк женеться? — запитала Ірина.</w:t>
      </w:r>
    </w:p>
    <w:p>
      <w:r>
        <w:br/>
        <w:t>— Це я так просто.</w:t>
      </w:r>
    </w:p>
    <w:p>
      <w:r>
        <w:br/>
        <w:t>— Ні, ти вже краще скажи. Відразу видно: щось відчубучив.</w:t>
      </w:r>
    </w:p>
    <w:p>
      <w:r>
        <w:br/>
        <w:t>— Та нічого я не відчубучив — просто так… Налякав бабусю якусь.</w:t>
      </w:r>
    </w:p>
    <w:p>
      <w:r>
        <w:br/>
        <w:t>— Яку бабусю?</w:t>
      </w:r>
    </w:p>
    <w:p>
      <w:r>
        <w:br/>
        <w:t>— Ну, "яку", "яку"! Звичайну. Просто йшла вулицею бабуся, а я взяв та й вистрілив.</w:t>
      </w:r>
    </w:p>
    <w:p>
      <w:r>
        <w:br/>
        <w:t>— Навіщо ж ти вистрілив?</w:t>
      </w:r>
    </w:p>
    <w:p>
      <w:r>
        <w:br/>
        <w:t>— Сам не знаю. Іде бабуся. "Дай, — думаю, — вистрілю". Ну й вистрілив.</w:t>
      </w:r>
    </w:p>
    <w:p>
      <w:r>
        <w:br/>
        <w:t>— А вона що?</w:t>
      </w:r>
    </w:p>
    <w:p>
      <w:r>
        <w:br/>
        <w:t>— Нічого. Пішла в міліцію скаржитись.</w:t>
      </w:r>
    </w:p>
    <w:p>
      <w:r>
        <w:br/>
        <w:t>— От бачиш, обіцяв чемно поводитися, а сам що накоїв?</w:t>
      </w:r>
    </w:p>
    <w:p>
      <w:r>
        <w:br/>
        <w:t>— Я ж не винен, що бабуся трапилася така полохлива.</w:t>
      </w:r>
    </w:p>
    <w:p>
      <w:r>
        <w:br/>
        <w:t>— Ось прийде міліціонер, він тобі покаже бабусю! — пригрозила Ірина. — Знатимеш, як людей лякати!</w:t>
      </w:r>
    </w:p>
    <w:p>
      <w:r>
        <w:br/>
        <w:t>— А як він мене знайде? Адже він не знає, де я живу. Навіть імені мого не знає.</w:t>
      </w:r>
    </w:p>
    <w:p>
      <w:r>
        <w:br/>
        <w:t>— Знайде, будь певен. Міліціонери все знають.</w:t>
      </w:r>
    </w:p>
    <w:p>
      <w:r>
        <w:br/>
        <w:t>Цілу годину Сашко просидів і все виглядав у вікно — чи не йде міліціонер. Але міліціонера не видно було. Тоді він потроху заспокоївся, повеселішав і сказав:</w:t>
      </w:r>
    </w:p>
    <w:p>
      <w:r>
        <w:br/>
        <w:t>— Напевне, бабуся мене просто налякати хотіла, щоб я не пустував.</w:t>
      </w:r>
    </w:p>
    <w:p>
      <w:r>
        <w:br/>
        <w:t>Він вирішив знову постріляти зі свого улюбленого пістолета й засунув руку до кишені. В кишені лежала коробка з пістонами, а пістолета не було. Він поліз у другу кишеню, але й там було порожньо. Тоді він заходився шукати по всій кімнаті. Дивився і під столами, і під канапою. Пістолет зник, мов крізь землю провалився. Сашкові стало прикро до сліз.</w:t>
      </w:r>
    </w:p>
    <w:p>
      <w:r>
        <w:br/>
        <w:t>— Не встиг навіть погратися! — пхикав він. — Такий пістолетик був!</w:t>
      </w:r>
    </w:p>
    <w:p>
      <w:r>
        <w:br/>
        <w:t>— Може, ти його у дворі загубив? — запитала Ірина.</w:t>
      </w:r>
    </w:p>
    <w:p>
      <w:r>
        <w:br/>
        <w:t>— Напевно, я його там, за ворітьми, впустив, — збагнув Сашко.</w:t>
      </w:r>
    </w:p>
    <w:p>
      <w:r>
        <w:br/>
        <w:t>Він одчинив двері і кинувся через двір на вулицю. За ворітьми пістолета не було.</w:t>
      </w:r>
    </w:p>
    <w:p>
      <w:r>
        <w:br/>
        <w:t>"Ну, тепер його знайшов хто-небудь і забрав собі!" — з прикрістю подумав Сашко й раптом побачив, що з провулка напроти вийшов міліціонер і швидко попростував через вулицю, прямо до Сашкового будинку.</w:t>
      </w:r>
    </w:p>
    <w:p>
      <w:r>
        <w:br/>
        <w:t>"По мене йде! Певно, бабуся таки наскаржилася!" — злякався Сашко і стрімголов побіг додому.</w:t>
      </w:r>
    </w:p>
    <w:p>
      <w:r>
        <w:br/>
        <w:t>— Ну, знайшов? — запитали його Маринка й Іринка.</w:t>
      </w:r>
    </w:p>
    <w:p>
      <w:r>
        <w:br/>
        <w:t>— Тихіше! — прошепотів Сашко. — Міліціонер іде!</w:t>
      </w:r>
    </w:p>
    <w:p>
      <w:r>
        <w:br/>
        <w:t>— Куди?</w:t>
      </w:r>
    </w:p>
    <w:p>
      <w:r>
        <w:br/>
        <w:t>— Сюди, до нас.</w:t>
      </w:r>
    </w:p>
    <w:p>
      <w:r>
        <w:br/>
        <w:t>— Де ти його бачив?</w:t>
      </w:r>
    </w:p>
    <w:p>
      <w:r>
        <w:br/>
        <w:t>— На вулиці.</w:t>
      </w:r>
    </w:p>
    <w:p>
      <w:r>
        <w:br/>
        <w:t>Марина й Ірина стали з нього сміятися.</w:t>
      </w:r>
    </w:p>
    <w:p>
      <w:r>
        <w:br/>
        <w:t>— Ех ти, боягузик! Побачив міліціонера і злякався. Може, міліціонер зовсім в інше місце йде!</w:t>
      </w:r>
    </w:p>
    <w:p>
      <w:r>
        <w:br/>
        <w:t>— Та я зовсім і не боюся його! — бадьорився Сашко. — Що мені міліціонер! Подумаєш!</w:t>
      </w:r>
    </w:p>
    <w:p>
      <w:r>
        <w:br/>
        <w:t>Тут за дверима почулися кроки, і раптом задзеленчав дзвоник. Маринка й Іринка побігли відчиняти двері. Сашко висунувся в коридор і зашепотів:</w:t>
      </w:r>
    </w:p>
    <w:p>
      <w:r>
        <w:br/>
        <w:t>— Не відчиняйте йому!</w:t>
      </w:r>
    </w:p>
    <w:p>
      <w:r>
        <w:br/>
        <w:t>Але Марина вже відчинила двері. На порозі стояв міліціонер. Блискучі ґудзики так і сяяли на ньому. Сашко став рачки і поліз під канапу.</w:t>
      </w:r>
    </w:p>
    <w:p>
      <w:r>
        <w:br/>
        <w:t>— Скажіть, дівчатка, де тут шоста квартира? — почувся голос міліціонера.</w:t>
      </w:r>
    </w:p>
    <w:p>
      <w:r>
        <w:br/>
        <w:t>— Це не тут, — відповіла Ірина. — Тут перша, а шоста — це треба вийти у двір, а там двері праворуч.</w:t>
      </w:r>
    </w:p>
    <w:p>
      <w:r>
        <w:br/>
        <w:t>— У двір, двері праворуч? — перепитав міліціонер.</w:t>
      </w:r>
    </w:p>
    <w:p>
      <w:r>
        <w:br/>
        <w:t>— Ну, так.</w:t>
      </w:r>
    </w:p>
    <w:p>
      <w:r>
        <w:br/>
        <w:t>Сашко зрозумів, що міліціонер зовсім не по нього прийшов, і він вже хотів було вилізти з-під канапи, аж тут міліціонер запитав:</w:t>
      </w:r>
    </w:p>
    <w:p>
      <w:r>
        <w:br/>
        <w:t>— До речі, чи не у вас тут живе хлопчик Сашко?</w:t>
      </w:r>
    </w:p>
    <w:p>
      <w:r>
        <w:br/>
        <w:t>— У нас, — відповіла Ірина.</w:t>
      </w:r>
    </w:p>
    <w:p>
      <w:r>
        <w:br/>
        <w:t>— А ось він мені якраз і потрібен, — сказав міліціонер і ввійшов до кімнати.</w:t>
      </w:r>
    </w:p>
    <w:p>
      <w:r>
        <w:br/>
        <w:t>Марина й Ірина увійшли разом з міліціонером до кімнати і побачили, що Сашко зник. Марина навіть заглянула під канапу. Сашко побачив її і мовчки погрозив їй з-під канапи кулаком, щоб вона не виказала його.</w:t>
      </w:r>
    </w:p>
    <w:p>
      <w:r>
        <w:br/>
        <w:t>— Ну, де ж ваш Сашко? — запитав міліціонер.</w:t>
      </w:r>
    </w:p>
    <w:p>
      <w:r>
        <w:br/>
        <w:t>Дівчатка дуже злякалися за Сашка і не знали, що відповідати. Нарешті Марина сказала:</w:t>
      </w:r>
    </w:p>
    <w:p>
      <w:r>
        <w:br/>
        <w:t>— А його, розумієте, вдома нема. Він, розумієте, гуляти пішов.</w:t>
      </w:r>
    </w:p>
    <w:p>
      <w:r>
        <w:br/>
        <w:t>— А що ви про нього знаєте? — запитала міліціонера Ірина.</w:t>
      </w:r>
    </w:p>
    <w:p>
      <w:r>
        <w:br/>
        <w:t>— Що я знаю! — відповів міліціонер. — Знаю, що звуть його Сашко. Ще знаю, що у нього був новенький пістолет, а тепер у нього пістолета нема.</w:t>
      </w:r>
    </w:p>
    <w:p>
      <w:r>
        <w:br/>
        <w:t>"Все знає!" — подумав Сашко.</w:t>
      </w:r>
    </w:p>
    <w:p>
      <w:r>
        <w:br/>
        <w:t>Від страху в нього навіть у носі закрутило, і він як чхне під канапою: "Апчхи!"</w:t>
      </w:r>
    </w:p>
    <w:p>
      <w:r>
        <w:br/>
        <w:t>— Хто це там? — здивувався міліціонер.</w:t>
      </w:r>
    </w:p>
    <w:p>
      <w:r>
        <w:br/>
        <w:t>— А це в нас… Це в нас собака, — ніяковіючи, сказала Маринка.</w:t>
      </w:r>
    </w:p>
    <w:p>
      <w:r>
        <w:br/>
        <w:t>— Чого ж він під канапу заліз?</w:t>
      </w:r>
    </w:p>
    <w:p>
      <w:r>
        <w:br/>
        <w:t>— А він у нас завжди під канапою спить, — вигадувала далі Марина.</w:t>
      </w:r>
    </w:p>
    <w:p>
      <w:r>
        <w:br/>
        <w:t>— Як же його звати?</w:t>
      </w:r>
    </w:p>
    <w:p>
      <w:r>
        <w:br/>
        <w:t>— Е… Бобик, — вигадала Маринка й почервоніла, мов буряк.</w:t>
      </w:r>
    </w:p>
    <w:p>
      <w:r>
        <w:br/>
        <w:t>— Бобик! Бобик! Фіть! — засвистів міліціонер. — Чому ж він не хоче вилазити? Ня! Ня! Чи ти бач, не хоче. А собака гарний? Якої породи?</w:t>
      </w:r>
    </w:p>
    <w:p>
      <w:r>
        <w:br/>
        <w:t>— Е… — протягла Маринка… — Е-е… — Вона ніяк не могла пригадати, які бувають породи собак. — Порода ця от… — сказала вона, — як її?.. Гарна порода… Довгошерстий фокстер'єр!</w:t>
      </w:r>
    </w:p>
    <w:p>
      <w:r>
        <w:br/>
        <w:t>— О, це чудовий собака! — зрадів міліціонер. — Я знаю. У нього така волохата морда.</w:t>
      </w:r>
    </w:p>
    <w:p>
      <w:r>
        <w:br/>
        <w:t>Він нахилився і заглянув під канапу. Сашко лежав ні живий ні мертвий і витріщеними очима пильно дивився на міліціонера. Міліціонер аж свиснув з подиву:</w:t>
      </w:r>
    </w:p>
    <w:p>
      <w:r>
        <w:br/>
        <w:t>— То ось тут який фокстер'єр! Ти чого під канапу заліз, га? Ану, вилазь, тепер однак попався!</w:t>
      </w:r>
    </w:p>
    <w:p>
      <w:r>
        <w:br/>
        <w:t>— Не вилізу! — заголосив Сашко.</w:t>
      </w:r>
    </w:p>
    <w:p>
      <w:r>
        <w:br/>
        <w:t>— Чому?</w:t>
      </w:r>
    </w:p>
    <w:p>
      <w:r>
        <w:br/>
        <w:t>— Ви мене до міліції заберете.</w:t>
      </w:r>
    </w:p>
    <w:p>
      <w:r>
        <w:br/>
        <w:t>— За що?</w:t>
      </w:r>
    </w:p>
    <w:p>
      <w:r>
        <w:br/>
        <w:t>— За бабусю.</w:t>
      </w:r>
    </w:p>
    <w:p>
      <w:r>
        <w:br/>
        <w:t>— За яку бабусю?</w:t>
      </w:r>
    </w:p>
    <w:p>
      <w:r>
        <w:br/>
        <w:t>— За котру я вистрілив, а вона злякалася.</w:t>
      </w:r>
    </w:p>
    <w:p>
      <w:r>
        <w:br/>
        <w:t>— Не збагну, про яку він тут бабусю торочить? — сказав міліціонер.</w:t>
      </w:r>
    </w:p>
    <w:p>
      <w:r>
        <w:br/>
        <w:t>— Він на вулиці з пістолета стріляв, а мимо йшла бабуся і злякалася, — пояснила Ірина.</w:t>
      </w:r>
    </w:p>
    <w:p>
      <w:r>
        <w:br/>
        <w:t>— Ага, он воно що! Значить, це його пістолет? — запитав міліціонер і дістав із кишені новенький, блискучий пістолет.</w:t>
      </w:r>
    </w:p>
    <w:p>
      <w:r>
        <w:br/>
        <w:t>— Його, його! — зраділа Ірина. — Це ми з Маринкою йому подарували, а він загубив. Де ви його знайшли?</w:t>
      </w:r>
    </w:p>
    <w:p>
      <w:r>
        <w:br/>
        <w:t>— Та ось отут, у дворі, коло ваших дверей… Ну, зізнавайся, навіщо лякав бабусю? — запитав міліціонер і нагнувся до Сашка.</w:t>
      </w:r>
    </w:p>
    <w:p>
      <w:r>
        <w:br/>
        <w:t>— Я ненароком… — відповів Сашко з-під канапи.</w:t>
      </w:r>
    </w:p>
    <w:p>
      <w:r>
        <w:br/>
        <w:t>— Неправда! По очах бачу, що неправда. От скажи правду — віддам пістолет назад.</w:t>
      </w:r>
    </w:p>
    <w:p>
      <w:r>
        <w:br/>
        <w:t>— А що мені буде, коли я скажу правду?</w:t>
      </w:r>
    </w:p>
    <w:p>
      <w:r>
        <w:br/>
        <w:t>— Нічого не буде. Віддам пістолет — і все.</w:t>
      </w:r>
    </w:p>
    <w:p>
      <w:r>
        <w:br/>
        <w:t>— А до міліції не заберете?</w:t>
      </w:r>
    </w:p>
    <w:p>
      <w:r>
        <w:br/>
        <w:t>— Ні.</w:t>
      </w:r>
    </w:p>
    <w:p>
      <w:r>
        <w:br/>
        <w:t>— Я не хотів налякати бабусю. Я тільки хотів спробувати, злякається вона чи ні.</w:t>
      </w:r>
    </w:p>
    <w:p>
      <w:r>
        <w:br/>
        <w:t>— А оце, братику, недобре! За це тебе слід би забрати до міліції, та нічого не вдієш: коли я обіцяв не забирати — то повинен виконати. Тільки гляди, якщо ще раз нашкодиш — обов'язково заберу. Ну, вилазь із-під канапи й одержуй пістолет.</w:t>
      </w:r>
    </w:p>
    <w:p>
      <w:r>
        <w:br/>
        <w:t>— Ні, я краще потім вилізу, коли ви підете.</w:t>
      </w:r>
    </w:p>
    <w:p>
      <w:r>
        <w:br/>
        <w:t>— Ото дивак який! — усміхнувся міліціонер. — Ну, я йду.</w:t>
      </w:r>
    </w:p>
    <w:p>
      <w:r>
        <w:br/>
        <w:t>Він поклав пістолет на канапу й пішов. Маринка побігла показати міліціонерові шосту квартиру. Сашко виліз з-під канапи, побачив свій пістолет і закричав:</w:t>
      </w:r>
    </w:p>
    <w:p>
      <w:r>
        <w:br/>
        <w:t>— Ось він, мій голубчик! Знову повернувся до мене! — Він схопив пістолет і сказав: — Не розумію лише, як це міліціонер моє ім'я взнав!</w:t>
      </w:r>
    </w:p>
    <w:p>
      <w:r>
        <w:br/>
        <w:t>— Ти ж сам написав своє ім'я на пістолеті, — сказала Ірина.</w:t>
      </w:r>
    </w:p>
    <w:p>
      <w:r>
        <w:br/>
        <w:t>Тут повернулась Марина і напалась на Сашка:</w:t>
      </w:r>
    </w:p>
    <w:p>
      <w:r>
        <w:br/>
        <w:t>— Ах ти, опудало! Через тебе мені довелося міліціонерові брехати! Я мало не згоріла від сорому! От натвори ще що-небудь, нізащо не стану тебе вигороджувати!</w:t>
      </w:r>
    </w:p>
    <w:p>
      <w:r>
        <w:br/>
        <w:t>— А я й не буду більше нічого витворяти, — сказав Сашко. — Сам тепер знаю, що не треба людей лякати.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Сашко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