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Самотина</w:t>
      </w:r>
    </w:p>
    <w:p>
      <w:r>
        <w:br/>
        <w:t xml:space="preserve"> Стоїть сосна одинока&lt;br /&gt;</w:t>
        <w:br/>
        <w:t>На голій вершині...&lt;br /&gt;</w:t>
        <w:br/>
        <w:t>Гайне-Рудонський</w:t>
      </w:r>
    </w:p>
    <w:p>
      <w:r>
        <w:br/>
        <w:t>На скелі холодній, під небом похмурим,&lt;br /&gt;</w:t>
        <w:br/>
        <w:t>Стояла водинці, журилась сосна.&lt;br /&gt;</w:t>
        <w:br/>
        <w:t>І плакала, бідна, і сльози-перлини&lt;br /&gt;</w:t>
        <w:br/>
        <w:t>На камінь холодний ронила вона.</w:t>
      </w:r>
    </w:p>
    <w:p>
      <w:r>
        <w:br/>
        <w:t>І ранок, і нічку, і осінь лихую&lt;br /&gt;</w:t>
        <w:br/>
        <w:t>Сама зустрічає, мов та сирота:&lt;br /&gt;</w:t>
        <w:br/>
        <w:t>Минулося літо — і щастя минулось&lt;br /&gt;</w:t>
        <w:br/>
        <w:t>І хто сиротину тепер привіта?..</w:t>
      </w:r>
    </w:p>
    <w:p>
      <w:r>
        <w:br/>
        <w:t>На віттях зелених пустеє чорніє&lt;br /&gt;</w:t>
        <w:br/>
        <w:t>Співучої пташки маленьке гніздо.&lt;br /&gt;</w:t>
        <w:br/>
        <w:t>Коли полетіла у вирій далекий&lt;br /&gt;</w:t>
        <w:br/>
        <w:t>Утіха-пташина — не бачив ніхто.</w:t>
      </w:r>
    </w:p>
    <w:p>
      <w:r>
        <w:br/>
        <w:t>І зрадниця мила туди захопила&lt;br /&gt;</w:t>
        <w:br/>
        <w:t>І втіху єдину — пісні голосні...&lt;br /&gt;</w:t>
        <w:br/>
        <w:t>Тепер тільки вітер голосить у віттях,&lt;br /&gt;</w:t>
        <w:br/>
        <w:t>Наводячи тугу і в ночі, і в дні.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Самотина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