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Саломея</w:t>
      </w:r>
    </w:p>
    <w:p>
      <w:r>
        <w:br/>
        <w:t xml:space="preserve"> поема</w:t>
      </w:r>
    </w:p>
    <w:p>
      <w:r>
        <w:br/>
        <w:t>&lt;br /&gt;</w:t>
        <w:br/>
        <w:t>Ми цілу ніч садили сад,</w:t>
      </w:r>
    </w:p>
    <w:p>
      <w:r>
        <w:br/>
        <w:t>який не розцвіте.</w:t>
      </w:r>
    </w:p>
    <w:p>
      <w:r>
        <w:br/>
        <w:t>Тарас Девдюк</w:t>
      </w:r>
    </w:p>
    <w:p>
      <w:r>
        <w:br/>
        <w:t>один</w:t>
      </w:r>
    </w:p>
    <w:p>
      <w:r>
        <w:br/>
        <w:t>&lt;br /&gt;</w:t>
        <w:br/>
        <w:t>на кручу виходили</w:t>
      </w:r>
    </w:p>
    <w:p>
      <w:r>
        <w:br/>
        <w:t>як листки по одному</w:t>
      </w:r>
    </w:p>
    <w:p>
      <w:r>
        <w:br/>
        <w:t>і біліли дівчата в руках</w:t>
      </w:r>
    </w:p>
    <w:p>
      <w:r>
        <w:br/>
        <w:t>і терпіли відбір</w:t>
      </w:r>
    </w:p>
    <w:p>
      <w:r>
        <w:br/>
        <w:t>а коли закінчився</w:t>
      </w:r>
    </w:p>
    <w:p>
      <w:r>
        <w:br/>
        <w:t>лиш я залишилась лежати</w:t>
      </w:r>
    </w:p>
    <w:p>
      <w:r>
        <w:br/>
        <w:t>&lt;br /&gt;</w:t>
        <w:br/>
        <w:t>буркун волосатий</w:t>
      </w:r>
    </w:p>
    <w:p>
      <w:r>
        <w:br/>
        <w:t>ти мав одинокі пальці</w:t>
      </w:r>
    </w:p>
    <w:p>
      <w:r>
        <w:br/>
        <w:t>між ними</w:t>
      </w:r>
    </w:p>
    <w:p>
      <w:r>
        <w:br/>
        <w:t>як між іконами хтось</w:t>
      </w:r>
    </w:p>
    <w:p>
      <w:r>
        <w:br/>
        <w:t>прокладав погляди</w:t>
      </w:r>
    </w:p>
    <w:p>
      <w:r>
        <w:br/>
        <w:t>і тремтів постом</w:t>
      </w:r>
    </w:p>
    <w:p>
      <w:r>
        <w:br/>
        <w:t>але мама казали</w:t>
      </w:r>
    </w:p>
    <w:p>
      <w:r>
        <w:br/>
        <w:t>що ти не знаєш роздвоєння</w:t>
      </w:r>
    </w:p>
    <w:p>
      <w:r>
        <w:br/>
        <w:t>і п'єш вино свого учня</w:t>
      </w:r>
    </w:p>
    <w:p>
      <w:r>
        <w:br/>
        <w:t>тримаючи келих</w:t>
      </w:r>
    </w:p>
    <w:p>
      <w:r>
        <w:br/>
        <w:t>трьома пальцями</w:t>
      </w:r>
    </w:p>
    <w:p>
      <w:r>
        <w:br/>
        <w:t>&lt;br /&gt;</w:t>
        <w:br/>
        <w:t>батечко</w:t>
      </w:r>
    </w:p>
    <w:p>
      <w:r>
        <w:br/>
        <w:t>подарують тобі</w:t>
      </w:r>
    </w:p>
    <w:p>
      <w:r>
        <w:br/>
        <w:t>мою нагрудну пов'язку</w:t>
      </w:r>
    </w:p>
    <w:p>
      <w:r>
        <w:br/>
        <w:t>він править цією країною</w:t>
      </w:r>
    </w:p>
    <w:p>
      <w:r>
        <w:br/>
        <w:t>як обіднім столом</w:t>
      </w:r>
    </w:p>
    <w:p>
      <w:r>
        <w:br/>
        <w:t>тож і мені дозволить</w:t>
      </w:r>
    </w:p>
    <w:p>
      <w:r>
        <w:br/>
        <w:t>кинути тобі кістку</w:t>
      </w:r>
    </w:p>
    <w:p>
      <w:r>
        <w:br/>
        <w:t>мого язика</w:t>
      </w:r>
    </w:p>
    <w:p>
      <w:r>
        <w:br/>
        <w:t>&lt;br /&gt;</w:t>
        <w:br/>
        <w:t>я покрию її</w:t>
      </w:r>
    </w:p>
    <w:p>
      <w:r>
        <w:br/>
        <w:t>слиною невинності</w:t>
      </w:r>
    </w:p>
    <w:p>
      <w:r>
        <w:br/>
        <w:t>я не винна в твоїм одужанні</w:t>
      </w:r>
    </w:p>
    <w:p>
      <w:r>
        <w:br/>
        <w:t>я підітруся</w:t>
      </w:r>
    </w:p>
    <w:p>
      <w:r>
        <w:br/>
        <w:t>полою твоєї одежі</w:t>
      </w:r>
    </w:p>
    <w:p>
      <w:r>
        <w:br/>
        <w:t>аби ти пам'ятав</w:t>
      </w:r>
    </w:p>
    <w:p>
      <w:r>
        <w:br/>
        <w:t>мій запах</w:t>
      </w:r>
    </w:p>
    <w:p>
      <w:r>
        <w:br/>
        <w:t>антиодин</w:t>
      </w:r>
    </w:p>
    <w:p>
      <w:r>
        <w:br/>
        <w:t>&lt;br /&gt;</w:t>
        <w:br/>
        <w:t>нема мені стогону в цій країні нема мені ост­рова де не живе одужання знайду собі фіґовий посох з чотирма суками на один повішу одежу на другий дівчину на третій повішу листок смо­ківниці а на останній себе</w:t>
      </w:r>
    </w:p>
    <w:p>
      <w:r>
        <w:br/>
        <w:t>цей пустельний міраж ці чорні леґіонери ці нудні алебарди ці жовті стіни темниці я буду їм говорити про порошину в зубі вони виривати­муть зуб аби знайти порошину</w:t>
      </w:r>
    </w:p>
    <w:p>
      <w:r>
        <w:br/>
        <w:t>а зліпити престол аби заховатись од вітру або навчити господа молитися в дзеркало або від­різати вухо котові і нагодувати ним страждущих це під силу хіба що жінці з рукою трито­на котра підслухала слово що було спочатку</w:t>
      </w:r>
    </w:p>
    <w:p>
      <w:r>
        <w:br/>
      </w:r>
    </w:p>
    <w:p>
      <w:r>
        <w:br/>
        <w:t>vегtе</w:t>
      </w:r>
    </w:p>
    <w:p>
      <w:r>
        <w:br/>
        <w:t>&lt;br /&gt;</w:t>
        <w:br/>
        <w:t>не та мене обдурила що зламала весла</w:t>
      </w:r>
    </w:p>
    <w:p>
      <w:r>
        <w:br/>
        <w:t>а та мене обдурила що під серцем несла</w:t>
      </w:r>
    </w:p>
    <w:p>
      <w:r>
        <w:br/>
      </w:r>
    </w:p>
    <w:p>
      <w:r>
        <w:br/>
        <w:t>два</w:t>
      </w:r>
    </w:p>
    <w:p>
      <w:r>
        <w:br/>
        <w:t>&lt;br /&gt;</w:t>
        <w:br/>
        <w:t>і хоч мама казали</w:t>
      </w:r>
    </w:p>
    <w:p>
      <w:r>
        <w:br/>
        <w:t>що день помирає останнім</w:t>
      </w:r>
    </w:p>
    <w:p>
      <w:r>
        <w:br/>
        <w:t>я обмию тебе лавандовим сміхом</w:t>
      </w:r>
    </w:p>
    <w:p>
      <w:r>
        <w:br/>
        <w:t>а тоді візьму в руки твою ґерлиґу</w:t>
      </w:r>
    </w:p>
    <w:p>
      <w:r>
        <w:br/>
        <w:t>і піду по тобі</w:t>
      </w:r>
    </w:p>
    <w:p>
      <w:r>
        <w:br/>
        <w:t>як по світу</w:t>
      </w:r>
    </w:p>
    <w:p>
      <w:r>
        <w:br/>
        <w:t>шукати мерця</w:t>
      </w:r>
    </w:p>
    <w:p>
      <w:r>
        <w:br/>
        <w:t>&lt;br /&gt;</w:t>
        <w:br/>
        <w:t>я зубами</w:t>
      </w:r>
    </w:p>
    <w:p>
      <w:r>
        <w:br/>
        <w:t>стригтиму твоє волосся і нігті</w:t>
      </w:r>
    </w:p>
    <w:p>
      <w:r>
        <w:br/>
        <w:t>я оближу тебе</w:t>
      </w:r>
    </w:p>
    <w:p>
      <w:r>
        <w:br/>
        <w:t>теплицями своїх міхурів</w:t>
      </w:r>
    </w:p>
    <w:p>
      <w:r>
        <w:br/>
        <w:t>і слід від лизання</w:t>
      </w:r>
    </w:p>
    <w:p>
      <w:r>
        <w:br/>
        <w:t>зійде разом з нами</w:t>
      </w:r>
    </w:p>
    <w:p>
      <w:r>
        <w:br/>
        <w:t>як незайманий</w:t>
      </w:r>
    </w:p>
    <w:p>
      <w:r>
        <w:br/>
        <w:t>&lt;br /&gt;</w:t>
        <w:br/>
        <w:t>а як вийдуть мама</w:t>
      </w:r>
    </w:p>
    <w:p>
      <w:r>
        <w:br/>
        <w:t>в танок до святого тельця</w:t>
      </w:r>
    </w:p>
    <w:p>
      <w:r>
        <w:br/>
        <w:t>і святому тельцеві</w:t>
      </w:r>
    </w:p>
    <w:p>
      <w:r>
        <w:br/>
        <w:t>спрага стуманить роги</w:t>
      </w:r>
    </w:p>
    <w:p>
      <w:r>
        <w:br/>
        <w:t>тоді я впущу ґерлиґу</w:t>
      </w:r>
    </w:p>
    <w:p>
      <w:r>
        <w:br/>
        <w:t>в печеру під синім проваллям</w:t>
      </w:r>
    </w:p>
    <w:p>
      <w:r>
        <w:br/>
        <w:t>і слухатиму як ґерлиґа</w:t>
      </w:r>
    </w:p>
    <w:p>
      <w:r>
        <w:br/>
        <w:t>трощитиме цю печеру</w:t>
      </w:r>
    </w:p>
    <w:p>
      <w:r>
        <w:br/>
        <w:t>&lt;br /&gt;</w:t>
        <w:br/>
        <w:t>буркун волосатий</w:t>
      </w:r>
    </w:p>
    <w:p>
      <w:r>
        <w:br/>
        <w:t>ти маєш державну оскому</w:t>
      </w:r>
    </w:p>
    <w:p>
      <w:r>
        <w:br/>
        <w:t>ти маєш нектар перевтілення</w:t>
      </w:r>
    </w:p>
    <w:p>
      <w:r>
        <w:br/>
        <w:t>в ідольний камінь</w:t>
      </w:r>
    </w:p>
    <w:p>
      <w:r>
        <w:br/>
        <w:t>я буду тесати його</w:t>
      </w:r>
    </w:p>
    <w:p>
      <w:r>
        <w:br/>
        <w:t>тільки губами</w:t>
      </w:r>
    </w:p>
    <w:p>
      <w:r>
        <w:br/>
        <w:t>щоб довше тривав</w:t>
      </w:r>
    </w:p>
    <w:p>
      <w:r>
        <w:br/>
      </w:r>
    </w:p>
    <w:p>
      <w:r>
        <w:br/>
        <w:t>антидва</w:t>
      </w:r>
    </w:p>
    <w:p>
      <w:r>
        <w:br/>
        <w:t>&lt;br /&gt;</w:t>
        <w:br/>
        <w:t>не покину своє ім'я за намовою матері не по­кину стрілу на весільному ложі анданте поки хоч щось означає цей палець я мушу його вмо­чити в струну аби впізнавали бо що то за вчи­тель котрого не перевершили учні</w:t>
      </w:r>
    </w:p>
    <w:p>
      <w:r>
        <w:br/>
        <w:t>довго мені відчувати содому цієї плоті довго крутити це веретено яке не знає приниження бо недалеко втікають ні піші ні кінні від патетич­ного смороду жертви розкаяння лиш кавалка­ми скидають покуту під вікна землянок і ста­ють в леґіони хіті моїми думками</w:t>
      </w:r>
    </w:p>
    <w:p>
      <w:r>
        <w:br/>
        <w:t>а перекинути в море ісаака чи народити яко­ва на поталу природі чи побити камінням зби­рача податків загнати до храму мінял і спали­ти той храм все це під владою жінки з волос­сям змій тої що місяць рота її усміхається</w:t>
      </w:r>
    </w:p>
    <w:p>
      <w:r>
        <w:br/>
      </w:r>
    </w:p>
    <w:p>
      <w:r>
        <w:br/>
        <w:t>vегtе</w:t>
      </w:r>
    </w:p>
    <w:p>
      <w:r>
        <w:br/>
        <w:t>&lt;br /&gt;</w:t>
        <w:br/>
        <w:t>ой місяцю князю ти не вір нікому</w:t>
      </w:r>
    </w:p>
    <w:p>
      <w:r>
        <w:br/>
        <w:t>лиш повір заразі на суку сухому</w:t>
      </w:r>
    </w:p>
    <w:p>
      <w:r>
        <w:br/>
        <w:t>ти погладь заразу по голій печінці</w:t>
      </w:r>
    </w:p>
    <w:p>
      <w:r>
        <w:br/>
        <w:t>і віддай заразі початки і кінці</w:t>
      </w:r>
    </w:p>
    <w:p>
      <w:r>
        <w:br/>
        <w:t>кінці пов'язати початки згубити</w:t>
      </w:r>
    </w:p>
    <w:p>
      <w:r>
        <w:br/>
        <w:t>все одно не знати бити чи не бити</w:t>
      </w:r>
    </w:p>
    <w:p>
      <w:r>
        <w:br/>
      </w:r>
    </w:p>
    <w:p>
      <w:r>
        <w:br/>
      </w:r>
    </w:p>
    <w:p>
      <w:r>
        <w:br/>
        <w:t>&lt;br /&gt;</w:t>
        <w:br/>
        <w:t>три</w:t>
      </w:r>
    </w:p>
    <w:p>
      <w:r>
        <w:br/>
        <w:t>&lt;br /&gt;</w:t>
        <w:br/>
        <w:t>лиш тобі</w:t>
      </w:r>
    </w:p>
    <w:p>
      <w:r>
        <w:br/>
        <w:t>обривати ці коси по волоску</w:t>
      </w:r>
    </w:p>
    <w:p>
      <w:r>
        <w:br/>
        <w:t>як печерних ведмедів</w:t>
      </w:r>
    </w:p>
    <w:p>
      <w:r>
        <w:br/>
        <w:t>для шкір і сала</w:t>
      </w:r>
    </w:p>
    <w:p>
      <w:r>
        <w:br/>
        <w:t>лиш тобі</w:t>
      </w:r>
    </w:p>
    <w:p>
      <w:r>
        <w:br/>
        <w:t>сидіти у цьому човні</w:t>
      </w:r>
    </w:p>
    <w:p>
      <w:r>
        <w:br/>
        <w:t>і термосати воду</w:t>
      </w:r>
    </w:p>
    <w:p>
      <w:r>
        <w:br/>
        <w:t>веслом одчаю</w:t>
      </w:r>
    </w:p>
    <w:p>
      <w:r>
        <w:br/>
        <w:t>&lt;br /&gt;</w:t>
        <w:br/>
        <w:t>мама казали</w:t>
      </w:r>
    </w:p>
    <w:p>
      <w:r>
        <w:br/>
        <w:t>про голову чорної птиці</w:t>
      </w:r>
    </w:p>
    <w:p>
      <w:r>
        <w:br/>
        <w:t>яку вчора</w:t>
      </w:r>
    </w:p>
    <w:p>
      <w:r>
        <w:br/>
        <w:t>ніхто не любив</w:t>
      </w:r>
    </w:p>
    <w:p>
      <w:r>
        <w:br/>
        <w:t>&lt;br /&gt;</w:t>
        <w:br/>
        <w:t>як палили дровітню</w:t>
      </w:r>
    </w:p>
    <w:p>
      <w:r>
        <w:br/>
        <w:t>і різали трьох баранів</w:t>
      </w:r>
    </w:p>
    <w:p>
      <w:r>
        <w:br/>
        <w:t>і слухали римського воїна</w:t>
      </w:r>
    </w:p>
    <w:p>
      <w:r>
        <w:br/>
        <w:t>батогами плечей</w:t>
      </w:r>
    </w:p>
    <w:p>
      <w:r>
        <w:br/>
        <w:t>як здирали шмаття налoжних юнців</w:t>
      </w:r>
    </w:p>
    <w:p>
      <w:r>
        <w:br/>
        <w:t>на вертели настромляючи</w:t>
      </w:r>
    </w:p>
    <w:p>
      <w:r>
        <w:br/>
        <w:t>захотіла і я тоді жити</w:t>
      </w:r>
    </w:p>
    <w:p>
      <w:r>
        <w:br/>
        <w:t>але мене не взяли</w:t>
      </w:r>
    </w:p>
    <w:p>
      <w:r>
        <w:br/>
        <w:t>&lt;br /&gt;</w:t>
        <w:br/>
        <w:t>тому лиш тобі</w:t>
      </w:r>
    </w:p>
    <w:p>
      <w:r>
        <w:br/>
        <w:t>обривати ці груди</w:t>
      </w:r>
    </w:p>
    <w:p>
      <w:r>
        <w:br/>
        <w:t>зубами своїх надчеснот</w:t>
      </w:r>
    </w:p>
    <w:p>
      <w:r>
        <w:br/>
        <w:t>як печерних ведмедів</w:t>
      </w:r>
    </w:p>
    <w:p>
      <w:r>
        <w:br/>
        <w:t>для шкір і сала</w:t>
      </w:r>
    </w:p>
    <w:p>
      <w:r>
        <w:br/>
        <w:t>лиш тобі</w:t>
      </w:r>
    </w:p>
    <w:p>
      <w:r>
        <w:br/>
        <w:t>потонути разом із човном</w:t>
      </w:r>
    </w:p>
    <w:p>
      <w:r>
        <w:br/>
        <w:t>зґвалтувавши намул</w:t>
      </w:r>
    </w:p>
    <w:p>
      <w:r>
        <w:br/>
        <w:t>і коралову квітку на дні</w:t>
      </w:r>
    </w:p>
    <w:p>
      <w:r>
        <w:br/>
      </w:r>
    </w:p>
    <w:p>
      <w:r>
        <w:br/>
        <w:t>антитри</w:t>
      </w:r>
    </w:p>
    <w:p>
      <w:r>
        <w:br/>
        <w:t>&lt;br /&gt;</w:t>
        <w:br/>
        <w:t>не покину своє ім'я за намовою батька не покину свого учня заради вчителя не покину филистимлян порубаних через ідею де крізь лис­ти винограду зяють рани зірок</w:t>
      </w:r>
    </w:p>
    <w:p>
      <w:r>
        <w:br/>
        <w:t>довго мені відмивати порох лиця подорож­нього з індії довго різати ніготь на вказівному пальці бо куди не випрямиш руку а він пока­зує в землю адже земля як мачуха не вибирає мерців її бездонне черево не гидує ніким</w:t>
      </w:r>
    </w:p>
    <w:p>
      <w:r>
        <w:br/>
        <w:t>а вийняти із петлі нетягу намісника чи на­крити шатром побілілих закоханих чи поміти­ти суриком житла приречених це під владою жінки з очима гравію чия одержима сідниця сходить щоранку</w:t>
      </w:r>
    </w:p>
    <w:p>
      <w:r>
        <w:br/>
      </w:r>
    </w:p>
    <w:p>
      <w:r>
        <w:br/>
        <w:t>vегtе</w:t>
      </w:r>
    </w:p>
    <w:p>
      <w:r>
        <w:br/>
        <w:t>&lt;br /&gt;</w:t>
        <w:br/>
        <w:t>просили батько просили мати</w:t>
      </w:r>
    </w:p>
    <w:p>
      <w:r>
        <w:br/>
        <w:t>і я вас прошу покатувати</w:t>
      </w:r>
    </w:p>
    <w:p>
      <w:r>
        <w:br/>
        <w:t>турнути першим турнути другим</w:t>
      </w:r>
    </w:p>
    <w:p>
      <w:r>
        <w:br/>
        <w:t>най перемелю камінну тугу</w:t>
      </w:r>
    </w:p>
    <w:p>
      <w:r>
        <w:br/>
        <w:t>камінну тугу білу говерлу</w:t>
      </w:r>
    </w:p>
    <w:p>
      <w:r>
        <w:br/>
        <w:t>най перемелю та й вам поверну</w:t>
      </w:r>
    </w:p>
    <w:p>
      <w:r>
        <w:br/>
      </w:r>
    </w:p>
    <w:p>
      <w:r>
        <w:br/>
        <w:t>кода</w:t>
      </w:r>
    </w:p>
    <w:p>
      <w:r>
        <w:br/>
        <w:t>&lt;br /&gt;</w:t>
        <w:br/>
        <w:t>я не знаю тебе</w:t>
      </w:r>
    </w:p>
    <w:p>
      <w:r>
        <w:br/>
        <w:t>межи цих катувальних машин</w:t>
      </w:r>
    </w:p>
    <w:p>
      <w:r>
        <w:br/>
        <w:t>межи цих костомах</w:t>
      </w:r>
    </w:p>
    <w:p>
      <w:r>
        <w:br/>
        <w:t>без брів і очних заглибин</w:t>
      </w:r>
    </w:p>
    <w:p>
      <w:r>
        <w:br/>
        <w:t>я хочу тебе закінчити</w:t>
      </w:r>
    </w:p>
    <w:p>
      <w:r>
        <w:br/>
        <w:t>долотом</w:t>
      </w:r>
    </w:p>
    <w:p>
      <w:r>
        <w:br/>
        <w:t>ніби камінну бабу</w:t>
      </w:r>
    </w:p>
    <w:p>
      <w:r>
        <w:br/>
        <w:t>я хочу знати твоє ім'я</w:t>
      </w:r>
    </w:p>
    <w:p>
      <w:r>
        <w:br/>
        <w:t>аби загубити</w:t>
      </w:r>
    </w:p>
    <w:p>
      <w:r>
        <w:br/>
        <w:t>&lt;br /&gt;</w:t>
        <w:br/>
        <w:t>кидаю слово на вітер</w:t>
      </w:r>
    </w:p>
    <w:p>
      <w:r>
        <w:br/>
        <w:t>нехай розіб'ється об мур</w:t>
      </w:r>
    </w:p>
    <w:p>
      <w:r>
        <w:br/>
        <w:t>кидаю камінь на вітер</w:t>
      </w:r>
    </w:p>
    <w:p>
      <w:r>
        <w:br/>
        <w:t>нехай розітреться в пісок</w:t>
      </w:r>
    </w:p>
    <w:p>
      <w:r>
        <w:br/>
        <w:t>кидаю пісок на вітер</w:t>
      </w:r>
    </w:p>
    <w:p>
      <w:r>
        <w:br/>
        <w:t>нехай почезне з очей</w:t>
      </w:r>
    </w:p>
    <w:p>
      <w:r>
        <w:br/>
        <w:t>але все одно</w:t>
      </w:r>
    </w:p>
    <w:p>
      <w:r>
        <w:br/>
        <w:t>хочу тебе ненавидіти</w:t>
      </w:r>
    </w:p>
    <w:p>
      <w:r>
        <w:br/>
        <w:t>щоночі</w:t>
      </w:r>
    </w:p>
    <w:p>
      <w:r>
        <w:br/>
      </w:r>
    </w:p>
    <w:p>
      <w:r>
        <w:br/>
      </w:r>
    </w:p>
    <w:p>
      <w:r>
        <w:br/>
        <w:t>&lt;br /&gt;</w:t>
        <w:br/>
        <w:t>антикода</w:t>
      </w:r>
    </w:p>
    <w:p>
      <w:r>
        <w:br/>
        <w:t>&lt;br /&gt;</w:t>
        <w:br/>
        <w:t>хоча б одинокий хрест в цьому замку то було би де помучити хоча б одинокий наказ поруба­ти усіх бородатих як колись порубали дітей хоч би помити його перед смертю щоб кат не від­вертав носа</w:t>
      </w:r>
    </w:p>
    <w:p>
      <w:r>
        <w:br/>
        <w:t>батечку якщо його таки мус вкоротити на голову то подаруй ту голову мені на уродини я гладитиму її перед сном і навіть цілуватиму в губи хоч це все одно не поможе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Саломея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