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Сага про Джоя</w:t>
      </w:r>
    </w:p>
    <w:p>
      <w:r>
        <w:br/>
        <w:t xml:space="preserve"> &lt;p&gt;І</w:t>
      </w:r>
    </w:p>
    <w:p>
      <w:r>
        <w:br/>
        <w:t>Ти пам'ятаєш, друзяко, своє далеке дитинство?</w:t>
      </w:r>
    </w:p>
    <w:p>
      <w:r>
        <w:br/>
        <w:t>Коли ти, одірваний жорстоко від мамки, плакав невтішно, шукаючи цицьку губами.</w:t>
      </w:r>
    </w:p>
    <w:p>
      <w:r>
        <w:br/>
        <w:t>Коли тихенько поскімлював, пригадуючи її ніжний язик, що так любовно тебе вилизував.</w:t>
      </w:r>
    </w:p>
    <w:p>
      <w:r>
        <w:br/>
        <w:t>Пам'ятаєш?</w:t>
      </w:r>
    </w:p>
    <w:p>
      <w:r>
        <w:br/>
        <w:t>А юність свою?</w:t>
      </w:r>
    </w:p>
    <w:p>
      <w:r>
        <w:br/>
        <w:t>Коли кров грала у жилах, і весь світ слався під ноги...</w:t>
      </w:r>
    </w:p>
    <w:p>
      <w:r>
        <w:br/>
        <w:t>Пам'ятаєш луг широчезний з озерцями-блюдечками, куди ми припливли за печерицями: я, дружина і ти? Пливли вузенькою річкою, що впадала в Сулу, і ти щоразу поривався стрибнути у жабуриння, в зело, у ряску — за водяними курочками, що безстрашно бігали поруч, а я, веслуючи, гукав до дружини, щоб тримала за вуха. Бо тебе за вуха лиш можна і вдержати, такі вони були довжелецькі. Пам'ятаєш, як ти стрибонув уже на берег і помчав, помчав, замалим не в повітря злітаючи, і вуха твої аж палахкотіли на сонці, а озерця вибризкувались на зелену травицю... І дзвеніла під тобою земля, і перелякано розліталась вся ота нечисть, що наїлась в траві... Ти літав, не знаючи втоми, і юна кров кипіла в жилах твоїх, і очі горіли од захвату.</w:t>
      </w:r>
    </w:p>
    <w:p>
      <w:r>
        <w:br/>
        <w:t>І потім ти хлебтав воду і не міг нахлебтатись...</w:t>
      </w:r>
    </w:p>
    <w:p>
      <w:r>
        <w:br/>
        <w:t>Гай-гай, коли все те було і куди воно поділося! Час, братухо, така штука химерна, що ні зупинити його, ні повернути. Не встигнеш оглянутись, а вже й по життю...</w:t>
      </w:r>
    </w:p>
    <w:p>
      <w:r>
        <w:br/>
        <w:t>Хіба ще лишаються спогади...</w:t>
      </w:r>
    </w:p>
    <w:p>
      <w:r>
        <w:br/>
        <w:t>Та не дивись ти на мене своїми очима космічними, не виймай мою душу! Я тужу за тими днями благословенним не менше од тебе.</w:t>
      </w:r>
    </w:p>
    <w:p>
      <w:r>
        <w:br/>
        <w:t>І пригадую... Пригадую... Пригадую...</w:t>
      </w:r>
    </w:p>
    <w:p>
      <w:r>
        <w:br/>
        <w:t>Пам'ятаєш Омельківну? Як вона ледь Сонця ногами не збила?</w:t>
      </w:r>
    </w:p>
    <w:p>
      <w:r>
        <w:br/>
        <w:t>Воно аж сахнулося, Сонце, налякане до смерті. І добре, що не дременуло, не сховалось за обрієм, а то що б ми робили у темряві?</w:t>
      </w:r>
    </w:p>
    <w:p>
      <w:r>
        <w:br/>
        <w:t>Що б робили оті дивовижні істоти, які оточили тебе, од захвату охкаючи? У тебе ж лиш голова витикалася з кулька целофанового, тобі дуже хотілось пі-пі, але ти ніяк не міг задню ніжку задерти, бо отой, що тебе вніс до двору, притискав тебе до грудей, так, наче боявся впустити. Земля ж ген-ген унизу, аж в голові паморочиться!.. Ти дивився на них, не розуміючи, чому вони всі такі збуджені й так кричать, адже ж їм не хотілось пі-пі, бо не задирали ноги. А вони, перебиваючи одне одного, по черзі гладили тебе по голівці і згадували якісь гроші, ще про них отой, який тримав тебе на руках, сказав гордовито:</w:t>
      </w:r>
    </w:p>
    <w:p>
      <w:r>
        <w:br/>
        <w:t>— Я за нього п'ятсот карбованців одвалив!</w:t>
      </w:r>
    </w:p>
    <w:p>
      <w:r>
        <w:br/>
        <w:t>— Аж п'ятсот! — сплеснула руками ота, у фартушкові.</w:t>
      </w:r>
    </w:p>
    <w:p>
      <w:r>
        <w:br/>
        <w:t>— Це спанієль. Чистокровний. З паспортом.</w:t>
      </w:r>
    </w:p>
    <w:p>
      <w:r>
        <w:br/>
        <w:t>— Отаке мале — і вже з паспортом!</w:t>
      </w:r>
    </w:p>
    <w:p>
      <w:r>
        <w:br/>
        <w:t>— Вигорнув усі до копієчки гроші! — поскаржилась та, що їхала разом із вами в машині. Всю дорогу тримала тебе на руках. Час від часу цілуючи в лобика. Що таке гроші, ти не знав. Не доводилось нюхати.</w:t>
      </w:r>
    </w:p>
    <w:p>
      <w:r>
        <w:br/>
        <w:t>— Як же його ви назвали?</w:t>
      </w:r>
    </w:p>
    <w:p>
      <w:r>
        <w:br/>
        <w:t>— Джой. По-англійському — радість.</w:t>
      </w:r>
    </w:p>
    <w:p>
      <w:r>
        <w:br/>
        <w:t>Зачувши слово "Джой", ти ворухнув хвостиком. Уже затямив, що це твоє ім'я. Добре, що хвіст коротенький, рухається вільно в кулькові...</w:t>
      </w:r>
    </w:p>
    <w:p>
      <w:r>
        <w:br/>
        <w:t>Але коли ж його спустять додолу? Невже вони не догадуються, як він хоче пі-пі?</w:t>
      </w:r>
    </w:p>
    <w:p>
      <w:r>
        <w:br/>
        <w:t>Врешті догадались, спустили.</w:t>
      </w:r>
    </w:p>
    <w:p>
      <w:r>
        <w:br/>
        <w:t>Він одразу ж задер задню ніжку, і очі його були при цьому серйозні, як у професора, що розгадував якусь світову таємницю.</w:t>
      </w:r>
    </w:p>
    <w:p>
      <w:r>
        <w:br/>
        <w:t>Підійшла ще одна, теж у фартушкові, і фартушок той пахнув дуже смачно, хоч Джой як не принюхувався, так і не міг втямити, чим же.</w:t>
      </w:r>
    </w:p>
    <w:p>
      <w:r>
        <w:br/>
        <w:t>— Ой, який красивенний! Як його величати?</w:t>
      </w:r>
    </w:p>
    <w:p>
      <w:r>
        <w:br/>
        <w:t>— Джоєм. Це спанієль. На качок полюватимем.</w:t>
      </w:r>
    </w:p>
    <w:p>
      <w:r>
        <w:br/>
        <w:t>— Джойчику, ти будеш бабу провідувати? Будеш, ге?</w:t>
      </w:r>
    </w:p>
    <w:p>
      <w:r>
        <w:br/>
        <w:t>Джой ворухнув хвостиком ввічливо: буде.</w:t>
      </w:r>
    </w:p>
    <w:p>
      <w:r>
        <w:br/>
        <w:t>— А я тебе молочком пригощатиму.</w:t>
      </w:r>
    </w:p>
    <w:p>
      <w:r>
        <w:br/>
        <w:t>Джоїв хвостик замиготів, закрутився. Адже мова йшла про молоко. Материнське. Од якого йому так важко одвикати. Він ще не знав, що це — молоко од корови. Страшної істоти рогатої, зростом до неба, яку він щоразу обгавкуватиме, за парканом ховаючись.</w:t>
      </w:r>
    </w:p>
    <w:p>
      <w:r>
        <w:br/>
        <w:t>Омельківна (так звали оту з смачним фартухом)... Омельківна стала щось говорити: Джой зрозумів, що це — не до нього.</w:t>
      </w:r>
    </w:p>
    <w:p>
      <w:r>
        <w:br/>
        <w:t>Ворухнув хвостиком, пробачаючись на всяк випадок, пішов у траву, обнюхуючи кожен сантиметр.</w:t>
      </w:r>
    </w:p>
    <w:p>
      <w:r>
        <w:br/>
        <w:t>Було дуже жарко. Ні війне, ні шелесне. Джой побродив— побродив та й вирішив сховатися в тінь. Найгустіша тінь була позаду Омельківни. Він під її ногами і влігся.</w:t>
      </w:r>
    </w:p>
    <w:p>
      <w:r>
        <w:br/>
        <w:t>І тут Омельківна стала прощатися. Одступила, перечепилась об Джоя та й задерла ноги до неба.</w:t>
      </w:r>
    </w:p>
    <w:p>
      <w:r>
        <w:br/>
        <w:t>— А щоб ти здох!</w:t>
      </w:r>
    </w:p>
    <w:p>
      <w:r>
        <w:br/>
        <w:t>Пішла, охкаючи, а Джой все ще сидів, ображений: мало того, що ледь не задушили, так ще й смерті йому побажали!</w:t>
      </w:r>
    </w:p>
    <w:p>
      <w:r>
        <w:br/>
        <w:t>II</w:t>
      </w:r>
    </w:p>
    <w:p>
      <w:r>
        <w:br/>
        <w:t>А пам'ятаєш свою першу гадюку?</w:t>
      </w:r>
    </w:p>
    <w:p>
      <w:r>
        <w:br/>
        <w:t>Не вужа, вуж — безборонна тваринка, тільки й того, що сичить, обороняючись, а справжню отруйну гадюку.</w:t>
      </w:r>
    </w:p>
    <w:p>
      <w:r>
        <w:br/>
        <w:t>Як ти розігнався в кущі, та й налетів на гадюку. Що, скрутившись пружиною, метнулася тобі назустріч голівкою-списом.</w:t>
      </w:r>
    </w:p>
    <w:p>
      <w:r>
        <w:br/>
        <w:t>Інстинкт тобі підказав, що тварина ця дуже небезпечна. Далекі пращури, про яких ти навіть гадки не мав... пращури, що їх жалили в свій час отруйні гадюки, враз озвалися застережними голосами: не підходь! Тримайся подалі!</w:t>
      </w:r>
    </w:p>
    <w:p>
      <w:r>
        <w:br/>
        <w:t>Але поклик мисливця залунав у тобі: це — здобич. Яку ти мусиш узяти.</w:t>
      </w:r>
    </w:p>
    <w:p>
      <w:r>
        <w:br/>
        <w:t>Не впусти!.. Не взівай!</w:t>
      </w:r>
    </w:p>
    <w:p>
      <w:r>
        <w:br/>
        <w:t>Він, цей поклик могутній, помножений на тисячолітній досвід пращурів, підказав тобі, як треба діяти.</w:t>
      </w:r>
    </w:p>
    <w:p>
      <w:r>
        <w:br/>
        <w:t>Ти став гавкати. Шерсть на загривку наїжачилась грізно, очі налилися люттю. Гавкаючи, ти став імітувати, що ось зараз вчепишся в змію іклами. Наскакував, зберігаючи, однак, безпечну дистанцію. Щоб смертельне жало тебе не дістало.</w:t>
      </w:r>
    </w:p>
    <w:p>
      <w:r>
        <w:br/>
        <w:t>Змія раз по раз викидала гострого списа в твій бік, змія все лютіше сичала, крижані очі її дихали смертю.</w:t>
      </w:r>
    </w:p>
    <w:p>
      <w:r>
        <w:br/>
        <w:t>А ти заходився довкруж неї кружляти. Кружляти і гавкати.</w:t>
      </w:r>
    </w:p>
    <w:p>
      <w:r>
        <w:br/>
        <w:t>Кружляти, як вихор, аж у тебе змія замиготіла в очах.</w:t>
      </w:r>
    </w:p>
    <w:p>
      <w:r>
        <w:br/>
        <w:t>У гадюки теж голова пішла обертом од твого кружляння шаленого, вона стала все частіш помилятися, викидаючи списа у порожнечу.</w:t>
      </w:r>
    </w:p>
    <w:p>
      <w:r>
        <w:br/>
        <w:t>Ось черговий невдалий кидок, гадюка на мить підставила шию.</w:t>
      </w:r>
    </w:p>
    <w:p>
      <w:r>
        <w:br/>
        <w:t>"Вперед!" — команда мисливця.</w:t>
      </w:r>
    </w:p>
    <w:p>
      <w:r>
        <w:br/>
        <w:t>Ти метнувся вперед, учепився іклами в потилицю. Пружний тулуб гадюки вмить обплів твою ногу, і ти, напружившись, щоб не впасти, перехопив тулуб нижче, став люто тіпати ворога.</w:t>
      </w:r>
    </w:p>
    <w:p>
      <w:r>
        <w:br/>
        <w:t>Хруснув хребет, змія враз обм'якла, безсило повисла в зубах.</w:t>
      </w:r>
    </w:p>
    <w:p>
      <w:r>
        <w:br/>
        <w:t>Випустив з пащі, одскочив: змія не ворушилася.</w:t>
      </w:r>
    </w:p>
    <w:p>
      <w:r>
        <w:br/>
        <w:t>Не хотілося їсти, бо ти добряче поснідав. Подумав-подумав, прислуховуючись до шлунка переповненого: ні, краще сховати.</w:t>
      </w:r>
    </w:p>
    <w:p>
      <w:r>
        <w:br/>
        <w:t>Нагорнув носом землю ще й листям присипав. Погавкав сердито на ворона, що кружляв над головою: "Це моя здобич!"</w:t>
      </w:r>
    </w:p>
    <w:p>
      <w:r>
        <w:br/>
        <w:t>Задер ніжку, місце помітив, побіг. Ти й досі облизуєшся, згадуючи смак перемоги.</w:t>
      </w:r>
    </w:p>
    <w:p>
      <w:r>
        <w:br/>
        <w:t>Ну й довгий же в тебе, діду, язик — очі можеш дістати!</w:t>
      </w:r>
    </w:p>
    <w:p>
      <w:r>
        <w:br/>
        <w:t>Пригадуєш, як ми вмирали од сміху, коли мій внук узяв та й намазав тобі медом носа? З низу аж до верху. Сантиметрів десять, якщо не більше. І як ти заходився того носа облизувати. Язик запросто діставав аж до лоба, навіть в очі залазив, ти очманіло тряс головою, а ми сміялись до сліз.</w:t>
      </w:r>
    </w:p>
    <w:p>
      <w:r>
        <w:br/>
        <w:t>Онук ще побіг по мед, але дружина пригрозила і йому носа медом намазати:</w:t>
      </w:r>
    </w:p>
    <w:p>
      <w:r>
        <w:br/>
        <w:t>— Годі над твариною знущатись!</w:t>
      </w:r>
    </w:p>
    <w:p>
      <w:r>
        <w:br/>
        <w:t>А ти, блаженна душа, і не подумав образитись. Весело гавкав невдовзі, за внуком ганяючись.</w:t>
      </w:r>
    </w:p>
    <w:p>
      <w:r>
        <w:br/>
        <w:t>Ти знаєш, про що я часто думав, на тебе дивлячись? Що Бог сотворив отаких, як ти, псин спеціально для того, щоб продемонструвати людям, як треба любить своїх ближніх.</w:t>
      </w:r>
    </w:p>
    <w:p>
      <w:r>
        <w:br/>
        <w:t>Всіх без винятку.</w:t>
      </w:r>
    </w:p>
    <w:p>
      <w:r>
        <w:br/>
        <w:t>Хто б до нас не прийшов, ти його зустрічаєш як найдорожчого родича. Од твого гавкоту аж вікна бряжчать: та погладьте, погляньте, хто до нас завітав! Ти ладен його обіймати за ноги, а якщо й пощастить — то й поцілувати у вухо. У губи — ні, бо мало чим може смердіти із рота! Тютюновим димом, горілкою чи іншою бридотою. Й, окрім того, мало якої нечисті можна од людей набратися. Хоча б того СНІДу.</w:t>
      </w:r>
    </w:p>
    <w:p>
      <w:r>
        <w:br/>
        <w:t>А так — лизь-лизь у вухо.</w:t>
      </w:r>
    </w:p>
    <w:p>
      <w:r>
        <w:br/>
        <w:t>Так ти любиш людей...</w:t>
      </w:r>
    </w:p>
    <w:p>
      <w:r>
        <w:br/>
        <w:t>Гадюк же не любиш.</w:t>
      </w:r>
    </w:p>
    <w:p>
      <w:r>
        <w:br/>
        <w:t>Ну, гаразд, з гадюччям все ясно. Все ясно з гадюками. Тепер ти їх і очі заплющивши, упізнаєш, зміюк.</w:t>
      </w:r>
    </w:p>
    <w:p>
      <w:r>
        <w:br/>
        <w:t>III</w:t>
      </w:r>
    </w:p>
    <w:p>
      <w:r>
        <w:br/>
        <w:t>А вчительку? Не забув свою першу вчительку? Училку, як кажуть деякі комп'ютеризовані придурки.</w:t>
      </w:r>
    </w:p>
    <w:p>
      <w:r>
        <w:br/>
        <w:t>Гарчить, що не забув.</w:t>
      </w:r>
    </w:p>
    <w:p>
      <w:r>
        <w:br/>
        <w:t>Та й де ж забути той перший і останній урок!</w:t>
      </w:r>
    </w:p>
    <w:p>
      <w:r>
        <w:br/>
        <w:t>Училка... Тьху, й до мене приліпилось це слово паскудне!.. Учителька була така красивенна, як сказала б Омельківна, що ти так і прикипів до неї очима. Довго принюхувався, аж чорний п'ятачок ворушився, підкрадаючись все ближче і ближче, а вона не звертала жоднісінької уваги на тебе. Ворушила сріблястими крильцями, вигиналась кокетливо станом, з-під спіднички, помережаної яскравими смугами, витикався симпатичний задочок.</w:t>
      </w:r>
    </w:p>
    <w:p>
      <w:r>
        <w:br/>
        <w:t>І тобі захотілося задок той лизнути.</w:t>
      </w:r>
    </w:p>
    <w:p>
      <w:r>
        <w:br/>
        <w:t>Спершу понюхав. Задок пахнув медом. Солодким-солодким.</w:t>
      </w:r>
    </w:p>
    <w:p>
      <w:r>
        <w:br/>
        <w:t>Гавкнув питально, учителька — нуль уваги на тебе.</w:t>
      </w:r>
    </w:p>
    <w:p>
      <w:r>
        <w:br/>
        <w:t>Тоді ти обережненько ткнувся носом в задок.</w:t>
      </w:r>
    </w:p>
    <w:p>
      <w:r>
        <w:br/>
        <w:t>Й одлетів. Й перевернувся на спину.</w:t>
      </w:r>
    </w:p>
    <w:p>
      <w:r>
        <w:br/>
        <w:t>І завищав на весь світ пронизливим собачим плачем.</w:t>
      </w:r>
    </w:p>
    <w:p>
      <w:r>
        <w:br/>
        <w:t>А ви б не вищали, коли б вас у кінчик носа вжалила зненацька оса?</w:t>
      </w:r>
    </w:p>
    <w:p>
      <w:r>
        <w:br/>
        <w:t>На вискіт той, що долітав аж до неба, повилітали з хати хто тільки був.</w:t>
      </w:r>
    </w:p>
    <w:p>
      <w:r>
        <w:br/>
        <w:t>Допитувалися, що з тобою, хто тебе скривдив, а ти вищав і щосили трусив головою. І ніс твій все більше наливався вогнем.</w:t>
      </w:r>
    </w:p>
    <w:p>
      <w:r>
        <w:br/>
        <w:t>— Бджола, мабуть, вкусила,— сказав син.</w:t>
      </w:r>
    </w:p>
    <w:p>
      <w:r>
        <w:br/>
        <w:t>— Ні, скорше оса... Або шершень... Від бджоли жало лишилося б.</w:t>
      </w:r>
    </w:p>
    <w:p>
      <w:r>
        <w:br/>
        <w:t>Син одразу ж погодився, що таки оса... а то й шершень. А тобі од цього не стало легше. Ніс став важкий, наче гиря, і ти не знав, куди з отим носом поткнутись....</w:t>
      </w:r>
    </w:p>
    <w:p>
      <w:r>
        <w:br/>
        <w:t>З того часу ти десятою дорогою обходив тих підступних істот. Училок!</w:t>
      </w:r>
    </w:p>
    <w:p>
      <w:r>
        <w:br/>
        <w:t>Бодай вони всі передохли!</w:t>
      </w:r>
    </w:p>
    <w:p>
      <w:r>
        <w:br/>
        <w:t>Це ти навчився в Омельківни — лаятись. Подумки. Бо не вмів вимовляти слова. Що їх понавидумували люди хтозна й для чого.</w:t>
      </w:r>
    </w:p>
    <w:p>
      <w:r>
        <w:br/>
        <w:t>Скорше, мабуть, для того, щоб одне одного лаяти.</w:t>
      </w:r>
    </w:p>
    <w:p>
      <w:r>
        <w:br/>
        <w:t>Ну, хіба ж він винен у тому, що народився собакою. Джоєм, а не Василем чи Галиною. Що ніяк не научиться витирати лапи, заходячи в хату. Зате сам подає їх мити. Неприємна процедура, але мусиш терпіти, коли народився собакою.</w:t>
      </w:r>
    </w:p>
    <w:p>
      <w:r>
        <w:br/>
        <w:t>Що крутиться весь час під ногами, і хазяйка за це тебе пуштрить... І погрожує віником. "Це ти наслідив?.. Я не встигаю прибирати!.."</w:t>
      </w:r>
    </w:p>
    <w:p>
      <w:r>
        <w:br/>
        <w:t>І частенько тебе таки частує віником, але ти на неї не ображаєшся навіть. Ти її так любиш, що ладен за неї й життя віддати. А вона, бач, тебе віником...</w:t>
      </w:r>
    </w:p>
    <w:p>
      <w:r>
        <w:br/>
        <w:t>Ти забиваєшся під крісло і гірко роздумуєш над своєю собачою долею. Над тим, чому люди часто не відгукуються на ласку ласкою.</w:t>
      </w:r>
    </w:p>
    <w:p>
      <w:r>
        <w:br/>
        <w:t>Чому їх дратує, наприклад, твоя звичка класти на коліна голову, дивлячись закохано й віддано,— завжди скидають з колін твою голову, ще й скаржаться, що ти їм послинив штани або спідницю.</w:t>
      </w:r>
    </w:p>
    <w:p>
      <w:r>
        <w:br/>
        <w:t>Або оте: "Не наскакуй!", що луна повсякчас.</w:t>
      </w:r>
    </w:p>
    <w:p>
      <w:r>
        <w:br/>
        <w:t>А як же інакше можна продемонструвати свою гарячу любов?</w:t>
      </w:r>
    </w:p>
    <w:p>
      <w:r>
        <w:br/>
        <w:t>Що він не зробить — все не так, все не по-їхньому.</w:t>
      </w:r>
    </w:p>
    <w:p>
      <w:r>
        <w:br/>
        <w:t>От привезла хазяйка курчат. Не отих маленьких, пухкеньких, які самі просяться до рота. А цибатих перестарків. Він, Джой, косував-косував на них оком: обдурили хазяйку! Замість усіх білих підсунули кілька чорних. На качок диких схожих.</w:t>
      </w:r>
    </w:p>
    <w:p>
      <w:r>
        <w:br/>
        <w:t>Заходився та й видушив чорних. Та й виклав у акуратний рядочок. А найцибатіше поніс у зубах хазяйці: "Ось глянь, як тебе обдурили!"</w:t>
      </w:r>
    </w:p>
    <w:p>
      <w:r>
        <w:br/>
        <w:t>Крику було — не доведи Господи і помилуй!..</w:t>
      </w:r>
    </w:p>
    <w:p>
      <w:r>
        <w:br/>
        <w:t>Ти важко зітхаєш... Ти заплющуєш очі... Ти поринаєш в дрімоту... Ткнувшись носом у прохолодну підлогу.</w:t>
      </w:r>
    </w:p>
    <w:p>
      <w:r>
        <w:br/>
        <w:t>IV</w:t>
      </w:r>
    </w:p>
    <w:p>
      <w:r>
        <w:br/>
        <w:t>Наступного року Джой появився на дачі зовсім дорослою псиною. Ну, не такою вже й дорослою, але роки собачі вп'ятеро куціші од людських. То й вік собачий набагато коротший. Опановуй науку життя в перший же рік, якщо хочеш жити на світі.</w:t>
      </w:r>
    </w:p>
    <w:p>
      <w:r>
        <w:br/>
        <w:t>Не впізнавали ми Джоя.</w:t>
      </w:r>
    </w:p>
    <w:p>
      <w:r>
        <w:br/>
        <w:t>Привезли курчат — косував лише оком. Та хвостом нервово посмикував. Запам'ятав, що які б вони не були: білі, чорні, зозулясті, рябенькі — всі до одного свої. Упаси Боже чіпати! Зате як влетять чужий півник чи курочка до нашого двору — капець! Як не втікатиме, як не кудкудакатиме — упіймає й придушить.</w:t>
      </w:r>
    </w:p>
    <w:p>
      <w:r>
        <w:br/>
        <w:t>А не лізь у мій двір!</w:t>
      </w:r>
    </w:p>
    <w:p>
      <w:r>
        <w:br/>
        <w:t>Саме — "мій". Бо з першого ж дня оголосив себе хазяїном двору.</w:t>
      </w:r>
    </w:p>
    <w:p>
      <w:r>
        <w:br/>
        <w:t>З раннього ранку, вискочивши з хати, обов'язково оббіжить увесь двір по периметру, винюхуючи шкоду. Появу якогось заброди непроханого. Що гірший татарина.</w:t>
      </w:r>
    </w:p>
    <w:p>
      <w:r>
        <w:br/>
        <w:t>У першу чергу очистив двір од гадюччя. Од зміюк та вужів. Хоч я йому і втокмачував, що вужів чіпати не слід, вуж — мирна істота, корисна навіть, бо ловить мишву. Тож придивляйся пильніше: як тільки дві жовтогарячі цяточки на потилиці, то не чіпай. Душив все одно. Був, мабуть, дальтоніком. Не розбирав кольорів.</w:t>
      </w:r>
    </w:p>
    <w:p>
      <w:r>
        <w:br/>
        <w:t>Ганяв горобців, що курей обкрадали, зерно усе скльовуючи. Та ще, мабуть, за те, що кричали: "Жив!.. Жив!.." — коли Христос помирав.</w:t>
      </w:r>
    </w:p>
    <w:p>
      <w:r>
        <w:br/>
        <w:t>Жодного не вдалося впіймати. Хоч ганявся — із шкіри вискакував.</w:t>
      </w:r>
    </w:p>
    <w:p>
      <w:r>
        <w:br/>
        <w:t>Ну, а постійний ворог — їжак, бродяга безпашпортний, космополітище безрідний — до істерики Джоя доводив.</w:t>
      </w:r>
    </w:p>
    <w:p>
      <w:r>
        <w:br/>
        <w:t>Ліз і ліз у наш двір, найменшу шпаринку знаходячи. Я вже й затикав їх, шпаринки, і сітку рибальську навішував — не помагало нічого. Як ніч — так і в дворі.</w:t>
      </w:r>
    </w:p>
    <w:p>
      <w:r>
        <w:br/>
        <w:t>І кожного ранку — безплатний концерт. Поп-музика — оглухнути можна.</w:t>
      </w:r>
    </w:p>
    <w:p>
      <w:r>
        <w:br/>
        <w:t>Терпів-терпів, затуляючи вуха подушкою,— не помагало нічого.</w:t>
      </w:r>
    </w:p>
    <w:p>
      <w:r>
        <w:br/>
        <w:t>Вибігав у двір: де той задрипанець? Ага, он де. З глибочезної ями, що її встигає вирити Джой, вилітає ошмаття.</w:t>
      </w:r>
    </w:p>
    <w:p>
      <w:r>
        <w:br/>
        <w:t>Підбігаю, сердитий: так і є! Колючий клубок, що його ні вхопить, ні вкусити, і Джой під нього люто землю підкопує. Весь у землі, як мара.</w:t>
      </w:r>
    </w:p>
    <w:p>
      <w:r>
        <w:br/>
        <w:t>— Джой, фу!</w:t>
      </w:r>
    </w:p>
    <w:p>
      <w:r>
        <w:br/>
        <w:t>Гавкіт ще лютіший у відповідь. І груддя — замалим мені у обличчя не летить.</w:t>
      </w:r>
    </w:p>
    <w:p>
      <w:r>
        <w:br/>
        <w:t>— Вилазь, Джой!</w:t>
      </w:r>
    </w:p>
    <w:p>
      <w:r>
        <w:br/>
        <w:t>Нуль уваги.</w:t>
      </w:r>
    </w:p>
    <w:p>
      <w:r>
        <w:br/>
        <w:t>Ну, зажди ж, паразите!</w:t>
      </w:r>
    </w:p>
    <w:p>
      <w:r>
        <w:br/>
        <w:t>Біжу по відро, повне води наливаю і назад. Виливаю все зозла до ями.</w:t>
      </w:r>
    </w:p>
    <w:p>
      <w:r>
        <w:br/>
        <w:t>Джой виліта як обшпарений, щосили обтрушується.</w:t>
      </w:r>
    </w:p>
    <w:p>
      <w:r>
        <w:br/>
        <w:t>"У тебе совість є?".— "А в тебе? Хто тебе, отакого, купатиме? Сажотрус сажотрусом!"</w:t>
      </w:r>
    </w:p>
    <w:p>
      <w:r>
        <w:br/>
        <w:t>Залажу до ями, пробую взять їжака. "Та не колися, дурню, я тебе не вбиваю — рятую!" Закочую колючий клубок у відро, виношу за двір.</w:t>
      </w:r>
    </w:p>
    <w:p>
      <w:r>
        <w:br/>
        <w:t>Щоразу подалі одношу. В надії, що не знайде дороги.</w:t>
      </w:r>
    </w:p>
    <w:p>
      <w:r>
        <w:br/>
        <w:t>Знаходить.</w:t>
      </w:r>
    </w:p>
    <w:p>
      <w:r>
        <w:br/>
        <w:t>І знову безплатний концерт. На весь хутір. Хочеш — вуха затикай, хочеш — слухай.</w:t>
      </w:r>
    </w:p>
    <w:p>
      <w:r>
        <w:br/>
        <w:t>Іще був у Джоя ворог номер два (а може, й один) — котяра сусідський. Ми його прозвали Корсаром: цупив усе, що погано лежало.</w:t>
      </w:r>
    </w:p>
    <w:p>
      <w:r>
        <w:br/>
        <w:t>Якось я навудив карасиків, пустив до ванни старої, що стояла в дворі, накрив шифериною. Хай плавають — завтра посмажимо.</w:t>
      </w:r>
    </w:p>
    <w:p>
      <w:r>
        <w:br/>
        <w:t>А вранці — шиферина на землі і карасика жодного.</w:t>
      </w:r>
    </w:p>
    <w:p>
      <w:r>
        <w:br/>
        <w:t>А залишиш у дворі молоко — як не вип'є, то перекине. Та ось появився Джой і оголосив Корсарові священну війну. "Джихад" мусульманський.</w:t>
      </w:r>
    </w:p>
    <w:p>
      <w:r>
        <w:br/>
        <w:t>І почалося...</w:t>
      </w:r>
    </w:p>
    <w:p>
      <w:r>
        <w:br/>
        <w:t>Кіт стрімголов злітав на абрикосу, вмощувався зручненько на гілляці. Кіт слухав, мружачи відьомські очі, а Джой шаленів унизу. Кіт спокійненько "вмивався", а Джой голос зривав.</w:t>
      </w:r>
    </w:p>
    <w:p>
      <w:r>
        <w:br/>
        <w:t>— Сходи прожени! — стогнала дружина.— У мене й голова незабаром розвалиться.</w:t>
      </w:r>
    </w:p>
    <w:p>
      <w:r>
        <w:br/>
        <w:t>Розвалювалась голова і в сусідки, хазяйки котової:</w:t>
      </w:r>
    </w:p>
    <w:p>
      <w:r>
        <w:br/>
        <w:t>— Та прив'яжіть свого чорта, бо збожеволіти можна!</w:t>
      </w:r>
    </w:p>
    <w:p>
      <w:r>
        <w:br/>
        <w:t>"Кота свого прив'яжіть!" — ледь не виривалося в мене.</w:t>
      </w:r>
    </w:p>
    <w:p>
      <w:r>
        <w:br/>
        <w:t>Зціпивши зуби, вилажу на абрикосу. А ви знаєте, що то є: вилазити на абрикосу? Поміж гілля густе, отакенними колючками усіяне?</w:t>
      </w:r>
    </w:p>
    <w:p>
      <w:r>
        <w:br/>
        <w:t>Спробуйте!</w:t>
      </w:r>
    </w:p>
    <w:p>
      <w:r>
        <w:br/>
        <w:t>Я до кота, кіт од мене. Я вгору, а він іще вище. Ось уже й гілка згинається — нікуди далі залазить котові. Шипить, як паротяг збожеволілий.</w:t>
      </w:r>
    </w:p>
    <w:p>
      <w:r>
        <w:br/>
        <w:t>— Кицю, кицю!.. Ходи сюди, кицю, щоб ти на цій гілляці й повісився!</w:t>
      </w:r>
    </w:p>
    <w:p>
      <w:r>
        <w:br/>
        <w:t>Кіт стрибонув мені прямо на голову. На лисину. Проїхався кігтями та й на сусідню гілляку. А з гілляки — відчайдушний стрибок через тин та до себе у двір.</w:t>
      </w:r>
    </w:p>
    <w:p>
      <w:r>
        <w:br/>
        <w:t>Я мацаю переорану лисину, і мені хочеться погавкати люто із Джоєм...</w:t>
      </w:r>
    </w:p>
    <w:p>
      <w:r>
        <w:br/>
        <w:t>Я вже згадував, що у Джоя бас як у Шаляпіна. Або ще точніше — як у лева розлюченого. Хто його не вгледить — до землі присяде од страху.</w:t>
      </w:r>
    </w:p>
    <w:p>
      <w:r>
        <w:br/>
        <w:t>Тож в найулюбленішій забаві, що її вигадав Джой, головна роль належала голосові.</w:t>
      </w:r>
    </w:p>
    <w:p>
      <w:r>
        <w:br/>
        <w:t>З раннього ранку Джой займає позицію. Під парканом, що відгороджує наш двір од вулиці. Гукай — з місця не зрушить. Хіба що зиркне з досадою: ти що, не знаєш, що от-от ітимуть корови?</w:t>
      </w:r>
    </w:p>
    <w:p>
      <w:r>
        <w:br/>
        <w:t>І ось вона, хвилина очікувана!</w:t>
      </w:r>
    </w:p>
    <w:p>
      <w:r>
        <w:br/>
        <w:t>Корови сунуть рогатою річкою, а Джой люто надіта на штахетини. Реве своїм унікальним басюрою, аж дерева хиляться. Штахетини ось-ось не витримають, тріснуть усі до одної, випустять Джоя на вулицю, і тоді від череди лишаться копита та роги.</w:t>
      </w:r>
    </w:p>
    <w:p>
      <w:r>
        <w:br/>
        <w:t>А вони, звиклі до собачого гавкоту, що супроводжує їх вздовж усього хутора, лиш очима косують. Хіба що яка націлиться на Джоя рогами (ото Джоєві свято!), махне недбало хвостом.</w:t>
      </w:r>
    </w:p>
    <w:p>
      <w:r>
        <w:br/>
        <w:t>— Ну що, з'їв? — кепкую з Джоя.</w:t>
      </w:r>
    </w:p>
    <w:p>
      <w:r>
        <w:br/>
        <w:t>Джой удає, що йому просто лінь усерйоз заводитись. Задирає лапу й демонстративно поливає штахетини.</w:t>
      </w:r>
    </w:p>
    <w:p>
      <w:r>
        <w:br/>
        <w:t>А от телиця...</w:t>
      </w:r>
    </w:p>
    <w:p>
      <w:r>
        <w:br/>
        <w:t>Телиця — то вже всерйоз.</w:t>
      </w:r>
    </w:p>
    <w:p>
      <w:r>
        <w:br/>
        <w:t>Сусідка щоранку телицю на луки виводила, і невідомо було, хто кого веде: хазяйка телицю чи телиця хазяйку.</w:t>
      </w:r>
    </w:p>
    <w:p>
      <w:r>
        <w:br/>
        <w:t>А якщо телиця лякалася, то й зовсім комедія: телиця устриб — і хазяйка устриб.</w:t>
      </w:r>
    </w:p>
    <w:p>
      <w:r>
        <w:br/>
        <w:t>— Руки пообривала! — скаржилась щоразу хазяйка.</w:t>
      </w:r>
    </w:p>
    <w:p>
      <w:r>
        <w:br/>
        <w:t>Тож телиця із Джоєм не інакше як змовились: Джоєві гавкати, телиці — лякатися.</w:t>
      </w:r>
    </w:p>
    <w:p>
      <w:r>
        <w:br/>
        <w:t>Ідуть вони мирно удвох повз наш двір: телиця й хазяйка. Телиця — ягнятком покірним, присипляє увагу хазяйки. А Джой причаївсь за парканом.</w:t>
      </w:r>
    </w:p>
    <w:p>
      <w:r>
        <w:br/>
        <w:t>Порівнялися, і тут починається цирк.</w:t>
      </w:r>
    </w:p>
    <w:p>
      <w:r>
        <w:br/>
        <w:t>Джой як вискочить, як ревоне. Телиця, вдаючи, що вона страшенно злякалася, виконує таке сальто-курбет, що куди тим гімнастам! І сусідка за нею — сальто-курбет. А потім телиця як ушкварить галопом. І сусідка за нею галопом. Вчепившись щосили в налигача, щоб не впустити.</w:t>
      </w:r>
    </w:p>
    <w:p>
      <w:r>
        <w:br/>
        <w:t>— Припніть свого чорта! — гукала не раз, телицю виводячи.</w:t>
      </w:r>
    </w:p>
    <w:p>
      <w:r>
        <w:br/>
        <w:t>А "чорт" вже причаївся під парканом. І такими очима на мене дивиться, коли я його до хати тягну силоміць, що в мене й серце стискається...</w:t>
      </w:r>
    </w:p>
    <w:p>
      <w:r>
        <w:br/>
        <w:t>— Що, Джой, було діло?</w:t>
      </w:r>
    </w:p>
    <w:p>
      <w:r>
        <w:br/>
        <w:t>Джой тільки зітхає...</w:t>
      </w:r>
    </w:p>
    <w:p>
      <w:r>
        <w:br/>
        <w:t>V</w:t>
      </w:r>
    </w:p>
    <w:p>
      <w:r>
        <w:br/>
        <w:t>А взагалі ми з Джоєм душа в душу живемо. Разом і їмо, тільки й того, що не з однієї тарілки.</w:t>
      </w:r>
    </w:p>
    <w:p>
      <w:r>
        <w:br/>
        <w:t>— Толю, їсти! — гукає дружина.</w:t>
      </w:r>
    </w:p>
    <w:p>
      <w:r>
        <w:br/>
        <w:t>Джой зривається, біжить поперед мене.</w:t>
      </w:r>
    </w:p>
    <w:p>
      <w:r>
        <w:br/>
        <w:t>Якось дружина покликала — я не почув.</w:t>
      </w:r>
    </w:p>
    <w:p>
      <w:r>
        <w:br/>
        <w:t>Улетів Джой! "Гав-гав! — їсти ж он кличуть!"</w:t>
      </w:r>
    </w:p>
    <w:p>
      <w:r>
        <w:br/>
        <w:t>Разом спимо, тільки й того, що не під однією ковдрою.</w:t>
      </w:r>
    </w:p>
    <w:p>
      <w:r>
        <w:br/>
        <w:t>Хоча, коли навідаються син та невістка, він обов'язково вкладеться в них у ногах.</w:t>
      </w:r>
    </w:p>
    <w:p>
      <w:r>
        <w:br/>
        <w:t>Якось гостювали мої друзі Володя та Галя. Вкладаються спати, і Джой тут як тут.</w:t>
      </w:r>
    </w:p>
    <w:p>
      <w:r>
        <w:br/>
        <w:t>— Проженіть, бо спати не дасть.</w:t>
      </w:r>
    </w:p>
    <w:p>
      <w:r>
        <w:br/>
        <w:t>— Нічого, він нам не завадить.</w:t>
      </w:r>
    </w:p>
    <w:p>
      <w:r>
        <w:br/>
        <w:t>Джой делікатно примостився в ногах.</w:t>
      </w:r>
    </w:p>
    <w:p>
      <w:r>
        <w:br/>
        <w:t>Заснули. А вранці Галя, ще й очей не розплющивши, повернулася цьомкнути чоловіка у щічку, та й поцілувала Джоя у морду. Ліз усю ніч попід ковдрою та поміж ними і влігся...</w:t>
      </w:r>
    </w:p>
    <w:p>
      <w:r>
        <w:br/>
        <w:t>А ще ми любимо телевізор дивитись. У мене крісло, і в Джоя крісло. Тільки я дивлюсь на екран, а Джой солодко спить. Задком до екрана. "Ну що там цікавого!.. Президенти... прем'єри... А з чим їх їдять?.."</w:t>
      </w:r>
    </w:p>
    <w:p>
      <w:r>
        <w:br/>
        <w:t>Якось дружина склала на моєму кріслі білизну. Я всівся на Джоєвому.</w:t>
      </w:r>
    </w:p>
    <w:p>
      <w:r>
        <w:br/>
        <w:t>Підбіг Джой. Сів навпроти, став гіпнотизувати мене своїми очима космічними: "Злазь!"</w:t>
      </w:r>
    </w:p>
    <w:p>
      <w:r>
        <w:br/>
        <w:t>Я — нуль уваги.</w:t>
      </w:r>
    </w:p>
    <w:p>
      <w:r>
        <w:br/>
        <w:t>Тоді він заходився спихати мене передніми лапами. Хоч-не-хоч довелося місце звільняти.</w:t>
      </w:r>
    </w:p>
    <w:p>
      <w:r>
        <w:br/>
        <w:t>Ліг, розвернувся. До екрана задком. "А що там цікавого!"</w:t>
      </w:r>
    </w:p>
    <w:p>
      <w:r>
        <w:br/>
        <w:t>А даремно він зневажав телевізор. Міг би стати співаком першокласним. Заслуженим, а то й народним. Слух же як у Паганіні. Басище як у Шаляпіна.</w:t>
      </w:r>
    </w:p>
    <w:p>
      <w:r>
        <w:br/>
        <w:t>Якось серед ночі ми проснулись од лютого гавкоту. Ухопивши ліхтарик, я побіг до дверей, випустив Джоя. Він майнув у темряву, де перелякано кудкудакали кури.</w:t>
      </w:r>
    </w:p>
    <w:p>
      <w:r>
        <w:br/>
        <w:t>"Грабіжники!.. Курей крадуть!.."</w:t>
      </w:r>
    </w:p>
    <w:p>
      <w:r>
        <w:br/>
        <w:t>Прихопив і сокиру, побіг, присвічуючи електричним ліхтариком. За сіткою металися кури. Ґвалт стояв такий, що аж у вухах лящало. Лиш півень не рухався — харчав, наче вішальник. І під ним щось ворушилося. Щось темне й невиразне.</w:t>
      </w:r>
    </w:p>
    <w:p>
      <w:r>
        <w:br/>
        <w:t>А Джой налітав на дверцята, аж сітка стогнала.</w:t>
      </w:r>
    </w:p>
    <w:p>
      <w:r>
        <w:br/>
        <w:t>Одімкнув дверцята:</w:t>
      </w:r>
    </w:p>
    <w:p>
      <w:r>
        <w:br/>
        <w:t>— Джой, фас!</w:t>
      </w:r>
    </w:p>
    <w:p>
      <w:r>
        <w:br/>
        <w:t>Джой блискавкою метнувся до півня.</w:t>
      </w:r>
    </w:p>
    <w:p>
      <w:r>
        <w:br/>
        <w:t>Коли я ускочив слідом, Джой тіпав у зубах якийсь чорний кавалок.</w:t>
      </w:r>
    </w:p>
    <w:p>
      <w:r>
        <w:br/>
        <w:t>Ще тіпнув кілька разів, кинув на землю.</w:t>
      </w:r>
    </w:p>
    <w:p>
      <w:r>
        <w:br/>
        <w:t>Я присвітив.</w:t>
      </w:r>
    </w:p>
    <w:p>
      <w:r>
        <w:br/>
        <w:t>Фредка!</w:t>
      </w:r>
    </w:p>
    <w:p>
      <w:r>
        <w:br/>
        <w:t>Фредка сусідова, в якої зуби як бритви. Ухопила якось сусіда за палець — пальця як не було.</w:t>
      </w:r>
    </w:p>
    <w:p>
      <w:r>
        <w:br/>
        <w:t>Задушену фредку я поніс сусідові: хай шиє шапку чергову, тим шапкам ціни не складеш. А півня довелося прирізати. Без ноги півень не півень.</w:t>
      </w:r>
    </w:p>
    <w:p>
      <w:r>
        <w:br/>
        <w:t>Дружина зварила півня і віддала Джоєві. У подяку за те, що він врятував решту курчат.</w:t>
      </w:r>
    </w:p>
    <w:p>
      <w:r>
        <w:br/>
        <w:t>І ще про ганьбу, що раптово звалилася на голову Джоя.</w:t>
      </w:r>
    </w:p>
    <w:p>
      <w:r>
        <w:br/>
        <w:t>Ганьбу, яку він пам'ятатиме до самого скону.</w:t>
      </w:r>
    </w:p>
    <w:p>
      <w:r>
        <w:br/>
        <w:t>Все почалося з шуліки.</w:t>
      </w:r>
    </w:p>
    <w:p>
      <w:r>
        <w:br/>
        <w:t>Шуліка, щоб йому й крила зламалися, внадився хапати наших курчат.</w:t>
      </w:r>
    </w:p>
    <w:p>
      <w:r>
        <w:br/>
        <w:t>Одне ухопив... друге... а третє вихопив прямо з-під ніг моєї дружини.</w:t>
      </w:r>
    </w:p>
    <w:p>
      <w:r>
        <w:br/>
        <w:t>— А ви заведіть півня,— пораяли їй.— Півень усіх шулік одганятиме.</w:t>
      </w:r>
    </w:p>
    <w:p>
      <w:r>
        <w:br/>
        <w:t>Поїхали на ринок. Довго ходили та приглядалися. Врешті надибали: звірюка — не півень. Гребінь горить, і дзьоб наче спис.</w:t>
      </w:r>
    </w:p>
    <w:p>
      <w:r>
        <w:br/>
        <w:t>— Продається?</w:t>
      </w:r>
    </w:p>
    <w:p>
      <w:r>
        <w:br/>
        <w:t>— Та продаю, бо він скоро й мені повикльовує очі! Хоч у двір не виходь.</w:t>
      </w:r>
    </w:p>
    <w:p>
      <w:r>
        <w:br/>
        <w:t>Ну, саме такого нам і треба!</w:t>
      </w:r>
    </w:p>
    <w:p>
      <w:r>
        <w:br/>
        <w:t>Сторгувались, купили, привезли. Пустили до курячого царства.</w:t>
      </w:r>
    </w:p>
    <w:p>
      <w:r>
        <w:br/>
        <w:t>А тут — ти в двір. Як же без тебе!</w:t>
      </w:r>
    </w:p>
    <w:p>
      <w:r>
        <w:br/>
        <w:t>Півень, тебе вгледівши, киркнув погрозливо і метнувсь навперейми.</w:t>
      </w:r>
    </w:p>
    <w:p>
      <w:r>
        <w:br/>
        <w:t>Зустрілись, завмерли: два гладіатори на арені стародавнього римського цирку. Ти загарчав, гострі ікла демонструючи, та півень і не подумав злякатись. Націлився дзьобом гострющим прямо тобі межи очі, виставив шпори — смертельні кинджали: ану, давай, налітай!</w:t>
      </w:r>
    </w:p>
    <w:p>
      <w:r>
        <w:br/>
        <w:t>А довкруж, глядачами, курчата. Всі до одного за півня вболівають.</w:t>
      </w:r>
    </w:p>
    <w:p>
      <w:r>
        <w:br/>
        <w:t>Ще й горобці і ті заохочують півня: "Убий його! Вбий!"</w:t>
      </w:r>
    </w:p>
    <w:p>
      <w:r>
        <w:br/>
        <w:t>А за тебе хто, Джою, боліє?</w:t>
      </w:r>
    </w:p>
    <w:p>
      <w:r>
        <w:br/>
        <w:t>А ніхто!</w:t>
      </w:r>
    </w:p>
    <w:p>
      <w:r>
        <w:br/>
        <w:t>Я й то рота роззявив, чекаючи, ану ж хто переможе.</w:t>
      </w:r>
    </w:p>
    <w:p>
      <w:r>
        <w:br/>
        <w:t>І ти врешті не витримав: задком, задком та й забрався з арени.</w:t>
      </w:r>
    </w:p>
    <w:p>
      <w:r>
        <w:br/>
        <w:t>Півень залопотів крилами, закукурікав переможно і гучно, курчата всі до одного заплескали в долоні, горобці понесли звістку про твою ганебну поразку, а ти поплівсь, мов прибитий.</w:t>
      </w:r>
    </w:p>
    <w:p>
      <w:r>
        <w:br/>
        <w:t>І відтоді перед тим, як вийти у двір, виглядав обережно: а чи не стоїть півень поблизу.</w:t>
      </w:r>
    </w:p>
    <w:p>
      <w:r>
        <w:br/>
        <w:t>VI</w:t>
      </w:r>
    </w:p>
    <w:p>
      <w:r>
        <w:br/>
        <w:t>А це вже — про секс.</w:t>
      </w:r>
    </w:p>
    <w:p>
      <w:r>
        <w:br/>
        <w:t>Бо що це за оповідання сучасне без сексу! Коли навіть літературні діди починають кидатися в секс, наче збоченці.</w:t>
      </w:r>
    </w:p>
    <w:p>
      <w:r>
        <w:br/>
        <w:t>Тож і мені доведеться вдатися до сексу. Хоч Джой на мене й гарчатиме. Та в іншому разі цьому оповіданню світу не бачити.</w:t>
      </w:r>
    </w:p>
    <w:p>
      <w:r>
        <w:br/>
        <w:t>Тож, од гріха перехрестившись, почнемо.</w:t>
      </w:r>
    </w:p>
    <w:p>
      <w:r>
        <w:br/>
        <w:t>Джой закохався у Чапу.</w:t>
      </w:r>
    </w:p>
    <w:p>
      <w:r>
        <w:br/>
        <w:t>Коли б Джой жив з батьками, вони йому голову прогризли б за цей крок необачний. Дамочка ж удвічі старша од Джоя, у неї діти йому однолітки.</w:t>
      </w:r>
    </w:p>
    <w:p>
      <w:r>
        <w:br/>
        <w:t>Та любові не закажеш. Не закажеш любові!</w:t>
      </w:r>
    </w:p>
    <w:p>
      <w:r>
        <w:br/>
        <w:t>Тож Джой і закохався у Чапу.</w:t>
      </w:r>
    </w:p>
    <w:p>
      <w:r>
        <w:br/>
        <w:t>З раннього ранку, не поснідавши навіть (річ небувала!), летів до паркану і завмирав, даму серця визирюючи. Гукай не гукай — не обернеться навіть.</w:t>
      </w:r>
    </w:p>
    <w:p>
      <w:r>
        <w:br/>
        <w:t>Нарешті появляється Чапа. Про це сигналізує мені Джоїв цурупалок: миготить так, що от-от відірветься. А вона, бісова личина, іде, вдаючи, що Джоя не помічає. Як обтяжена роками дама іде, якій не до любощів.</w:t>
      </w:r>
    </w:p>
    <w:p>
      <w:r>
        <w:br/>
        <w:t>А для кого ж тоді прилизалася? Навела манікюр-педикюр? Ще й бант червоний нав'язала на голову? Для кого?</w:t>
      </w:r>
    </w:p>
    <w:p>
      <w:r>
        <w:br/>
        <w:t>Джой уражений на смерть тим бантом. Присідає, вихляючи тулубом, гребе землю, аж трава розлітається, а вона — нуль уваги на Джоя.</w:t>
      </w:r>
    </w:p>
    <w:p>
      <w:r>
        <w:br/>
        <w:t>Тут не витримує серце і в мене:</w:t>
      </w:r>
    </w:p>
    <w:p>
      <w:r>
        <w:br/>
        <w:t>— Ходім прогуляємось.</w:t>
      </w:r>
    </w:p>
    <w:p>
      <w:r>
        <w:br/>
        <w:t>Вдягаю нашийник, чіпляю повідок. Без повідка ані кроку: лисиці полюють на курей, а люди грішили на Джоя.</w:t>
      </w:r>
    </w:p>
    <w:p>
      <w:r>
        <w:br/>
        <w:t>Джой цупить мене, як трактор, наздоганяючи Чапу. А вона не оглянеться навіть.</w:t>
      </w:r>
    </w:p>
    <w:p>
      <w:r>
        <w:br/>
        <w:t>Наздоганяємо врешті.</w:t>
      </w:r>
    </w:p>
    <w:p>
      <w:r>
        <w:br/>
        <w:t>Чапа, аж тепер угледівши Джоя, поспіхом сідає на землю. Чим — самі розумієте. То вона так береже свою цноту жіночу. Джой довкруг неї — в'юном. Джой не знає, на яку і ступити. А вона на Джоя навіть не гляне. Лиш досадливо морщить кирпатого носика: "Як мені всі ви набридли!"</w:t>
      </w:r>
    </w:p>
    <w:p>
      <w:r>
        <w:br/>
        <w:t>Кінчається тим, що Чапа зводиться і йде в конюшину. Там поселились кроти: аж чорніє од горбиків.</w:t>
      </w:r>
    </w:p>
    <w:p>
      <w:r>
        <w:br/>
        <w:t>Як вона дізнається, під яким горбиком сидить зараз кріт, одному Богу відомо. Але щоразу безпомилково вириває крота. Вибехкує яму — по шию дорослому. А Джой сидить поруч, не зводячи з Чапи закоханого погляду.</w:t>
      </w:r>
    </w:p>
    <w:p>
      <w:r>
        <w:br/>
        <w:t>Не знаю, чим все це скінчилося б. Джой змарнів, перевівся ні на що, лиш ребра та шкіра, таке, хоч до лікаря. Психіатра... Джой став сам на себе не схожий, під парканом гибіючи... І я вже боявся, що Джой отак і загине.</w:t>
      </w:r>
    </w:p>
    <w:p>
      <w:r>
        <w:br/>
        <w:t>Аж тут появився класичний трикутник, що без нього не обходиться жоден письменник.</w:t>
      </w:r>
    </w:p>
    <w:p>
      <w:r>
        <w:br/>
        <w:t>Уособлення того трикутника — Цезар вів свій родовід ще з часів Стародавнього Риму, і коли він появився на вулиці в позолоченому ошийнику ще й з медаллю на грудях... коли він гордовито мимо нашого двору пройшовся попідручки із сяючою Чапою, я зрозумів, що козирі Джоєві биті.</w:t>
      </w:r>
    </w:p>
    <w:p>
      <w:r>
        <w:br/>
        <w:t>— Пішли, Джой... Плюнь, розітри і забудь...</w:t>
      </w:r>
    </w:p>
    <w:p>
      <w:r>
        <w:br/>
        <w:t>Джой глянув очима померклими та й поплентав за мною, похнюпившись.</w:t>
      </w:r>
    </w:p>
    <w:p>
      <w:r>
        <w:br/>
        <w:t>VII</w:t>
      </w:r>
    </w:p>
    <w:p>
      <w:r>
        <w:br/>
        <w:t>Спішу поділитися новиною останньою: Джой подався в політику. Записався в "зелені".</w:t>
      </w:r>
    </w:p>
    <w:p>
      <w:r>
        <w:br/>
        <w:t>Так-так, у "зелені"!</w:t>
      </w:r>
    </w:p>
    <w:p>
      <w:r>
        <w:br/>
        <w:t>У партію, що висуває своїх кандидатів до Верховної Ради. За списками партійними.</w:t>
      </w:r>
    </w:p>
    <w:p>
      <w:r>
        <w:br/>
        <w:t>— Зарплата ж — ого! Пенсія — ого-го! Роботи ж — тільки й того, що місце відсиджуй. Та натискай одну з кнопок. Яку — й то підкажуть. Ще й лапу притиснуть.</w:t>
      </w:r>
    </w:p>
    <w:p>
      <w:r>
        <w:br/>
        <w:t>Не знаю, розраховував Джой чи не розраховував стати депутатом (а чим він гірший од інших!.. Надивився, наслухався, аж хотілося гавкнути), але до своїх партійних обов'язків поставився дуже серйозно.</w:t>
      </w:r>
    </w:p>
    <w:p>
      <w:r>
        <w:br/>
        <w:t>Син повернувся з полювання без жодної качки.</w:t>
      </w:r>
    </w:p>
    <w:p>
      <w:r>
        <w:br/>
        <w:t>Досі — вцілив не вцілив, а Джой "вал" забезпечував. Підбере всіх підранків, усі болота обнишпорить.</w:t>
      </w:r>
    </w:p>
    <w:p>
      <w:r>
        <w:br/>
        <w:t>Аж трусився — на полювання.</w:t>
      </w:r>
    </w:p>
    <w:p>
      <w:r>
        <w:br/>
        <w:t>Якось без нього попливли на риболовлю — доки й повернулися, проплакав під хвірткою.</w:t>
      </w:r>
    </w:p>
    <w:p>
      <w:r>
        <w:br/>
        <w:t>А це — як одрізало.</w:t>
      </w:r>
    </w:p>
    <w:p>
      <w:r>
        <w:br/>
        <w:t>Підпливли, з човна вилізли. Син взувся у чоботи: забрідати в болота, взяв рушницю:</w:t>
      </w:r>
    </w:p>
    <w:p>
      <w:r>
        <w:br/>
        <w:t>— Джой, рушили!</w:t>
      </w:r>
    </w:p>
    <w:p>
      <w:r>
        <w:br/>
        <w:t>Джой — ані з місця.</w:t>
      </w:r>
    </w:p>
    <w:p>
      <w:r>
        <w:br/>
        <w:t>— Джой, на полювання!</w:t>
      </w:r>
    </w:p>
    <w:p>
      <w:r>
        <w:br/>
        <w:t>Джой задком, задком та у човен. Забився під лавку, вдає, що не чує. Син спробував його витягнути за загривок — гарчить.</w:t>
      </w:r>
    </w:p>
    <w:p>
      <w:r>
        <w:br/>
        <w:t>Одяг нашийник, силоміць поволік за собою.</w:t>
      </w:r>
    </w:p>
    <w:p>
      <w:r>
        <w:br/>
        <w:t>Краще був би й не волік! Джой як тільки побачить, що качки налітають, так щонайвище й підскакує: "Куди ви, дурні! Не бачите смерті?"</w:t>
      </w:r>
    </w:p>
    <w:p>
      <w:r>
        <w:br/>
        <w:t>Один крижень таки налетів, як Джой йому не сигналив. Був, мабуть, короткозорий, окуляри загубив... Та й упав ганчіркою, влучним пострілом збитий.</w:t>
      </w:r>
    </w:p>
    <w:p>
      <w:r>
        <w:br/>
        <w:t>— Джой, апорт! — скомандував син.</w:t>
      </w:r>
    </w:p>
    <w:p>
      <w:r>
        <w:br/>
        <w:t>Джой (а що мав робити) поліз у воду, поплив. Довго кружляв довкруж крижня в надії, що той оживе та й полетить.</w:t>
      </w:r>
    </w:p>
    <w:p>
      <w:r>
        <w:br/>
        <w:t>— Апорт, Джой!</w:t>
      </w:r>
    </w:p>
    <w:p>
      <w:r>
        <w:br/>
        <w:t>Знехотя підібрав мертвого птаха та й поплив до протилежного берега. Виніс, поклав на сухе і назад.</w:t>
      </w:r>
    </w:p>
    <w:p>
      <w:r>
        <w:br/>
        <w:t>Так і не приніс синові крижня убитого.</w:t>
      </w:r>
    </w:p>
    <w:p>
      <w:r>
        <w:br/>
        <w:t>Син поклявся більше на полювання Джоя не брати. А Джой теж поклявся. Що більше вбитої качки й до рота не візьме.</w:t>
      </w:r>
    </w:p>
    <w:p>
      <w:r>
        <w:br/>
        <w:t>Оце, здається, і все про нашого Джоя.</w:t>
      </w:r>
    </w:p>
    <w:p>
      <w:r>
        <w:br/>
        <w:t>Лежить поруч, не зводить з мене космічних очей: "Все пишеш?.. Анавіщо?.. Кому вона потрібна, ота твоя писанина?.. Краще пішли погуляємо... Ти знаєш, яку я нірку нанюхав на схилі?.. Золото — нірка!.. Побігли?"</w:t>
      </w:r>
    </w:p>
    <w:p>
      <w:r>
        <w:br/>
        <w:t>Побігли, друзяко, побігли. Тільки не дуже біжи, бо я щось став задихатися. Та й на тобі вже світить сивизна.</w:t>
      </w:r>
    </w:p>
    <w:p>
      <w:r>
        <w:br/>
        <w:t>Роки... Роки, друзяко... Як скажені збігають... Не наздоженеш, не затримаєш... Незчуєшся, як і тебе зариють в отаку ж нірку, до якої ти так поспішаєш...</w:t>
      </w:r>
    </w:p>
    <w:p>
      <w:r>
        <w:br/>
        <w:t>Тож не квапся, друзяко... Не квапся...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Сага про Джоя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