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Русалка</w:t>
      </w:r>
    </w:p>
    <w:p>
      <w:r>
        <w:br/>
        <w:t xml:space="preserve"> РУСАЛКА</w:t>
      </w:r>
    </w:p>
    <w:p>
      <w:r>
        <w:br/>
        <w:t>Сцена 1. Берег Дніпра. Млин&lt;br /&gt;</w:t>
        <w:br/>
        <w:t>Сцена 2. Князівський терем&lt;br /&gt;</w:t>
        <w:br/>
        <w:t>Сцена 3. Світлиця&lt;br /&gt;</w:t>
        <w:br/>
        <w:t>Сцена 4. Дніпро. Ніч&lt;br /&gt;</w:t>
        <w:br/>
        <w:t>Сцена 5. Дніпрове дно&lt;br /&gt;</w:t>
        <w:br/>
        <w:t>Сцена 6. Берег</w:t>
      </w:r>
    </w:p>
    <w:p>
      <w:r>
        <w:br/>
        <w:t>БЕРЕГ ДНІПРА. МЛИН</w:t>
      </w:r>
    </w:p>
    <w:p>
      <w:r>
        <w:br/>
        <w:t>Мельник. Його дочка</w:t>
      </w:r>
    </w:p>
    <w:p>
      <w:r>
        <w:br/>
        <w:t>Мельник</w:t>
      </w:r>
    </w:p>
    <w:p>
      <w:r>
        <w:br/>
        <w:t>Ох, то-то всі ви, молоді дівчата,&lt;br /&gt;</w:t>
        <w:br/>
        <w:t>Всі ви дурненькі! Вже як нагодився&lt;br /&gt;</w:t>
        <w:br/>
        <w:t>Вам чоловік завидний, не простий,&lt;br /&gt;</w:t>
        <w:br/>
        <w:t>Так ви б його вже й при собі тримали.&lt;br /&gt;</w:t>
        <w:br/>
        <w:t>А чим? Поводженням розумним, чесним;&lt;br /&gt;</w:t>
        <w:br/>
        <w:t>Заманювать суворо чи ласкаво,&lt;br /&gt;</w:t>
        <w:br/>
        <w:t>Та обережно, словом на здогад,&lt;br /&gt;</w:t>
        <w:br/>
        <w:t>Щось кинуть про заручини,— а більше&lt;br /&gt;</w:t>
        <w:br/>
        <w:t>Оберігать свою дівочу честь,—&lt;br /&gt;</w:t>
        <w:br/>
        <w:t>Той скарб неоцінимий; бо вона ж&lt;br /&gt;</w:t>
        <w:br/>
        <w:t>Мов слово,— раз упустиш, не повернеш.&lt;br /&gt;</w:t>
        <w:br/>
        <w:t>Якщо ж нема надії на весілля,&lt;br /&gt;</w:t>
        <w:br/>
        <w:t>То все-таки, у всякім разі можна&lt;br /&gt;</w:t>
        <w:br/>
        <w:t>Бариш для себе мати,— чи на користь&lt;br /&gt;</w:t>
        <w:br/>
        <w:t>Батькам щось викрутить; подумать треба:&lt;br /&gt;</w:t>
        <w:br/>
        <w:t>"Не вічно ж буде він мене любить,&lt;br /&gt;</w:t>
        <w:br/>
        <w:t>Чи балувать мене".— Та ні! Куди&lt;br /&gt;</w:t>
        <w:br/>
        <w:t>Вам помишлять про діло! Не до того!&lt;br /&gt;</w:t>
        <w:br/>
        <w:t>Ви зразу ж одурієте; ви раді&lt;br /&gt;</w:t>
        <w:br/>
        <w:t>Виконувать всі примхи задарма;&lt;br /&gt;</w:t>
        <w:br/>
        <w:t>Ви цілий день ладні висіть на шиї&lt;br /&gt;</w:t>
        <w:br/>
        <w:t>У милого дружка,— а милий друг,&lt;br /&gt;</w:t>
        <w:br/>
        <w:t>Дивись, і зник, і слід пропав, а ви&lt;br /&gt;</w:t>
        <w:br/>
        <w:t>Лишилися ні з чим. Ох, ви ж, дурненькі!&lt;br /&gt;</w:t>
        <w:br/>
        <w:t>Чи не казав тобі я сто разів:&lt;br /&gt;</w:t>
        <w:br/>
        <w:t>Дивись-но, дочко, і не будь дурною,&lt;br /&gt;</w:t>
        <w:br/>
        <w:t>І при нагоді щастя не проґав,&lt;br /&gt;</w:t>
        <w:br/>
        <w:t>Не відпускай ти князя, та спроста&lt;br /&gt;</w:t>
        <w:br/>
        <w:t>Не загуби сама себе.— Що ж вийшло?&lt;br /&gt;</w:t>
        <w:br/>
        <w:t>Сиди тепер та вічно плач об тім,&lt;br /&gt;</w:t>
        <w:br/>
        <w:t>Чого вже не повернеш.</w:t>
      </w:r>
    </w:p>
    <w:p>
      <w:r>
        <w:br/>
        <w:t>Дочка</w:t>
      </w:r>
    </w:p>
    <w:p>
      <w:r>
        <w:br/>
        <w:t>А чому то&lt;br /&gt;</w:t>
        <w:br/>
        <w:t>Гадаєш ти, що кинув він мене?</w:t>
      </w:r>
    </w:p>
    <w:p>
      <w:r>
        <w:br/>
        <w:t>Мельник</w:t>
      </w:r>
    </w:p>
    <w:p>
      <w:r>
        <w:br/>
        <w:t>Як-то чому? Хіба ж то раз, бувало,&lt;br /&gt;</w:t>
        <w:br/>
        <w:t>Він до млина за тиждень приїздив?&lt;br /&gt;</w:t>
        <w:br/>
        <w:t>Га? всякий божий день, а як коли&lt;br /&gt;</w:t>
        <w:br/>
        <w:t>То й двічі в день,— а потім рідше й рідше&lt;br /&gt;</w:t>
        <w:br/>
        <w:t>Став наїздить,— і ось дев'ятий день,&lt;br /&gt;</w:t>
        <w:br/>
        <w:t>Як ми його не бачили. Що скажеш?</w:t>
      </w:r>
    </w:p>
    <w:p>
      <w:r>
        <w:br/>
        <w:t>Дочка</w:t>
      </w:r>
    </w:p>
    <w:p>
      <w:r>
        <w:br/>
        <w:t>Він зайнятий; чи мало в нього діла?&lt;br /&gt;</w:t>
        <w:br/>
        <w:t>Він, бач, не мельник — і вода за нього&lt;br /&gt;</w:t>
        <w:br/>
        <w:t>Робить не буде. Часто він твердить,&lt;br /&gt;</w:t>
        <w:br/>
        <w:t>Що над усі труди його найважчі.</w:t>
      </w:r>
    </w:p>
    <w:p>
      <w:r>
        <w:br/>
        <w:t>Мельник</w:t>
      </w:r>
    </w:p>
    <w:p>
      <w:r>
        <w:br/>
        <w:t>Так, вір йому. Коли князі працюють,&lt;br /&gt;</w:t>
        <w:br/>
        <w:t>Який в них труд? Лисів, зайців цькувати,&lt;br /&gt;</w:t>
        <w:br/>
        <w:t>Бенкетувати, ображать сусідів&lt;br /&gt;</w:t>
        <w:br/>
        <w:t>Та вас, дурненьких, хитро підмовлять.&lt;br /&gt;</w:t>
        <w:br/>
        <w:t>Він сам працює, просто жаль дивитись!&lt;br /&gt;</w:t>
        <w:br/>
        <w:t>За мене, бач, вода!.. Мені ж спокою&lt;br /&gt;</w:t>
        <w:br/>
        <w:t>Нема ні вдень, ані вночі, а глянеш:&lt;br /&gt;</w:t>
        <w:br/>
        <w:t>І тут і там щось лагодити треба,&lt;br /&gt;</w:t>
        <w:br/>
        <w:t>Де гниль, де теча.— От як би ти в князя&lt;br /&gt;</w:t>
        <w:br/>
        <w:t>Та випросила на перебудову&lt;br /&gt;</w:t>
        <w:br/>
        <w:t>Хоч трохи грошенят, було б до діла.</w:t>
      </w:r>
    </w:p>
    <w:p>
      <w:r>
        <w:br/>
        <w:t>Дочка</w:t>
      </w:r>
    </w:p>
    <w:p>
      <w:r>
        <w:br/>
        <w:t>Ох!</w:t>
      </w:r>
    </w:p>
    <w:p>
      <w:r>
        <w:br/>
        <w:t>Мельник</w:t>
      </w:r>
    </w:p>
    <w:p>
      <w:r>
        <w:br/>
        <w:t>Що з тобою?</w:t>
      </w:r>
    </w:p>
    <w:p>
      <w:r>
        <w:br/>
        <w:t>Дочка</w:t>
      </w:r>
    </w:p>
    <w:p>
      <w:r>
        <w:br/>
        <w:t>Те! Я чую тупіт&lt;br /&gt;</w:t>
        <w:br/>
        <w:t>Його коня... Він, він!</w:t>
      </w:r>
    </w:p>
    <w:p>
      <w:r>
        <w:br/>
        <w:t>Мельник</w:t>
      </w:r>
    </w:p>
    <w:p>
      <w:r>
        <w:br/>
        <w:t>Отож дивись,&lt;br /&gt;</w:t>
        <w:br/>
        <w:t>Не забувай моїх порад, подумай...</w:t>
      </w:r>
    </w:p>
    <w:p>
      <w:r>
        <w:br/>
        <w:t>Дочка</w:t>
      </w:r>
    </w:p>
    <w:p>
      <w:r>
        <w:br/>
        <w:t>Ось він, ось він!&lt;br /&gt;</w:t>
        <w:br/>
        <w:t>(Входить князь. Конюший відводить його коня)</w:t>
      </w:r>
    </w:p>
    <w:p>
      <w:r>
        <w:br/>
        <w:t>Князь</w:t>
      </w:r>
    </w:p>
    <w:p>
      <w:r>
        <w:br/>
        <w:t>День добрий, друже мій,&lt;br /&gt;</w:t>
        <w:br/>
        <w:t>День добрий, мельнику.</w:t>
      </w:r>
    </w:p>
    <w:p>
      <w:r>
        <w:br/>
        <w:t>Мельник</w:t>
      </w:r>
    </w:p>
    <w:p>
      <w:r>
        <w:br/>
        <w:t>Ласкавче наш,&lt;br /&gt;</w:t>
        <w:br/>
        <w:t>Уклінно просимо. Давно, давно&lt;br /&gt;</w:t>
        <w:br/>
        <w:t>Не бачили твоїх очей ми світлих.&lt;br /&gt;</w:t>
        <w:br/>
        <w:t>Піду тобі зготовлю частування.&lt;br /&gt;</w:t>
        <w:br/>
        <w:t>(Виходить)</w:t>
      </w:r>
    </w:p>
    <w:p>
      <w:r>
        <w:br/>
        <w:t>Дочка</w:t>
      </w:r>
    </w:p>
    <w:p>
      <w:r>
        <w:br/>
        <w:t>Ах, зрештою про мене ти згадав!&lt;br /&gt;</w:t>
        <w:br/>
        <w:t>Чи сорому не мав так довго мучить&lt;br /&gt;</w:t>
        <w:br/>
        <w:t>Мене пустим чеканням безсердечним?&lt;br /&gt;</w:t>
        <w:br/>
        <w:t>Чого мені на думку не спадало?&lt;br /&gt;</w:t>
        <w:br/>
        <w:t>Яким себе я не лякала страхом?&lt;br /&gt;</w:t>
        <w:br/>
        <w:t>То думала, що кінь тебе заніс&lt;br /&gt;</w:t>
        <w:br/>
        <w:t>В болото, а чи в прірву, що ведмідь&lt;br /&gt;</w:t>
        <w:br/>
        <w:t>Тебе в дрімучім лісі подолав,&lt;br /&gt;</w:t>
        <w:br/>
        <w:t>Що хворий ти, що розлюбив мене.&lt;br /&gt;</w:t>
        <w:br/>
        <w:t>Та слава богу! Жив ти і здоров,&lt;br /&gt;</w:t>
        <w:br/>
        <w:t>І любиш ти, як і раніш, мене;&lt;br /&gt;</w:t>
        <w:br/>
        <w:t>То ж правда?</w:t>
      </w:r>
    </w:p>
    <w:p>
      <w:r>
        <w:br/>
        <w:t>Князь</w:t>
      </w:r>
    </w:p>
    <w:p>
      <w:r>
        <w:br/>
        <w:t>Правда, як раніш, кохаю.&lt;br /&gt;</w:t>
        <w:br/>
        <w:t>Ні, ще палкіше, як раніш.</w:t>
      </w:r>
    </w:p>
    <w:p>
      <w:r>
        <w:br/>
        <w:t>Вона</w:t>
      </w:r>
    </w:p>
    <w:p>
      <w:r>
        <w:br/>
        <w:t>Проте&lt;br /&gt;</w:t>
        <w:br/>
        <w:t>Сумуєш; що з тобою?</w:t>
      </w:r>
    </w:p>
    <w:p>
      <w:r>
        <w:br/>
        <w:t>Князь</w:t>
      </w:r>
    </w:p>
    <w:p>
      <w:r>
        <w:br/>
        <w:t>Я сумую?&lt;br /&gt;</w:t>
        <w:br/>
        <w:t>Тобі здалося це — ні, я веселий&lt;br /&gt;</w:t>
        <w:br/>
        <w:t>Завжди, коли тебе побачу.</w:t>
      </w:r>
    </w:p>
    <w:p>
      <w:r>
        <w:br/>
        <w:t>Вона</w:t>
      </w:r>
    </w:p>
    <w:p>
      <w:r>
        <w:br/>
        <w:t>Ні.&lt;br /&gt;</w:t>
        <w:br/>
        <w:t>Коли веселий ти, то сам здаля&lt;br /&gt;</w:t>
        <w:br/>
        <w:t>Летиш і кличеш — де моя голубка,&lt;br /&gt;</w:t>
        <w:br/>
        <w:t>Що поробля вона? Тоді цілуєш,&lt;br /&gt;</w:t>
        <w:br/>
        <w:t>Запитуєш: чи рада я тобі,&lt;br /&gt;</w:t>
        <w:br/>
        <w:t>Чи виглядала й ждала так порану.&lt;br /&gt;</w:t>
        <w:br/>
        <w:t>А нині: слухаєш мене ти мовчки,&lt;br /&gt;</w:t>
        <w:br/>
        <w:t>Не обнімаєш, не цілуєш в очі,&lt;br /&gt;</w:t>
        <w:br/>
        <w:t>Ти чимось заклопотаний. А чим же?&lt;br /&gt;</w:t>
        <w:br/>
        <w:t>Чи то на мене гніваєшся ти?</w:t>
      </w:r>
    </w:p>
    <w:p>
      <w:r>
        <w:br/>
        <w:t>Князь</w:t>
      </w:r>
    </w:p>
    <w:p>
      <w:r>
        <w:br/>
        <w:t>Не хочу прикидатися даремно.&lt;br /&gt;</w:t>
        <w:br/>
        <w:t>То правда: в серці я ношу печаль&lt;br /&gt;</w:t>
        <w:br/>
        <w:t>Важку-важку — і ти її не можеш&lt;br /&gt;</w:t>
        <w:br/>
        <w:t>Ні ласками любовними розвіять,&lt;br /&gt;</w:t>
        <w:br/>
        <w:t>Ані полегшити, ні поділить.</w:t>
      </w:r>
    </w:p>
    <w:p>
      <w:r>
        <w:br/>
        <w:t>Вона</w:t>
      </w:r>
    </w:p>
    <w:p>
      <w:r>
        <w:br/>
        <w:t>Та боляче мені не сумувать&lt;br /&gt;</w:t>
        <w:br/>
        <w:t>З тобою разом — щиро все повідай.&lt;br /&gt;</w:t>
        <w:br/>
        <w:t>Дозволиш — буду плакать; не дозволиш —&lt;br /&gt;</w:t>
        <w:br/>
        <w:t>Ні слізкою не буду докучать.</w:t>
      </w:r>
    </w:p>
    <w:p>
      <w:r>
        <w:br/>
        <w:t>Князь</w:t>
      </w:r>
    </w:p>
    <w:p>
      <w:r>
        <w:br/>
        <w:t>Нащо баритись? Чим скоріш, тим краще.&lt;br /&gt;</w:t>
        <w:br/>
        <w:t>Ти знаєш, люба, що нема на світі&lt;br /&gt;</w:t>
        <w:br/>
        <w:t>Блаженства вічного: ні знатний рід,&lt;br /&gt;</w:t>
        <w:br/>
        <w:t>Ані краса, ні сила, ні багатство,&lt;br /&gt;</w:t>
        <w:br/>
        <w:t>Ніщо біди не може обминуть.&lt;br /&gt;</w:t>
        <w:br/>
        <w:t>І ми,— хіба ж не так, моя голубко?&lt;br /&gt;</w:t>
        <w:br/>
        <w:t>Були щасливі ми; у всякім разі&lt;br /&gt;</w:t>
        <w:br/>
        <w:t>Я був щасливий від твого кохання.&lt;br /&gt;</w:t>
        <w:br/>
        <w:t>І щоб в житті не трапилось зі мною,&lt;br /&gt;</w:t>
        <w:br/>
        <w:t>Де б я не був, я в пам'яті нестиму&lt;br /&gt;</w:t>
        <w:br/>
        <w:t>Твій образ, люба; те, що загублю я,&lt;br /&gt;</w:t>
        <w:br/>
        <w:t>Нічим на світі вже не замінить.</w:t>
      </w:r>
    </w:p>
    <w:p>
      <w:r>
        <w:br/>
        <w:t>Вона</w:t>
      </w:r>
    </w:p>
    <w:p>
      <w:r>
        <w:br/>
        <w:t>Я слів твоїх іще не розумію,&lt;br /&gt;</w:t>
        <w:br/>
        <w:t>Та вже боюсь. Лиха іде судьба.&lt;br /&gt;</w:t>
        <w:br/>
        <w:t>І нам готує невідоме горе,&lt;br /&gt;</w:t>
        <w:br/>
        <w:t>Розлуку, певне.</w:t>
      </w:r>
    </w:p>
    <w:p>
      <w:r>
        <w:br/>
        <w:t>Князь</w:t>
      </w:r>
    </w:p>
    <w:p>
      <w:r>
        <w:br/>
        <w:t>Правда, ти вгадала,&lt;br /&gt;</w:t>
        <w:br/>
        <w:t>Розлука нам судилася в житті.</w:t>
      </w:r>
    </w:p>
    <w:p>
      <w:r>
        <w:br/>
        <w:t>Вона</w:t>
      </w:r>
    </w:p>
    <w:p>
      <w:r>
        <w:br/>
        <w:t>Хто нас розлучить? Бо хіба ж повсюди&lt;br /&gt;</w:t>
        <w:br/>
        <w:t>Йти за тобою вслід не владна я?&lt;br /&gt;</w:t>
        <w:br/>
        <w:t>Я хлопчиком вдягнуся. Вірно буду&lt;br /&gt;</w:t>
        <w:br/>
        <w:t>Тобі служить, в дорозі, у поході,&lt;br /&gt;</w:t>
        <w:br/>
        <w:t>Чи на війні — війни я не боюсь —&lt;br /&gt;</w:t>
        <w:br/>
        <w:t>Лиш бачити б тебе. Ні, ні, не вірю!&lt;br /&gt;</w:t>
        <w:br/>
        <w:t>Чи вивідать думки мої ти хочеш,&lt;br /&gt;</w:t>
        <w:br/>
        <w:t>А чи жартуєш легковажним жартом.</w:t>
      </w:r>
    </w:p>
    <w:p>
      <w:r>
        <w:br/>
        <w:t>Князь</w:t>
      </w:r>
    </w:p>
    <w:p>
      <w:r>
        <w:br/>
        <w:t>Ні, жартувать не здатен я сьогодні,&lt;br /&gt;</w:t>
        <w:br/>
        <w:t>Не хочу і вивідувать тебе;&lt;br /&gt;</w:t>
        <w:br/>
        <w:t>Не споряджаюсь я ні в дальню путь,&lt;br /&gt;</w:t>
        <w:br/>
        <w:t>Ні на війну,— удома я лишусь,&lt;br /&gt;</w:t>
        <w:br/>
        <w:t>З тобою ж я прощаюся навіки.</w:t>
      </w:r>
    </w:p>
    <w:p>
      <w:r>
        <w:br/>
        <w:t>Вона</w:t>
      </w:r>
    </w:p>
    <w:p>
      <w:r>
        <w:br/>
        <w:t>Чекай, тепер я розумію все...&lt;br /&gt;</w:t>
        <w:br/>
        <w:t>Ти женишся.&lt;br /&gt;</w:t>
        <w:br/>
        <w:t>(Князь мовчить)&lt;br /&gt;</w:t>
        <w:br/>
        <w:t>Ти женишся!..</w:t>
      </w:r>
    </w:p>
    <w:p>
      <w:r>
        <w:br/>
        <w:t>Князь</w:t>
      </w:r>
    </w:p>
    <w:p>
      <w:r>
        <w:br/>
        <w:t>Що вдієш?&lt;br /&gt;</w:t>
        <w:br/>
        <w:t>Сама подумай ти. Князі не вільні,&lt;br /&gt;</w:t>
        <w:br/>
        <w:t>Як от дівчата — не любов'ю їм&lt;br /&gt;</w:t>
        <w:br/>
        <w:t>Собі шукати подруг, а на розсуд&lt;br /&gt;</w:t>
        <w:br/>
        <w:t>Чужих людей, для вигоди чужих.&lt;br /&gt;</w:t>
        <w:br/>
        <w:t>Твою печаль утішить бог і літа.&lt;br /&gt;</w:t>
        <w:br/>
        <w:t>Не забувай мене; візьми на згадку&lt;br /&gt;</w:t>
        <w:br/>
        <w:t>Пов'язку — дай, надіну сам на тебе.&lt;br /&gt;</w:t>
        <w:br/>
        <w:t>Іще з собою я привіз намисто,—&lt;br /&gt;</w:t>
        <w:br/>
        <w:t>Візьми його. А це я обіцяв&lt;br /&gt;</w:t>
        <w:br/>
        <w:t>Твоєму батькові. Оддай йому.&lt;br /&gt;</w:t>
        <w:br/>
        <w:t>(Дає їй в руки торбинку з золотом)&lt;br /&gt;</w:t>
        <w:br/>
        <w:t>Прощай!</w:t>
      </w:r>
    </w:p>
    <w:p>
      <w:r>
        <w:br/>
        <w:t>Вона</w:t>
      </w:r>
    </w:p>
    <w:p>
      <w:r>
        <w:br/>
        <w:t>Чекай; тобі сказать повинна,&lt;br /&gt;</w:t>
        <w:br/>
        <w:t>А що — не знаю</w:t>
      </w:r>
    </w:p>
    <w:p>
      <w:r>
        <w:br/>
        <w:t>Князь</w:t>
      </w:r>
    </w:p>
    <w:p>
      <w:r>
        <w:br/>
        <w:t>Пригадай.</w:t>
      </w:r>
    </w:p>
    <w:p>
      <w:r>
        <w:br/>
        <w:t>Вона</w:t>
      </w:r>
    </w:p>
    <w:p>
      <w:r>
        <w:br/>
        <w:t>Тобі&lt;br /&gt;</w:t>
        <w:br/>
        <w:t>Я всім готова... ні, не те... Чекай&lt;br /&gt;</w:t>
        <w:br/>
        <w:t>Не можна, щоб мене на віки вічні&lt;br /&gt;</w:t>
        <w:br/>
        <w:t>Ти міг покинути... Усе не те...&lt;br /&gt;</w:t>
        <w:br/>
        <w:t>А! пригадала: в мене уночі&lt;br /&gt;</w:t>
        <w:br/>
        <w:t>Дитя твоє під серцем ворухнулось.</w:t>
      </w:r>
    </w:p>
    <w:p>
      <w:r>
        <w:br/>
        <w:t>Князь</w:t>
      </w:r>
    </w:p>
    <w:p>
      <w:r>
        <w:br/>
        <w:t>Нещасна! Що чинить? Для нього ти&lt;br /&gt;</w:t>
        <w:br/>
        <w:t>Побережи себе: я не забуду&lt;br /&gt;</w:t>
        <w:br/>
        <w:t>Ані дитини, ні тебе в житті.&lt;br /&gt;</w:t>
        <w:br/>
        <w:t>Можливо, згодом, я і сам приїду&lt;br /&gt;</w:t>
        <w:br/>
        <w:t>Провідать вас. Розважся, не журися.&lt;br /&gt;</w:t>
        <w:br/>
        <w:t>Дай обніму тебе в останній раз.&lt;br /&gt;</w:t>
        <w:br/>
        <w:t>(Відходить)&lt;br /&gt;</w:t>
        <w:br/>
        <w:t>Ух! Скінчено,— мов на душі вільніше.&lt;br /&gt;</w:t>
        <w:br/>
        <w:t>Я бурі ждав, а діло обійшлось&lt;br /&gt;</w:t>
        <w:br/>
        <w:t>Доволі тихо.&lt;br /&gt;</w:t>
        <w:br/>
        <w:t>(Пішов. Вона лишається непорушною)</w:t>
      </w:r>
    </w:p>
    <w:p>
      <w:r>
        <w:br/>
        <w:t>Мельник&lt;br /&gt;</w:t>
        <w:br/>
        <w:t>(входить)</w:t>
      </w:r>
    </w:p>
    <w:p>
      <w:r>
        <w:br/>
        <w:t>Чи не вгодно буде&lt;br /&gt;</w:t>
        <w:br/>
        <w:t>У млин вам завітать... та де ж це він?&lt;br /&gt;</w:t>
        <w:br/>
        <w:t>Скажи, де князь наш? Чи ти ба, яка ж бо&lt;br /&gt;</w:t>
        <w:br/>
        <w:t>Пов'язка! вся в камінні дорогім!&lt;br /&gt;</w:t>
        <w:br/>
        <w:t>Так і горить! Намисто!.. Ну, скажу,&lt;br /&gt;</w:t>
        <w:br/>
        <w:t>Дарунок царський! Ах він благодійник!&lt;br /&gt;</w:t>
        <w:br/>
        <w:t>А тут же що? Капшук! бува, не гроші?&lt;br /&gt;</w:t>
        <w:br/>
        <w:t>Та що це ти стоїш, і не промовиш&lt;br /&gt;</w:t>
        <w:br/>
        <w:t>Ані словечка, доню? Може, ти&lt;br /&gt;</w:t>
        <w:br/>
        <w:t>Від радощів нежданих одуріла,&lt;br /&gt;</w:t>
        <w:br/>
        <w:t>А чи стовбняк напав тебе?</w:t>
      </w:r>
    </w:p>
    <w:p>
      <w:r>
        <w:br/>
        <w:t>Дочка</w:t>
      </w:r>
    </w:p>
    <w:p>
      <w:r>
        <w:br/>
        <w:t>Не вірю,&lt;br /&gt;</w:t>
        <w:br/>
        <w:t>Не може буть. Я так його любила.&lt;br /&gt;</w:t>
        <w:br/>
        <w:t>Невже він звір? Чи серце має він&lt;br /&gt;</w:t>
        <w:br/>
        <w:t>Кошлате в грудях?</w:t>
      </w:r>
    </w:p>
    <w:p>
      <w:r>
        <w:br/>
        <w:t>Мельник</w:t>
      </w:r>
    </w:p>
    <w:p>
      <w:r>
        <w:br/>
        <w:t>Це про кого ти?</w:t>
      </w:r>
    </w:p>
    <w:p>
      <w:r>
        <w:br/>
        <w:t>Дочка</w:t>
      </w:r>
    </w:p>
    <w:p>
      <w:r>
        <w:br/>
        <w:t>Скажи, мій рідний, як могла його&lt;br /&gt;</w:t>
        <w:br/>
        <w:t>Я прогнівить? а чи за тиждень, може,&lt;br /&gt;</w:t>
        <w:br/>
        <w:t>Моя краса зів'яла? Чи його&lt;br /&gt;</w:t>
        <w:br/>
        <w:t>Отрутою споїли?</w:t>
      </w:r>
    </w:p>
    <w:p>
      <w:r>
        <w:br/>
        <w:t>Мельник</w:t>
      </w:r>
    </w:p>
    <w:p>
      <w:r>
        <w:br/>
        <w:t>Що з тобою?</w:t>
      </w:r>
    </w:p>
    <w:p>
      <w:r>
        <w:br/>
        <w:t>Дочка</w:t>
      </w:r>
    </w:p>
    <w:p>
      <w:r>
        <w:br/>
        <w:t>Рідненький, він поїхав. Он він скаче! —&lt;br /&gt;</w:t>
        <w:br/>
        <w:t>І я його, безумна, відпустила,&lt;br /&gt;</w:t>
        <w:br/>
        <w:t>Йому за поли я не почепилась,&lt;br /&gt;</w:t>
        <w:br/>
        <w:t>Я не повисла на узді коня!&lt;br /&gt;</w:t>
        <w:br/>
        <w:t>Нехай би він з досади відрубав&lt;br /&gt;</w:t>
        <w:br/>
        <w:t>Мені по лікті руки, хай би тут же&lt;br /&gt;</w:t>
        <w:br/>
        <w:t>Він розтоптав мене своїм конем!</w:t>
      </w:r>
    </w:p>
    <w:p>
      <w:r>
        <w:br/>
        <w:t>Мельник</w:t>
      </w:r>
    </w:p>
    <w:p>
      <w:r>
        <w:br/>
        <w:t>Ти мариш!</w:t>
      </w:r>
    </w:p>
    <w:p>
      <w:r>
        <w:br/>
        <w:t>Дочка</w:t>
      </w:r>
    </w:p>
    <w:p>
      <w:r>
        <w:br/>
        <w:t>Бачиш-бо, князі не вільні,&lt;br /&gt;</w:t>
        <w:br/>
        <w:t>Як от дівчата, з розсуду вони&lt;br /&gt;</w:t>
        <w:br/>
        <w:t>Беруть жону собі.. А вільно їм&lt;br /&gt;</w:t>
        <w:br/>
        <w:t>Обдурювать, божитися і плакать,&lt;br /&gt;</w:t>
        <w:br/>
        <w:t>І обіцять: тебе я повезу&lt;br /&gt;</w:t>
        <w:br/>
        <w:t>В мій світлий терем, в потайну світлицю,&lt;br /&gt;</w:t>
        <w:br/>
        <w:t>І приберу в парчу та оксамити.&lt;br /&gt;</w:t>
        <w:br/>
        <w:t>Їм вільно бідну дівчину навчать&lt;br /&gt;</w:t>
        <w:br/>
        <w:t>На їхній свист опівночі вставати&lt;br /&gt;</w:t>
        <w:br/>
        <w:t>І до зорі сидіти за млином.&lt;br /&gt;</w:t>
        <w:br/>
        <w:t>Їм любо потішать князівське серце&lt;br /&gt;</w:t>
        <w:br/>
        <w:t>Бідою нашою, а там прощай,&lt;br /&gt;</w:t>
        <w:br/>
        <w:t>Іди, голубонько, куди бажаєш,&lt;br /&gt;</w:t>
        <w:br/>
        <w:t>Люби, кого замислиш.</w:t>
      </w:r>
    </w:p>
    <w:p>
      <w:r>
        <w:br/>
        <w:t>Мельник</w:t>
      </w:r>
    </w:p>
    <w:p>
      <w:r>
        <w:br/>
        <w:t>Он в чім справа.</w:t>
      </w:r>
    </w:p>
    <w:p>
      <w:r>
        <w:br/>
        <w:t>Дочка</w:t>
      </w:r>
    </w:p>
    <w:p>
      <w:r>
        <w:br/>
        <w:t>Та хто ж та наречена, на яку&lt;br /&gt;</w:t>
        <w:br/>
        <w:t>Він проміняв мене? Про це я взнаю,&lt;br /&gt;</w:t>
        <w:br/>
        <w:t>Я доберусь, скажу їй, лиходійці:&lt;br /&gt;</w:t>
        <w:br/>
        <w:t>Відстань від князя, бачиш, дві вовчихи&lt;br /&gt;</w:t>
        <w:br/>
        <w:t>Не водяться в однім яру.</w:t>
      </w:r>
    </w:p>
    <w:p>
      <w:r>
        <w:br/>
        <w:t>Мельник</w:t>
      </w:r>
    </w:p>
    <w:p>
      <w:r>
        <w:br/>
        <w:t>Дурна ти!&lt;br /&gt;</w:t>
        <w:br/>
        <w:t>Вже якщо князь засватав наречену,&lt;br /&gt;</w:t>
        <w:br/>
        <w:t>То хто йому завадить може? Так-то.&lt;br /&gt;</w:t>
        <w:br/>
        <w:t>Хіба ж я не казав тобі...</w:t>
      </w:r>
    </w:p>
    <w:p>
      <w:r>
        <w:br/>
        <w:t>Дочка</w:t>
      </w:r>
    </w:p>
    <w:p>
      <w:r>
        <w:br/>
        <w:t>І міг він&lt;br /&gt;</w:t>
        <w:br/>
        <w:t>Як добрий тут зі мною попрощатись&lt;br /&gt;</w:t>
        <w:br/>
        <w:t>І ще давать дарунки — он, бач, як!&lt;br /&gt;</w:t>
        <w:br/>
        <w:t>І гроші! викупить себе він думав,&lt;br /&gt;</w:t>
        <w:br/>
        <w:t>І посріблити мій язик хотів,&lt;br /&gt;</w:t>
        <w:br/>
        <w:t>Щоб не пішла об нім погана слава,&lt;br /&gt;</w:t>
        <w:br/>
        <w:t>До жінки молодої не дійшла.&lt;br /&gt;</w:t>
        <w:br/>
        <w:t>Та бач, забула я — тобі віддать&lt;br /&gt;</w:t>
        <w:br/>
        <w:t>Оце він срібло наказав, за те,&lt;br /&gt;</w:t>
        <w:br/>
        <w:t>Що був із ним привітний ти, що доньку&lt;br /&gt;</w:t>
        <w:br/>
        <w:t>За ним пускав тягатися, що їй&lt;br /&gt;</w:t>
        <w:br/>
        <w:t>Не дорікав... Піде тобі в користь&lt;br /&gt;</w:t>
        <w:br/>
        <w:t>Моя погибель.&lt;br /&gt;</w:t>
        <w:br/>
        <w:t>(Віддає йому торбинку)</w:t>
      </w:r>
    </w:p>
    <w:p>
      <w:r>
        <w:br/>
        <w:t>Батько&lt;br /&gt;</w:t>
        <w:br/>
        <w:t>(в сльозах)</w:t>
      </w:r>
    </w:p>
    <w:p>
      <w:r>
        <w:br/>
        <w:t>Ось дожив до чого!&lt;br /&gt;</w:t>
        <w:br/>
        <w:t>Що бог послав почути! Гріх тобі&lt;br /&gt;</w:t>
        <w:br/>
        <w:t>Так гірко дорікать своєму батьку.&lt;br /&gt;</w:t>
        <w:br/>
        <w:t>Одне дитя у мене ти на світі,&lt;br /&gt;</w:t>
        <w:br/>
        <w:t>Одна відрада в старості моїй.&lt;br /&gt;</w:t>
        <w:br/>
        <w:t>То як було не жалувать тебе?&lt;br /&gt;</w:t>
        <w:br/>
        <w:t>Бог покарав за те, що я недобре&lt;br /&gt;</w:t>
        <w:br/>
        <w:t>Знав батьківський обов'язок.</w:t>
      </w:r>
    </w:p>
    <w:p>
      <w:r>
        <w:br/>
        <w:t>Дочка</w:t>
      </w:r>
    </w:p>
    <w:p>
      <w:r>
        <w:br/>
        <w:t>Ох, душно!&lt;br /&gt;</w:t>
        <w:br/>
        <w:t>Змія холодна шию мені тисне...&lt;br /&gt;</w:t>
        <w:br/>
        <w:t>Зміюкою обплутав він мене,&lt;br /&gt;</w:t>
        <w:br/>
        <w:t>Не перлами.&lt;br /&gt;</w:t>
        <w:br/>
        <w:t>(Рве на собі перлини)</w:t>
      </w:r>
    </w:p>
    <w:p>
      <w:r>
        <w:br/>
        <w:t>Мельник</w:t>
      </w:r>
    </w:p>
    <w:p>
      <w:r>
        <w:br/>
        <w:t>Опам'ятайсь.</w:t>
      </w:r>
    </w:p>
    <w:p>
      <w:r>
        <w:br/>
        <w:t>Дочка</w:t>
      </w:r>
    </w:p>
    <w:p>
      <w:r>
        <w:br/>
        <w:t>Так я&lt;br /&gt;</w:t>
        <w:br/>
        <w:t>Тебе б, змію, порвала, лиходійку,&lt;br /&gt;</w:t>
        <w:br/>
        <w:t>Проклятую розлучницю мою!</w:t>
      </w:r>
    </w:p>
    <w:p>
      <w:r>
        <w:br/>
        <w:t>Мельник</w:t>
      </w:r>
    </w:p>
    <w:p>
      <w:r>
        <w:br/>
        <w:t>Ти мариш, дочко, мариш.</w:t>
      </w:r>
    </w:p>
    <w:p>
      <w:r>
        <w:br/>
        <w:t>Дочка&lt;br /&gt;</w:t>
        <w:br/>
        <w:t>(знімає з себе пов'язку)</w:t>
      </w:r>
    </w:p>
    <w:p>
      <w:r>
        <w:br/>
        <w:t>Ось вінець мій,&lt;br /&gt;</w:t>
        <w:br/>
        <w:t>Вінець ганебний! Ось чим нас вінчав&lt;br /&gt;</w:t>
        <w:br/>
        <w:t>Підступний ворог, коли я зреклася&lt;br /&gt;</w:t>
        <w:br/>
        <w:t>Всього того, що довго шанувала.&lt;br /&gt;</w:t>
        <w:br/>
        <w:t>Ми розвінчались. — Згинь же, мій вінець!&lt;br /&gt;</w:t>
        <w:br/>
        <w:t>(Кидає пов'язку в Дніпро)&lt;br /&gt;</w:t>
        <w:br/>
        <w:t>Тепер усьому край.&lt;br /&gt;</w:t>
        <w:br/>
        <w:t>(Кидається в річку)</w:t>
      </w:r>
    </w:p>
    <w:p>
      <w:r>
        <w:br/>
        <w:t>Старий&lt;br /&gt;</w:t>
        <w:br/>
        <w:t>(падаючи)</w:t>
      </w:r>
    </w:p>
    <w:p>
      <w:r>
        <w:br/>
        <w:t>Ох, горе, горе!</w:t>
      </w:r>
    </w:p>
    <w:p>
      <w:r>
        <w:br/>
        <w:t>КНЯЗІВСЬКИЙ ТЕРЕМ</w:t>
      </w:r>
    </w:p>
    <w:p>
      <w:r>
        <w:br/>
        <w:t>(Весілля. Молоді сидять за столом)</w:t>
      </w:r>
    </w:p>
    <w:p>
      <w:r>
        <w:br/>
        <w:t>Гості, хор дівчат</w:t>
      </w:r>
    </w:p>
    <w:p>
      <w:r>
        <w:br/>
        <w:t>Сват</w:t>
      </w:r>
    </w:p>
    <w:p>
      <w:r>
        <w:br/>
        <w:t>Хороше ми весіллячко згуляли.&lt;br /&gt;</w:t>
        <w:br/>
        <w:t>Здорові, князю й пані молода.&lt;br /&gt;</w:t>
        <w:br/>
        <w:t>Дай, боже, жить в любові вам та згоді,&lt;br /&gt;</w:t>
        <w:br/>
        <w:t>А нам у вас частіш бенкетувать.&lt;br /&gt;</w:t>
        <w:br/>
        <w:t>Що ж, дівоньки-красуні, ви примовкли?&lt;br /&gt;</w:t>
        <w:br/>
        <w:t>Лебідки білі, що ж це ви затихли?&lt;br /&gt;</w:t>
        <w:br/>
        <w:t>Чи, може, всі пісні переспівали?&lt;br /&gt;</w:t>
        <w:br/>
        <w:t>Чи горлонька від співу пересохли?</w:t>
      </w:r>
    </w:p>
    <w:p>
      <w:r>
        <w:br/>
        <w:t>Xор</w:t>
      </w:r>
    </w:p>
    <w:p>
      <w:r>
        <w:br/>
        <w:t>Сватоньку, сватоньку,&lt;br /&gt;</w:t>
        <w:br/>
        <w:t>Безголовий сватоньку!&lt;br /&gt;</w:t>
        <w:br/>
        <w:t>По княгиню їхали&lt;br /&gt;</w:t>
        <w:br/>
        <w:t>Та в город заїхали,&lt;br /&gt;</w:t>
        <w:br/>
        <w:t>Пива бочку розлили,&lt;br /&gt;</w:t>
        <w:br/>
        <w:t>Та капусту полили,&lt;br /&gt;</w:t>
        <w:br/>
        <w:t>Тину поклонилися,&lt;br /&gt;</w:t>
        <w:br/>
        <w:t>Ворітцям молилися:&lt;br /&gt;</w:t>
        <w:br/>
        <w:t>Ворота, ворітоньки,&lt;br /&gt;</w:t>
        <w:br/>
        <w:t>Покажіть доріженьку,&lt;br /&gt;</w:t>
        <w:br/>
        <w:t>По дівчину їхати.&lt;br /&gt;</w:t>
        <w:br/>
        <w:t>Сватоньку, здогадайся,&lt;br /&gt;</w:t>
        <w:br/>
        <w:t>До калитоньки добирайся,&lt;br /&gt;</w:t>
        <w:br/>
        <w:t>В тій калитоньці грошенята.&lt;br /&gt;</w:t>
        <w:br/>
        <w:t>Щоб веселі були дівчата.</w:t>
      </w:r>
    </w:p>
    <w:p>
      <w:r>
        <w:br/>
        <w:t>Сват</w:t>
      </w:r>
    </w:p>
    <w:p>
      <w:r>
        <w:br/>
        <w:t>Насмішниці, ото й обрали ж пісню!&lt;br /&gt;</w:t>
        <w:br/>
        <w:t>Візьміть, візьміть, не докоряйте свату.&lt;br /&gt;</w:t>
        <w:br/>
        <w:t>(Надаряє дівчат)</w:t>
      </w:r>
    </w:p>
    <w:p>
      <w:r>
        <w:br/>
        <w:t>Один голос</w:t>
      </w:r>
    </w:p>
    <w:p>
      <w:r>
        <w:br/>
        <w:t>По камінню, по жовтому пісочку&lt;br /&gt;</w:t>
        <w:br/>
        <w:t>Протікала бистрая річка,&lt;br /&gt;</w:t>
        <w:br/>
        <w:t>В бистрій річці гуляють дві рибки,&lt;br /&gt;</w:t>
        <w:br/>
        <w:t>Що дві рибки, дві малі плотвиці.&lt;br /&gt;</w:t>
        <w:br/>
        <w:t>Може, чула ти, рибко-сестрице,&lt;br /&gt;</w:t>
        <w:br/>
        <w:t>Про вістоньки наші, про підводні?&lt;br /&gt;</w:t>
        <w:br/>
        <w:t>Красна дівка увечері втопилась,&lt;br /&gt;</w:t>
        <w:br/>
        <w:t>Топлячися, друга проклинала?</w:t>
      </w:r>
    </w:p>
    <w:p>
      <w:r>
        <w:br/>
        <w:t>Сват</w:t>
      </w:r>
    </w:p>
    <w:p>
      <w:r>
        <w:br/>
        <w:t>Красуні! Що воно за дивна пісня?&lt;br /&gt;</w:t>
        <w:br/>
        <w:t>Вона, здається, не весільна; ні.&lt;br /&gt;</w:t>
        <w:br/>
        <w:t>Хто пісню цю обрав, скажіть!</w:t>
      </w:r>
    </w:p>
    <w:p>
      <w:r>
        <w:br/>
        <w:t>Дівчата</w:t>
      </w:r>
    </w:p>
    <w:p>
      <w:r>
        <w:br/>
        <w:t>Не я, —&lt;br /&gt;</w:t>
        <w:br/>
        <w:t>Не я, — не ми...</w:t>
      </w:r>
    </w:p>
    <w:p>
      <w:r>
        <w:br/>
        <w:t>Сват</w:t>
      </w:r>
    </w:p>
    <w:p>
      <w:r>
        <w:br/>
        <w:t>А хто ж співав її?&lt;br /&gt;</w:t>
        <w:br/>
        <w:t>(Шепіт і збентеження поміж дівчат)</w:t>
      </w:r>
    </w:p>
    <w:p>
      <w:r>
        <w:br/>
        <w:t>Князь</w:t>
      </w:r>
    </w:p>
    <w:p>
      <w:r>
        <w:br/>
        <w:t>Я знаю хто.&lt;br /&gt;</w:t>
        <w:br/>
        <w:t>(Встає з-за столу і говорить тихо конюшому)&lt;br /&gt;</w:t>
        <w:br/>
        <w:t>Вона сюди прокралась.&lt;br /&gt;</w:t>
        <w:br/>
        <w:t>Скоріше виведи її. Розвідай,&lt;br /&gt;</w:t>
        <w:br/>
        <w:t>Хто смів її пустить.&lt;br /&gt;</w:t>
        <w:br/>
        <w:t>(Конюший підходить до дівчат)</w:t>
      </w:r>
    </w:p>
    <w:p>
      <w:r>
        <w:br/>
        <w:t>Князь&lt;br /&gt;</w:t>
        <w:br/>
        <w:t>(сідає, сам собі)</w:t>
      </w:r>
    </w:p>
    <w:p>
      <w:r>
        <w:br/>
        <w:t>Вона, напевне,&lt;br /&gt;</w:t>
        <w:br/>
        <w:t>Готова тут вчинити стільки шуму,&lt;br /&gt;</w:t>
        <w:br/>
        <w:t>Що з сорому не знатиму куди&lt;br /&gt;</w:t>
        <w:br/>
        <w:t>Й сховатися.</w:t>
      </w:r>
    </w:p>
    <w:p>
      <w:r>
        <w:br/>
        <w:t>Конюший</w:t>
      </w:r>
    </w:p>
    <w:p>
      <w:r>
        <w:br/>
        <w:t>Я не знайшов її.</w:t>
      </w:r>
    </w:p>
    <w:p>
      <w:r>
        <w:br/>
        <w:t>Князь</w:t>
      </w:r>
    </w:p>
    <w:p>
      <w:r>
        <w:br/>
        <w:t>Шукай. Вона, я знаю, тут. Вона&lt;br /&gt;</w:t>
        <w:br/>
        <w:t>Цю пісню проспівала.</w:t>
      </w:r>
    </w:p>
    <w:p>
      <w:r>
        <w:br/>
        <w:t>Гість</w:t>
      </w:r>
    </w:p>
    <w:p>
      <w:r>
        <w:br/>
        <w:t>Ой же мед!&lt;br /&gt;</w:t>
        <w:br/>
        <w:t>І в голову, і в ноги так і б'є —&lt;br /&gt;</w:t>
        <w:br/>
        <w:t>Жаль, що гіркий: підсолодить би варто.&lt;br /&gt;</w:t>
        <w:br/>
        <w:t>(Молоді цілуються. Чути слабкий крик)</w:t>
      </w:r>
    </w:p>
    <w:p>
      <w:r>
        <w:br/>
        <w:t>Князь</w:t>
      </w:r>
    </w:p>
    <w:p>
      <w:r>
        <w:br/>
        <w:t>Вона! Ось крик її ревнивий.&lt;br /&gt;</w:t>
        <w:br/>
        <w:t>(Конюшому)&lt;br /&gt;</w:t>
        <w:br/>
        <w:t>Що?</w:t>
      </w:r>
    </w:p>
    <w:p>
      <w:r>
        <w:br/>
        <w:t>Конюший</w:t>
      </w:r>
    </w:p>
    <w:p>
      <w:r>
        <w:br/>
        <w:t>Я не знайшов її.</w:t>
      </w:r>
    </w:p>
    <w:p>
      <w:r>
        <w:br/>
        <w:t>Князь</w:t>
      </w:r>
    </w:p>
    <w:p>
      <w:r>
        <w:br/>
        <w:t>Ну й дурень ти!</w:t>
      </w:r>
    </w:p>
    <w:p>
      <w:r>
        <w:br/>
        <w:t>Дружко&lt;br /&gt;</w:t>
        <w:br/>
        <w:t>(встаючи)</w:t>
      </w:r>
    </w:p>
    <w:p>
      <w:r>
        <w:br/>
        <w:t>А чи не час княгиню видать мужу,&lt;br /&gt;</w:t>
        <w:br/>
        <w:t>Та хмелем їх обсипати у дверях?&lt;br /&gt;</w:t>
        <w:br/>
        <w:t>(Всі встають)</w:t>
      </w:r>
    </w:p>
    <w:p>
      <w:r>
        <w:br/>
        <w:t>Сваха</w:t>
      </w:r>
    </w:p>
    <w:p>
      <w:r>
        <w:br/>
        <w:t>А звісно, чає. Давайте півня нам!&lt;br /&gt;</w:t>
        <w:br/>
        <w:t>(Молодих годують смаженим півнем, потім&lt;br /&gt;</w:t>
        <w:br/>
        <w:t>посипають хмелем — і ведуть до спальні)</w:t>
      </w:r>
    </w:p>
    <w:p>
      <w:r>
        <w:br/>
        <w:t>Сваха</w:t>
      </w:r>
    </w:p>
    <w:p>
      <w:r>
        <w:br/>
        <w:t>Княгине серденько, не плач, не бійся,&lt;br /&gt;</w:t>
        <w:br/>
        <w:t>Покірна будь.&lt;br /&gt;</w:t>
        <w:br/>
        <w:t>(Молоді виходять до спальні, гості всі розходяться, крім свахи і дружка)</w:t>
      </w:r>
    </w:p>
    <w:p>
      <w:r>
        <w:br/>
        <w:t>Дружко</w:t>
      </w:r>
    </w:p>
    <w:p>
      <w:r>
        <w:br/>
        <w:t>Де чарочка? всю ніч&lt;br /&gt;</w:t>
        <w:br/>
        <w:t>Під вікнами я буду роз'їздить,&lt;br /&gt;</w:t>
        <w:br/>
        <w:t>То підкріпитися вином не зайве.</w:t>
      </w:r>
    </w:p>
    <w:p>
      <w:r>
        <w:br/>
        <w:t>Сваха&lt;br /&gt;</w:t>
        <w:br/>
        <w:t>(наливає йому чарку)</w:t>
      </w:r>
    </w:p>
    <w:p>
      <w:r>
        <w:br/>
        <w:t>На, випий на здоров'я.</w:t>
      </w:r>
    </w:p>
    <w:p>
      <w:r>
        <w:br/>
        <w:t>Дружко</w:t>
      </w:r>
    </w:p>
    <w:p>
      <w:r>
        <w:br/>
        <w:t>Ух! Спасибі.&lt;br /&gt;</w:t>
        <w:br/>
        <w:t>А правда, добре обійшлося все?&lt;br /&gt;</w:t>
        <w:br/>
        <w:t>Весілля хоч куди.</w:t>
      </w:r>
    </w:p>
    <w:p>
      <w:r>
        <w:br/>
        <w:t>Сваха</w:t>
      </w:r>
    </w:p>
    <w:p>
      <w:r>
        <w:br/>
        <w:t>Сваха&lt;br /&gt;</w:t>
        <w:br/>
        <w:t>Так, слава богу,&lt;br /&gt;</w:t>
        <w:br/>
        <w:t>Усе гаразд,— одне лиш не гаразд.</w:t>
      </w:r>
    </w:p>
    <w:p>
      <w:r>
        <w:br/>
        <w:t>Дружко</w:t>
      </w:r>
    </w:p>
    <w:p>
      <w:r>
        <w:br/>
        <w:t>А що?</w:t>
      </w:r>
    </w:p>
    <w:p>
      <w:r>
        <w:br/>
        <w:t>Сваха</w:t>
      </w:r>
    </w:p>
    <w:p>
      <w:r>
        <w:br/>
        <w:t>Не на добро співали пісню&lt;br /&gt;</w:t>
        <w:br/>
        <w:t>Ту, не весільну, а бог зна яку там.</w:t>
      </w:r>
    </w:p>
    <w:p>
      <w:r>
        <w:br/>
        <w:t>Дружко</w:t>
      </w:r>
    </w:p>
    <w:p>
      <w:r>
        <w:br/>
        <w:t>Ох, ці дівчата — аж ніяк не можуть&lt;br /&gt;</w:t>
        <w:br/>
        <w:t>Без витівок. Чи ж то годяще діло&lt;br /&gt;</w:t>
        <w:br/>
        <w:t>Весілля князя вмисне баламутить.&lt;br /&gt;</w:t>
        <w:br/>
        <w:t>Піду ж но я та сяду на коня.&lt;br /&gt;</w:t>
        <w:br/>
        <w:t>Прощайте, кумо!&lt;br /&gt;</w:t>
        <w:br/>
        <w:t>(Виходить)</w:t>
      </w:r>
    </w:p>
    <w:p>
      <w:r>
        <w:br/>
        <w:t>Сваха</w:t>
      </w:r>
    </w:p>
    <w:p>
      <w:r>
        <w:br/>
        <w:t>Серце не на місці!&lt;br /&gt;</w:t>
        <w:br/>
        <w:t>Невчасно ми це справили весілля.</w:t>
      </w:r>
    </w:p>
    <w:p>
      <w:r>
        <w:br/>
        <w:t>СВІТЛИЦЯ</w:t>
      </w:r>
    </w:p>
    <w:p>
      <w:r>
        <w:br/>
        <w:t>Княгиня і Мамка</w:t>
      </w:r>
    </w:p>
    <w:p>
      <w:r>
        <w:br/>
        <w:t>Княгиня</w:t>
      </w:r>
    </w:p>
    <w:p>
      <w:r>
        <w:br/>
        <w:t>Сурмлять, здається; ні, ще він не їде.&lt;br /&gt;</w:t>
        <w:br/>
        <w:t>Ох, мамонько, як був він женихом,&lt;br /&gt;</w:t>
        <w:br/>
        <w:t>На крок було від мене не відходив,&lt;br /&gt;</w:t>
        <w:br/>
        <w:t>Очей не зводив з мене ні на мить.&lt;br /&gt;</w:t>
        <w:br/>
        <w:t>А одруживсь — і все пішло не так.&lt;br /&gt;</w:t>
        <w:br/>
        <w:t>Тепер мене ранесенько розбудить&lt;br /&gt;</w:t>
        <w:br/>
        <w:t>І вже велить собі коня сідлать,&lt;br /&gt;</w:t>
        <w:br/>
        <w:t>Та до півночі бог зна де він їздить;&lt;br /&gt;</w:t>
        <w:br/>
        <w:t>Повернеться, то ледь ласкаве слово&lt;br /&gt;</w:t>
        <w:br/>
        <w:t>Мені промовить, ледь білого лиця&lt;br /&gt;</w:t>
        <w:br/>
        <w:t>Недбалою рукою доторкнеться.</w:t>
      </w:r>
    </w:p>
    <w:p>
      <w:r>
        <w:br/>
        <w:t>Maмка</w:t>
      </w:r>
    </w:p>
    <w:p>
      <w:r>
        <w:br/>
        <w:t>Княгинечко, як півень — кожен муж:&lt;br /&gt;</w:t>
        <w:br/>
        <w:t>Кири куку! мах-мах крилом і геть.&lt;br /&gt;</w:t>
        <w:br/>
        <w:t>А жінка завжди, наче бідна квочка,&lt;br /&gt;</w:t>
        <w:br/>
        <w:t>Сиди собі та доглядай курчат.&lt;br /&gt;</w:t>
        <w:br/>
        <w:t>Як ще жених — насидітись не може,&lt;br /&gt;</w:t>
        <w:br/>
        <w:t>Ні п'є, ні їсть, зорить не назориться,&lt;br /&gt;</w:t>
        <w:br/>
        <w:t>Женився — і турботи надійшли.&lt;br /&gt;</w:t>
        <w:br/>
        <w:t>То справа є — одвідати сусідів,&lt;br /&gt;</w:t>
        <w:br/>
        <w:t>То він на лови їде з соколами,&lt;br /&gt;</w:t>
        <w:br/>
        <w:t>То на війну лихий його несе,&lt;br /&gt;</w:t>
        <w:br/>
        <w:t>Туди, сюди, — а вдома не сидиться.</w:t>
      </w:r>
    </w:p>
    <w:p>
      <w:r>
        <w:br/>
        <w:t>Княгиня</w:t>
      </w:r>
    </w:p>
    <w:p>
      <w:r>
        <w:br/>
        <w:t>Як ти гадаєш? Чи не має він&lt;br /&gt;</w:t>
        <w:br/>
        <w:t>Таємної коханки?</w:t>
      </w:r>
    </w:p>
    <w:p>
      <w:r>
        <w:br/>
        <w:t>Maмка</w:t>
      </w:r>
    </w:p>
    <w:p>
      <w:r>
        <w:br/>
        <w:t>Не гріши:&lt;br /&gt;</w:t>
        <w:br/>
        <w:t>На кого б міг тебе він проміняти?&lt;br /&gt;</w:t>
        <w:br/>
        <w:t>Вдалась ти всім: і вродою ясною,&lt;br /&gt;</w:t>
        <w:br/>
        <w:t>І звичаєм, і розумом. Подумай,&lt;br /&gt;</w:t>
        <w:br/>
        <w:t>І де йому знайти, як не в тобі,&lt;br /&gt;</w:t>
        <w:br/>
        <w:t>Для себе скарб чудовий?</w:t>
      </w:r>
    </w:p>
    <w:p>
      <w:r>
        <w:br/>
        <w:t>Княгиня</w:t>
      </w:r>
    </w:p>
    <w:p>
      <w:r>
        <w:br/>
        <w:t>Коли б то бог почув мої молитви,&lt;br /&gt;</w:t>
        <w:br/>
        <w:t>Послав мені дітей! До себе я&lt;br /&gt;</w:t>
        <w:br/>
        <w:t>Зуміла б знову мужа прив'язать...&lt;br /&gt;</w:t>
        <w:br/>
        <w:t>А! повен двір мисливців. Чоловік&lt;br /&gt;</w:t>
        <w:br/>
        <w:t>Вернувсь додому. Що ж його не видно?&lt;br /&gt;</w:t>
        <w:br/>
        <w:t>(Входить ловчий)&lt;br /&gt;</w:t>
        <w:br/>
        <w:t>Що князь, де він?</w:t>
      </w:r>
    </w:p>
    <w:p>
      <w:r>
        <w:br/>
        <w:t>Ловчий</w:t>
      </w:r>
    </w:p>
    <w:p>
      <w:r>
        <w:br/>
        <w:t>Князь наказав усім&lt;br /&gt;</w:t>
        <w:br/>
        <w:t>Додому їхать.</w:t>
      </w:r>
    </w:p>
    <w:p>
      <w:r>
        <w:br/>
        <w:t>Княгиня</w:t>
      </w:r>
    </w:p>
    <w:p>
      <w:r>
        <w:br/>
        <w:t>Де ж він сам?</w:t>
      </w:r>
    </w:p>
    <w:p>
      <w:r>
        <w:br/>
        <w:t>Ловчий</w:t>
      </w:r>
    </w:p>
    <w:p>
      <w:r>
        <w:br/>
        <w:t>Лишився&lt;br /&gt;</w:t>
        <w:br/>
        <w:t>У лісі сам, на березі Дніпра.</w:t>
      </w:r>
    </w:p>
    <w:p>
      <w:r>
        <w:br/>
        <w:t>Княгиня</w:t>
      </w:r>
    </w:p>
    <w:p>
      <w:r>
        <w:br/>
        <w:t>І князя ви насмілились зоставить&lt;br /&gt;</w:t>
        <w:br/>
        <w:t>Там одного; такі ви щирі слуги!&lt;br /&gt;</w:t>
        <w:br/>
        <w:t>Мерщій назад, мерщій до нього мчіте!&lt;br /&gt;</w:t>
        <w:br/>
        <w:t>Скажіть йому, що я послала вас.&lt;br /&gt;</w:t>
        <w:br/>
        <w:t>(Ловчий виходить)&lt;br /&gt;</w:t>
        <w:br/>
        <w:t>Ах, боже мій! У лісі серед ночі&lt;br /&gt;</w:t>
        <w:br/>
        <w:t>І люд лихий, і дика звірина,&lt;br /&gt;</w:t>
        <w:br/>
        <w:t>І лісовик — чи довго ж до біди!&lt;br /&gt;</w:t>
        <w:br/>
        <w:t>Мерщій світи біля ікони свічку.</w:t>
      </w:r>
    </w:p>
    <w:p>
      <w:r>
        <w:br/>
        <w:t>Maмка</w:t>
      </w:r>
    </w:p>
    <w:p>
      <w:r>
        <w:br/>
        <w:t>Гаразд, біжу, біжу...</w:t>
      </w:r>
    </w:p>
    <w:p>
      <w:r>
        <w:br/>
        <w:t>ДНІПРО. НІЧ</w:t>
      </w:r>
    </w:p>
    <w:p>
      <w:r>
        <w:br/>
        <w:t>Русалки</w:t>
      </w:r>
    </w:p>
    <w:p>
      <w:r>
        <w:br/>
        <w:t>Спливаєм юрбою&lt;br /&gt;</w:t>
        <w:br/>
        <w:t>Ми з темного дна,&lt;br /&gt;</w:t>
        <w:br/>
        <w:t>Промінням зігріє&lt;br /&gt;</w:t>
        <w:br/>
        <w:t>Нас нічка ясна.&lt;br /&gt;</w:t>
        <w:br/>
        <w:t>Любо нам пори нічної&lt;br /&gt;</w:t>
        <w:br/>
        <w:t>Дно річкове залишать,&lt;br /&gt;</w:t>
        <w:br/>
        <w:t>Любо вільно головою&lt;br /&gt;</w:t>
        <w:br/>
        <w:t>Тихі води розтинать,&lt;br /&gt;</w:t>
        <w:br/>
        <w:t>Подавать подружці голос&lt;br /&gt;</w:t>
        <w:br/>
        <w:t>І повітря веселить,&lt;br /&gt;</w:t>
        <w:br/>
        <w:t>Наш зелений мокрий волос&lt;br /&gt;</w:t>
        <w:br/>
        <w:t>В нім трусити і сушить.</w:t>
      </w:r>
    </w:p>
    <w:p>
      <w:r>
        <w:br/>
        <w:t>Одна</w:t>
      </w:r>
    </w:p>
    <w:p>
      <w:r>
        <w:br/>
        <w:t>Тихше, тихше, між кущами&lt;br /&gt;</w:t>
        <w:br/>
        <w:t>Щось ховається в імлі.</w:t>
      </w:r>
    </w:p>
    <w:p>
      <w:r>
        <w:br/>
        <w:t>Друга</w:t>
      </w:r>
    </w:p>
    <w:p>
      <w:r>
        <w:br/>
        <w:t>Поміж місяцем і нами&lt;br /&gt;</w:t>
        <w:br/>
        <w:t>Хтось там ходить по землі.&lt;br /&gt;</w:t>
        <w:br/>
        <w:t>(Ховаються)</w:t>
      </w:r>
    </w:p>
    <w:p>
      <w:r>
        <w:br/>
        <w:t>Князь</w:t>
      </w:r>
    </w:p>
    <w:p>
      <w:r>
        <w:br/>
        <w:t>Які знайомі і смутні місця!&lt;br /&gt;</w:t>
        <w:br/>
        <w:t>Я пізнаю навколо знані речі&lt;br /&gt;</w:t>
        <w:br/>
        <w:t>Ось млин старий! Уже він розвалився;&lt;br /&gt;</w:t>
        <w:br/>
        <w:t>Веселий шум коліс завмер, затихнув;&lt;br /&gt;</w:t>
        <w:br/>
        <w:t>Спинилось жорно — певно, вмер старий,&lt;br /&gt;</w:t>
        <w:br/>
        <w:t>Дочку свою оплакував недовго.&lt;br /&gt;</w:t>
        <w:br/>
        <w:t>Стежинка тут вилась — її немає,&lt;br /&gt;</w:t>
        <w:br/>
        <w:t>Геть заросла, сюди ніхто не ходить;&lt;br /&gt;</w:t>
        <w:br/>
        <w:t>Тут був садок із тином — і невже то&lt;br /&gt;</w:t>
        <w:br/>
        <w:t>Розрісся він цим гаєм кучерявим?&lt;br /&gt;</w:t>
        <w:br/>
        <w:t>Ось дуб той заповітний, де вона,&lt;br /&gt;</w:t>
        <w:br/>
        <w:t>Мене обнявши, змовкла й похилилась,...&lt;br /&gt;</w:t>
        <w:br/>
        <w:t>Чи це можливо?&lt;br /&gt;</w:t>
        <w:br/>
        <w:t>(Іде до дерев, сиплеться листя)&lt;br /&gt;</w:t>
        <w:br/>
        <w:t>Що це значить? Листя,&lt;br /&gt;</w:t>
        <w:br/>
        <w:t>Поблякнувши, згорнулося і з шумом&lt;br /&gt;</w:t>
        <w:br/>
        <w:t>Посипалось, як попіл, на чоло.&lt;br /&gt;</w:t>
        <w:br/>
        <w:t>Переді мною голий він і чорний,&lt;br /&gt;</w:t>
        <w:br/>
        <w:t>Як дерево прокляте.&lt;br /&gt;</w:t>
        <w:br/>
        <w:t>(Входить старий, в лахміттях і напівголий)</w:t>
      </w:r>
    </w:p>
    <w:p>
      <w:r>
        <w:br/>
        <w:t>Старий</w:t>
      </w:r>
    </w:p>
    <w:p>
      <w:r>
        <w:br/>
        <w:t>А, здоров будь,&lt;br /&gt;</w:t>
        <w:br/>
        <w:t>Мій зятю.</w:t>
      </w:r>
    </w:p>
    <w:p>
      <w:r>
        <w:br/>
        <w:t>Князь</w:t>
      </w:r>
    </w:p>
    <w:p>
      <w:r>
        <w:br/>
        <w:t>Хто ти?</w:t>
      </w:r>
    </w:p>
    <w:p>
      <w:r>
        <w:br/>
        <w:t>Старий</w:t>
      </w:r>
    </w:p>
    <w:p>
      <w:r>
        <w:br/>
        <w:t>Я тутешній ворон.</w:t>
      </w:r>
    </w:p>
    <w:p>
      <w:r>
        <w:br/>
        <w:t>Князь</w:t>
      </w:r>
    </w:p>
    <w:p>
      <w:r>
        <w:br/>
        <w:t>О, жах який! Це мельник.</w:t>
      </w:r>
    </w:p>
    <w:p>
      <w:r>
        <w:br/>
        <w:t>Старий</w:t>
      </w:r>
    </w:p>
    <w:p>
      <w:r>
        <w:br/>
        <w:t>Що за мельник!&lt;br /&gt;</w:t>
        <w:br/>
        <w:t>Продав я млин отой чортам запічним,&lt;br /&gt;</w:t>
        <w:br/>
        <w:t>А грошики віддав на добрий сховок&lt;br /&gt;</w:t>
        <w:br/>
        <w:t>Русалці, віщій донечці моїй.&lt;br /&gt;</w:t>
        <w:br/>
        <w:t>Вони в піску Дніпра-ріки зариті,&lt;br /&gt;</w:t>
        <w:br/>
        <w:t>Їх рибка-одноочка стереже.</w:t>
      </w:r>
    </w:p>
    <w:p>
      <w:r>
        <w:br/>
        <w:t>Князь</w:t>
      </w:r>
    </w:p>
    <w:p>
      <w:r>
        <w:br/>
        <w:t>Нещасний, збожеволів. Мислі в нім&lt;br /&gt;</w:t>
        <w:br/>
        <w:t>Розгублені, як тучі після бурі.</w:t>
      </w:r>
    </w:p>
    <w:p>
      <w:r>
        <w:br/>
        <w:t>Старий</w:t>
      </w:r>
    </w:p>
    <w:p>
      <w:r>
        <w:br/>
        <w:t>Чому ти вчора не одвідав нас?&lt;br /&gt;</w:t>
        <w:br/>
        <w:t>В нас був бенкет, тебе ми довго ждали.</w:t>
      </w:r>
    </w:p>
    <w:p>
      <w:r>
        <w:br/>
        <w:t>Князь</w:t>
      </w:r>
    </w:p>
    <w:p>
      <w:r>
        <w:br/>
        <w:t>Хто ждав мене?</w:t>
      </w:r>
    </w:p>
    <w:p>
      <w:r>
        <w:br/>
        <w:t>Старий</w:t>
      </w:r>
    </w:p>
    <w:p>
      <w:r>
        <w:br/>
        <w:t>Старий&lt;br /&gt;</w:t>
        <w:br/>
        <w:t>Хто ждав? вона, дочка.&lt;br /&gt;</w:t>
        <w:br/>
        <w:t>Ти знаєш, я на все дивлюсь крізь пальці&lt;br /&gt;</w:t>
        <w:br/>
        <w:t>І волю вам даю; нехай сидить&lt;br /&gt;</w:t>
        <w:br/>
        <w:t>З тобою хоч до півнів, цілу ніч,&lt;br /&gt;</w:t>
        <w:br/>
        <w:t>Ні слова не промовлю.</w:t>
      </w:r>
    </w:p>
    <w:p>
      <w:r>
        <w:br/>
        <w:t>Князь</w:t>
      </w:r>
    </w:p>
    <w:p>
      <w:r>
        <w:br/>
        <w:t>Бідний мельник!</w:t>
      </w:r>
    </w:p>
    <w:p>
      <w:r>
        <w:br/>
        <w:t>Старий</w:t>
      </w:r>
    </w:p>
    <w:p>
      <w:r>
        <w:br/>
        <w:t>Який я мельник, сказано тобі,&lt;br /&gt;</w:t>
        <w:br/>
        <w:t>Я ворон, а не мельник. Дивна справа:&lt;br /&gt;</w:t>
        <w:br/>
        <w:t>Як — пам'ятаєш? — кинулась вона&lt;br /&gt;</w:t>
        <w:br/>
        <w:t>У річку, я побіг слідом за нею&lt;br /&gt;</w:t>
        <w:br/>
        <w:t>І з кручі кинутись хотів, та враз&lt;br /&gt;</w:t>
        <w:br/>
        <w:t>Відчув на спині двоє дужих крил,&lt;br /&gt;</w:t>
        <w:br/>
        <w:t>Вони з-під пахов виросли раптово&lt;br /&gt;</w:t>
        <w:br/>
        <w:t>І стримали в повітрі. Я з тих пір&lt;br /&gt;</w:t>
        <w:br/>
        <w:t>То тут, то там літаю, то клюю&lt;br /&gt;</w:t>
        <w:br/>
        <w:t>Корову мертву, а чи на могилці&lt;br /&gt;</w:t>
        <w:br/>
        <w:t>Сиджу та крячу.</w:t>
      </w:r>
    </w:p>
    <w:p>
      <w:r>
        <w:br/>
        <w:t>Князь</w:t>
      </w:r>
    </w:p>
    <w:p>
      <w:r>
        <w:br/>
        <w:t>Ох, яка скорбота!&lt;br /&gt;</w:t>
        <w:br/>
        <w:t>Хто ж догляда тебе?</w:t>
      </w:r>
    </w:p>
    <w:p>
      <w:r>
        <w:br/>
        <w:t>Старий</w:t>
      </w:r>
    </w:p>
    <w:p>
      <w:r>
        <w:br/>
        <w:t>Так, доглядати&lt;br /&gt;</w:t>
        <w:br/>
        <w:t>Мене вже слід таки. Старий я став&lt;br /&gt;</w:t>
        <w:br/>
        <w:t>І пустотливий. Догляда, спасибі,&lt;br /&gt;</w:t>
        <w:br/>
        <w:t>Русалочка.</w:t>
      </w:r>
    </w:p>
    <w:p>
      <w:r>
        <w:br/>
        <w:t>Князь</w:t>
      </w:r>
    </w:p>
    <w:p>
      <w:r>
        <w:br/>
        <w:t>Хто?</w:t>
      </w:r>
    </w:p>
    <w:p>
      <w:r>
        <w:br/>
        <w:t>Старий</w:t>
      </w:r>
    </w:p>
    <w:p>
      <w:r>
        <w:br/>
        <w:t>Внучка.</w:t>
      </w:r>
    </w:p>
    <w:p>
      <w:r>
        <w:br/>
        <w:t>Князь</w:t>
      </w:r>
    </w:p>
    <w:p>
      <w:r>
        <w:br/>
        <w:t>Я не можу&lt;br /&gt;</w:t>
        <w:br/>
        <w:t>його збагнуть. Старий, у лісі ти&lt;br /&gt;</w:t>
        <w:br/>
        <w:t>Чи з голоду умреш, чи звір тебе&lt;br /&gt;</w:t>
        <w:br/>
        <w:t>Розірве злий. А чи не підеш в терем&lt;br /&gt;</w:t>
        <w:br/>
        <w:t>Зі мною жить?</w:t>
      </w:r>
    </w:p>
    <w:p>
      <w:r>
        <w:br/>
        <w:t>Старий</w:t>
      </w:r>
    </w:p>
    <w:p>
      <w:r>
        <w:br/>
        <w:t>В твій терем? ні! спасибі!&lt;br /&gt;</w:t>
        <w:br/>
        <w:t>Заманиш, а потому і не зглянусь,&lt;br /&gt;</w:t>
        <w:br/>
        <w:t>Намистом ще задушиш. Тут живу&lt;br /&gt;</w:t>
        <w:br/>
        <w:t>І сито й вільно. Не піду в твій терем.&lt;br /&gt;</w:t>
        <w:br/>
        <w:t>(Пішов)</w:t>
      </w:r>
    </w:p>
    <w:p>
      <w:r>
        <w:br/>
        <w:t>Князь</w:t>
      </w:r>
    </w:p>
    <w:p>
      <w:r>
        <w:br/>
        <w:t>І я всьому цьому виною! Страшно&lt;br /&gt;</w:t>
        <w:br/>
        <w:t>Позбутись розуму. Вже краще смерть.&lt;br /&gt;</w:t>
        <w:br/>
        <w:t>На мертвого ми дивимось в пошані&lt;br /&gt;</w:t>
        <w:br/>
        <w:t>І молимось за нього. Смерть рівняє&lt;br /&gt;</w:t>
        <w:br/>
        <w:t>З ним кожного. Без розуму людина&lt;br /&gt;</w:t>
        <w:br/>
        <w:t>Стає вже не людиною на світі.&lt;br /&gt;</w:t>
        <w:br/>
        <w:t>Навіщо їй і мова, не керує&lt;br /&gt;</w:t>
        <w:br/>
        <w:t>Вона словами, брата в ній свого&lt;br /&gt;</w:t>
        <w:br/>
        <w:t>Звір пізнає, сміються люди з неї,&lt;br /&gt;</w:t>
        <w:br/>
        <w:t>Знущаються, і бог її не судить.&lt;br /&gt;</w:t>
        <w:br/>
        <w:t>Нещасний мельник! Він тепер в мені&lt;br /&gt;</w:t>
        <w:br/>
        <w:t>Для каяття всі муки роз'ятрив!</w:t>
      </w:r>
    </w:p>
    <w:p>
      <w:r>
        <w:br/>
        <w:t>Ловчий</w:t>
      </w:r>
    </w:p>
    <w:p>
      <w:r>
        <w:br/>
        <w:t>Ось він! Насилу ми знайшли у лісі!</w:t>
      </w:r>
    </w:p>
    <w:p>
      <w:r>
        <w:br/>
        <w:t>Князь</w:t>
      </w:r>
    </w:p>
    <w:p>
      <w:r>
        <w:br/>
        <w:t>Чого ви тут?</w:t>
      </w:r>
    </w:p>
    <w:p>
      <w:r>
        <w:br/>
        <w:t>Ловчий</w:t>
      </w:r>
    </w:p>
    <w:p>
      <w:r>
        <w:br/>
        <w:t>Княгиня нас послала.&lt;br /&gt;</w:t>
        <w:br/>
        <w:t>Боїться, бач, за тебе все.</w:t>
      </w:r>
    </w:p>
    <w:p>
      <w:r>
        <w:br/>
        <w:t>Князь</w:t>
      </w:r>
    </w:p>
    <w:p>
      <w:r>
        <w:br/>
        <w:t>Нестерпна&lt;br /&gt;</w:t>
        <w:br/>
        <w:t>її турботливість! Чи я дитина,&lt;br /&gt;</w:t>
        <w:br/>
        <w:t>Щоб ні на крок від няньки не відходить?&lt;br /&gt;</w:t>
        <w:br/>
        <w:t>(Іде. Русалки з'являються над водою)</w:t>
      </w:r>
    </w:p>
    <w:p>
      <w:r>
        <w:br/>
        <w:t>Русалки</w:t>
      </w:r>
    </w:p>
    <w:p>
      <w:r>
        <w:br/>
        <w:t>Що ж, сестриці? Полем чистим&lt;br /&gt;</w:t>
        <w:br/>
        <w:t>Не помчати б нам усім?&lt;br /&gt;</w:t>
        <w:br/>
        <w:t>Плеском, реготом і свистом&lt;br /&gt;</w:t>
        <w:br/>
        <w:t>Не злякати б коней їм?</w:t>
      </w:r>
    </w:p>
    <w:p>
      <w:r>
        <w:br/>
        <w:t>Пізно. Гай уже темніє,&lt;br /&gt;</w:t>
        <w:br/>
        <w:t>Піють півні на селі,&lt;br /&gt;</w:t>
        <w:br/>
        <w:t>Дно глибоке студеніє,&lt;br /&gt;</w:t>
        <w:br/>
        <w:t>Місяць зник у чорній млі.</w:t>
      </w:r>
    </w:p>
    <w:p>
      <w:r>
        <w:br/>
        <w:t>Одна</w:t>
      </w:r>
    </w:p>
    <w:p>
      <w:r>
        <w:br/>
        <w:t>Почекаєм ще, сестрице.</w:t>
      </w:r>
    </w:p>
    <w:p>
      <w:r>
        <w:br/>
        <w:t>Друга</w:t>
      </w:r>
    </w:p>
    <w:p>
      <w:r>
        <w:br/>
        <w:t>Ні, пора, пора, пора,&lt;br /&gt;</w:t>
        <w:br/>
        <w:t>Дожидає нас цариця,&lt;br /&gt;</w:t>
        <w:br/>
        <w:t>Грізна, старша нам сестра,&lt;br /&gt;</w:t>
        <w:br/>
        <w:t>(Зникають)</w:t>
      </w:r>
    </w:p>
    <w:p>
      <w:r>
        <w:br/>
        <w:t>ДНІПРОВЕ ДНО</w:t>
      </w:r>
    </w:p>
    <w:p>
      <w:r>
        <w:br/>
        <w:t>Терем русалок.&lt;br /&gt;</w:t>
        <w:br/>
        <w:t>(Русалки прядуть біля своєї цариці)</w:t>
      </w:r>
    </w:p>
    <w:p>
      <w:r>
        <w:br/>
        <w:t>Старша русалка</w:t>
      </w:r>
    </w:p>
    <w:p>
      <w:r>
        <w:br/>
        <w:t>Лишайте пряжу, сестри. Сонце сіло.&lt;br /&gt;</w:t>
        <w:br/>
        <w:t>Стовпом блищить над нами місяць. Годі, —&lt;br /&gt;</w:t>
        <w:br/>
        <w:t>Пливіть зо дна під небом погулять.&lt;br /&gt;</w:t>
        <w:br/>
        <w:t>Та не чіпайте ви людей сьогодні,&lt;br /&gt;</w:t>
        <w:br/>
        <w:t>Ні пішого не смійте лоскотати,&lt;br /&gt;</w:t>
        <w:br/>
        <w:t>Ані рибалкам невід обтяжать&lt;br /&gt;</w:t>
        <w:br/>
        <w:t>Травою й мулом, — ні дитину в воду&lt;br /&gt;</w:t>
        <w:br/>
        <w:t>Заманювать розмовами про рибок.&lt;br /&gt;</w:t>
        <w:br/>
        <w:t>(Входить русалочка)&lt;br /&gt;</w:t>
        <w:br/>
        <w:t>Ти де була?</w:t>
      </w:r>
    </w:p>
    <w:p>
      <w:r>
        <w:br/>
        <w:t>Дочка</w:t>
      </w:r>
    </w:p>
    <w:p>
      <w:r>
        <w:br/>
        <w:t>На землю я ходила&lt;br /&gt;</w:t>
        <w:br/>
        <w:t>До дідуся. Все просить він мене&lt;br /&gt;</w:t>
        <w:br/>
        <w:t>Із, дна ріки зібрать йому ті гроші,&lt;br /&gt;</w:t>
        <w:br/>
        <w:t>Що їх колись він в воду повкидав&lt;br /&gt;</w:t>
        <w:br/>
        <w:t>До нас на дно. Я довго їх шукала,&lt;br /&gt;</w:t>
        <w:br/>
        <w:t>А що таке ті гроші, я не знаю —&lt;br /&gt;</w:t>
        <w:br/>
        <w:t>І все ж таки, я винесла йому&lt;br /&gt;</w:t>
        <w:br/>
        <w:t>У жменьці черепашок самоцвітних.&lt;br /&gt;</w:t>
        <w:br/>
        <w:t>Він був їм радий.</w:t>
      </w:r>
    </w:p>
    <w:p>
      <w:r>
        <w:br/>
        <w:t>Русалка</w:t>
      </w:r>
    </w:p>
    <w:p>
      <w:r>
        <w:br/>
        <w:t>Божевільний скнара!&lt;br /&gt;</w:t>
        <w:br/>
        <w:t>Послухай, доню. Знай, на тебе я&lt;br /&gt;</w:t>
        <w:br/>
        <w:t>Надіюся. На берег наш сьогодні&lt;br /&gt;</w:t>
        <w:br/>
        <w:t>Мужчина прийде. Дочекайсь його,&lt;br /&gt;</w:t>
        <w:br/>
        <w:t>Піди йому назустріч. Нам близький він,&lt;br /&gt;</w:t>
        <w:br/>
        <w:t>Він батько твій.</w:t>
      </w:r>
    </w:p>
    <w:p>
      <w:r>
        <w:br/>
        <w:t>Дочка</w:t>
      </w:r>
    </w:p>
    <w:p>
      <w:r>
        <w:br/>
        <w:t>Той, що лишив тебе&lt;br /&gt;</w:t>
        <w:br/>
        <w:t>І з жінкою чужою одружився?</w:t>
      </w:r>
    </w:p>
    <w:p>
      <w:r>
        <w:br/>
        <w:t>Русалка</w:t>
      </w:r>
    </w:p>
    <w:p>
      <w:r>
        <w:br/>
        <w:t>Так, він; до нього ніжно приголубся,&lt;br /&gt;</w:t>
        <w:br/>
        <w:t>Скажи йому, що знаєш, доню, ти,&lt;br /&gt;</w:t>
        <w:br/>
        <w:t>Хто батько твій; і розкажи, дитино,&lt;br /&gt;</w:t>
        <w:br/>
        <w:t>Про мене також. Як спитає він,&lt;br /&gt;</w:t>
        <w:br/>
        <w:t>Чи я його забула, то скажи,&lt;br /&gt;</w:t>
        <w:br/>
        <w:t>Що й досі пам'ятаю і люблю&lt;br /&gt;</w:t>
        <w:br/>
        <w:t>І жду до себе. Зрозуміла ти?</w:t>
      </w:r>
    </w:p>
    <w:p>
      <w:r>
        <w:br/>
        <w:t>Дочка</w:t>
      </w:r>
    </w:p>
    <w:p>
      <w:r>
        <w:br/>
        <w:t>О, зрозуміла.</w:t>
      </w:r>
    </w:p>
    <w:p>
      <w:r>
        <w:br/>
        <w:t>Русалка</w:t>
      </w:r>
    </w:p>
    <w:p>
      <w:r>
        <w:br/>
        <w:t>Йди ж.&lt;br /&gt;</w:t>
        <w:br/>
        <w:t>(Одна)&lt;br /&gt;</w:t>
        <w:br/>
        <w:t>Від того дня,&lt;br /&gt;</w:t>
        <w:br/>
        <w:t>Як кинулась без пам'яті я в воду&lt;br /&gt;</w:t>
        <w:br/>
        <w:t>Шаленим і оганьбленим дівчатком&lt;br /&gt;</w:t>
        <w:br/>
        <w:t>І в глибині Дніпра опам'яталась&lt;br /&gt;</w:t>
        <w:br/>
        <w:t>Русалкою могутньою, — минуло&lt;br /&gt;</w:t>
        <w:br/>
        <w:t>Сім довгих років... І щоденно я&lt;br /&gt;</w:t>
        <w:br/>
        <w:t>Про помсту мрію у душі плекаю...&lt;br /&gt;</w:t>
        <w:br/>
        <w:t>Та нині час, гадаю, мій настав.</w:t>
      </w:r>
    </w:p>
    <w:p>
      <w:r>
        <w:br/>
        <w:t>БЕРЕГ</w:t>
      </w:r>
    </w:p>
    <w:p>
      <w:r>
        <w:br/>
        <w:t>Князь</w:t>
      </w:r>
    </w:p>
    <w:p>
      <w:r>
        <w:br/>
        <w:t>До берегів сумних цих мимохіть&lt;br /&gt;</w:t>
        <w:br/>
        <w:t>Мене таємна сила притягає.&lt;br /&gt;</w:t>
        <w:br/>
        <w:t>Тут все мені нагадує минуле&lt;br /&gt;</w:t>
        <w:br/>
        <w:t>І днів моєї юності-весни&lt;br /&gt;</w:t>
        <w:br/>
        <w:t>Любиму, хоч гірку сердечну повість.&lt;br /&gt;</w:t>
        <w:br/>
        <w:t>Отут колись любов мене стрічала,&lt;br /&gt;</w:t>
        <w:br/>
        <w:t>Кипуча, вільна, молода любов;&lt;br /&gt;</w:t>
        <w:br/>
        <w:t>Я щастя мав, безумець!., і я міг&lt;br /&gt;</w:t>
        <w:br/>
        <w:t>Так легко сам відмовитись від щастя!&lt;br /&gt;</w:t>
        <w:br/>
        <w:t>Печальні мрії й спогади мої&lt;br /&gt;</w:t>
        <w:br/>
        <w:t>Вчорашня зустріч знову воскресила.&lt;br /&gt;</w:t>
        <w:br/>
        <w:t>Нещасний батько! Він жахливий став!&lt;br /&gt;</w:t>
        <w:br/>
        <w:t>Сьогодні, може, знов його зустріну,&lt;br /&gt;</w:t>
        <w:br/>
        <w:t>І він погодиться залишить ліс&lt;br /&gt;</w:t>
        <w:br/>
        <w:t>І буде з нами жити...&lt;br /&gt;</w:t>
        <w:br/>
        <w:t>(Русалочка виходить на берег)&lt;br /&gt;</w:t>
        <w:br/>
        <w:t>Що я бачу?&lt;br /&gt;</w:t>
        <w:br/>
        <w:t>Де ти взялась, дитино чарівна?&lt;br /&gt;</w:t>
        <w:br/>
        <w:t>…………………………………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