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Рукавичка</w:t>
      </w:r>
    </w:p>
    <w:p>
      <w:r>
        <w:br/>
        <w:t xml:space="preserve"> По ялинку внучка з дідом&lt;br /&gt;</w:t>
        <w:br/>
        <w:t>йшли по лісі навмання.&lt;br /&gt;</w:t>
        <w:br/>
        <w:t>А за ними бігло слідом&lt;br /&gt;</w:t>
        <w:br/>
        <w:t>довговухе цуценя.</w:t>
      </w:r>
    </w:p>
    <w:p>
      <w:r>
        <w:br/>
        <w:t>Задивилась, мабуть, внучка&lt;br /&gt;</w:t>
        <w:br/>
        <w:t>на ялинку, на сосну&lt;br /&gt;</w:t>
        <w:br/>
        <w:t>і зронила якось з ручки&lt;br /&gt;</w:t>
        <w:br/>
        <w:t>рукавичку хутряну.</w:t>
      </w:r>
    </w:p>
    <w:p>
      <w:r>
        <w:br/>
        <w:t>Рукавичка&lt;br /&gt;</w:t>
        <w:br/>
        <w:t>невеличка&lt;br /&gt;</w:t>
        <w:br/>
        <w:t>на снігу собі лежить.&lt;br /&gt;</w:t>
        <w:br/>
        <w:t>Раптом мишка&lt;br /&gt;</w:t>
        <w:br/>
        <w:t>тишком-нишком&lt;br /&gt;</w:t>
        <w:br/>
        <w:t>з нірки вилізла й біжить.</w:t>
      </w:r>
    </w:p>
    <w:p>
      <w:r>
        <w:br/>
        <w:t>— Ну й хатинка!&lt;br /&gt;</w:t>
        <w:br/>
        <w:t>Ну й дивинка!&lt;br /&gt;</w:t>
        <w:br/>
        <w:t>Відгукнися — хто тут є?&lt;br /&gt;</w:t>
        <w:br/>
        <w:t>Тільки голосу з хатинки&lt;br /&gt;</w:t>
        <w:br/>
        <w:t>щось ніхто не подає.</w:t>
      </w:r>
    </w:p>
    <w:p>
      <w:r>
        <w:br/>
        <w:t>Влізла мишка в рукавичку&lt;br /&gt;</w:t>
        <w:br/>
        <w:t>і сама в ній стала жить.&lt;br /&gt;</w:t>
        <w:br/>
        <w:t>Раптом зайчик-&lt;br /&gt;</w:t>
        <w:br/>
        <w:t>побігайчик&lt;br /&gt;</w:t>
        <w:br/>
        <w:t>з-під ялиночки біжить.</w:t>
      </w:r>
    </w:p>
    <w:p>
      <w:r>
        <w:br/>
        <w:t>— Ну й хатинка!&lt;br /&gt;</w:t>
        <w:br/>
        <w:t>Ну "І дивинка!&lt;br /&gt;</w:t>
        <w:br/>
        <w:t>Відгукнися — хто тут є? —&lt;br /&gt;</w:t>
        <w:br/>
        <w:t>Чує зайчик: із хатинки&lt;br /&gt;</w:t>
        <w:br/>
        <w:t>хтось там голос подає:</w:t>
      </w:r>
    </w:p>
    <w:p>
      <w:r>
        <w:br/>
        <w:t>Є тут мишка-гострозубка.&lt;br /&gt;</w:t>
        <w:br/>
        <w:t>Ну, а ти хто?&lt;br /&gt;</w:t>
        <w:br/>
        <w:t>Що за гість?&lt;br /&gt;</w:t>
        <w:br/>
        <w:t>— А я зайчик-&lt;br /&gt;</w:t>
        <w:br/>
        <w:t>побігайчик&lt;br /&gt;</w:t>
        <w:br/>
        <w:t>довгі вуха, куций хвіст!</w:t>
      </w:r>
    </w:p>
    <w:p>
      <w:r>
        <w:br/>
        <w:t>Вліз і зайчик в рукавичку,&lt;br /&gt;</w:t>
        <w:br/>
        <w:t>стали вдвох у хатці жить.&lt;br /&gt;</w:t>
        <w:br/>
        <w:t>Раптом білка —&lt;br /&gt;</w:t>
        <w:br/>
        <w:t>стриб із гілки!&lt;br /&gt;</w:t>
        <w:br/>
        <w:t>Та по стежечці біжить.</w:t>
      </w:r>
    </w:p>
    <w:p>
      <w:r>
        <w:br/>
        <w:t>— Ну й хатинка!&lt;br /&gt;</w:t>
        <w:br/>
        <w:t>Ну й дивинка!&lt;br /&gt;</w:t>
        <w:br/>
        <w:t>Відгукнися —хто тут є? —&lt;br /&gt;</w:t>
        <w:br/>
        <w:t>Чує білочка: з хатинки&lt;br /&gt;</w:t>
        <w:br/>
        <w:t>хтось там голос подає:</w:t>
      </w:r>
    </w:p>
    <w:p>
      <w:r>
        <w:br/>
        <w:t>— Є тут мишка-гострозубка,&lt;br /&gt;</w:t>
        <w:br/>
        <w:t>є тут зайчик — куций хвіст!&lt;br /&gt;</w:t>
        <w:br/>
        <w:t>— А я білка — тепла шубка,&lt;br /&gt;</w:t>
        <w:br/>
        <w:t>невеличка я на зріст!</w:t>
      </w:r>
    </w:p>
    <w:p>
      <w:r>
        <w:br/>
        <w:t>Влізла й білка в рукавичку,&lt;br /&gt;</w:t>
        <w:br/>
        <w:t>стали втрьох у хатці жить,&lt;br /&gt;</w:t>
        <w:br/>
        <w:t>Глядь, поглядь, аж ось лисичка&lt;br /&gt;</w:t>
        <w:br/>
        <w:t>попід соснами біжить.</w:t>
      </w:r>
    </w:p>
    <w:p>
      <w:r>
        <w:br/>
        <w:t>— Ну й хатинка!&lt;br /&gt;</w:t>
        <w:br/>
        <w:t>Ну й дивинка!&lt;br /&gt;</w:t>
        <w:br/>
        <w:t>Відгукнися — хто тут є? —&lt;br /&gt;</w:t>
        <w:br/>
        <w:t>Чує лиска: із хатинки&lt;br /&gt;</w:t>
        <w:br/>
        <w:t>хтось там голос подає:</w:t>
      </w:r>
    </w:p>
    <w:p>
      <w:r>
        <w:br/>
        <w:t>— Є тут мишка-гострозубка,&lt;br /&gt;</w:t>
        <w:br/>
        <w:t>є тут зайчик — куций хвіст,&lt;br /&gt;</w:t>
        <w:br/>
        <w:t>є тут білка — тепла шубка.&lt;br /&gt;</w:t>
        <w:br/>
        <w:t>Ну, а ти хто?&lt;br /&gt;</w:t>
        <w:br/>
        <w:t>Що за гість?</w:t>
      </w:r>
    </w:p>
    <w:p>
      <w:r>
        <w:br/>
        <w:t>—Хто ж не зна мене, лисичку,&lt;br /&gt;</w:t>
        <w:br/>
        <w:t>і вигадливу, й метку? —&lt;br /&gt;</w:t>
        <w:br/>
        <w:t>Влізла й лиска в рукавичку,&lt;br /&gt;</w:t>
        <w:br/>
        <w:t>примостилась у кутку.</w:t>
      </w:r>
    </w:p>
    <w:p>
      <w:r>
        <w:br/>
        <w:t>Ще й кабан прибіг ікластий,&lt;br /&gt;</w:t>
        <w:br/>
        <w:t>і куниця, й їжачок.&lt;br /&gt;</w:t>
        <w:br/>
        <w:t>Тут і голці ніде впасти!&lt;br /&gt;</w:t>
        <w:br/>
        <w:t>Скільки сміху й балачок!</w:t>
      </w:r>
    </w:p>
    <w:p>
      <w:r>
        <w:br/>
        <w:t>Рукавичка&lt;br /&gt;</w:t>
        <w:br/>
        <w:t>невеличка&lt;br /&gt;</w:t>
        <w:br/>
        <w:t>на снігу собі лежить.&lt;br /&gt;</w:t>
        <w:br/>
        <w:t>А з барлогу&lt;br /&gt;</w:t>
        <w:br/>
        <w:t>на дорогу&lt;br /&gt;</w:t>
        <w:br/>
        <w:t>вийшов заспаний ведмідь</w:t>
      </w:r>
    </w:p>
    <w:p>
      <w:r>
        <w:br/>
        <w:t>— Що за зборище зібралось?&lt;br /&gt;</w:t>
        <w:br/>
        <w:t>Що за хата?&lt;br /&gt;</w:t>
        <w:br/>
        <w:t>Хто тут є?&lt;br /&gt;</w:t>
        <w:br/>
        <w:t>Хто здіймає сміх та галас,&lt;br /&gt;</w:t>
        <w:br/>
        <w:t>зовсім спати не дає?</w:t>
      </w:r>
    </w:p>
    <w:p>
      <w:r>
        <w:br/>
        <w:t>— Є тут мишка-гострозубка,&lt;br /&gt;</w:t>
        <w:br/>
        <w:t>є тут зайчик — куций хвіст,&lt;br /&gt;</w:t>
        <w:br/>
        <w:t>є тут білка — тепла шубка,&lt;br /&gt;</w:t>
        <w:br/>
        <w:t>що малесенька на зріст.</w:t>
      </w:r>
    </w:p>
    <w:p>
      <w:r>
        <w:br/>
        <w:t>Ще й лисиця є, сестриця,&lt;br /&gt;</w:t>
        <w:br/>
        <w:t>і вигадлива, й метка,&lt;br /&gt;</w:t>
        <w:br/>
        <w:t>є кабан, їжак, куниця.&lt;br /&gt;</w:t>
        <w:br/>
        <w:t>Ну, а хто це нас ляка?</w:t>
      </w:r>
    </w:p>
    <w:p>
      <w:r>
        <w:br/>
        <w:t>— Я ведмідь, я хочу спати,&lt;br /&gt;</w:t>
        <w:br/>
        <w:t>сміху-жартів не люблю!&lt;br /&gt;</w:t>
        <w:br/>
        <w:t>Сяду я на вашу хату,&lt;br /&gt;</w:t>
        <w:br/>
        <w:t>всіх вас разом роздавлю!</w:t>
      </w:r>
    </w:p>
    <w:p>
      <w:r>
        <w:br/>
        <w:t>Злий ведмідь гарчить, лютує,&lt;br /&gt;</w:t>
        <w:br/>
        <w:t>ломить всі кущі підряд.&lt;br /&gt;</w:t>
        <w:br/>
        <w:t>Що робити? Хто врятує&lt;br /&gt;</w:t>
        <w:br/>
        <w:t>переляканих звірят?!</w:t>
      </w:r>
    </w:p>
    <w:p>
      <w:r>
        <w:br/>
        <w:t>А тим часом дід та внучка&lt;br /&gt;</w:t>
        <w:br/>
        <w:t>вже ялинку принесли.&lt;br /&gt;</w:t>
        <w:br/>
        <w:t>Так у внучки змерзла ручка,&lt;br /&gt;</w:t>
        <w:br/>
        <w:t>що аж зашпори зайшли.</w:t>
      </w:r>
    </w:p>
    <w:p>
      <w:r>
        <w:br/>
        <w:t>— Рукавичка де ж поділась?&lt;br /&gt;</w:t>
        <w:br/>
        <w:t>Загубила!.. Ай-ай-ай!&lt;br /&gt;</w:t>
        <w:br/>
        <w:t>Побіжи, мій песик милий,&lt;br /&gt;</w:t>
        <w:br/>
        <w:t>рукавичку відшукай!</w:t>
      </w:r>
    </w:p>
    <w:p>
      <w:r>
        <w:br/>
        <w:t>Песик дівчинку послухав,&lt;br /&gt;</w:t>
        <w:br/>
        <w:t>хвіст— угору, в землю — ніс,&lt;br /&gt;</w:t>
        <w:br/>
        <w:t>І примчався скільки духу&lt;br /&gt;</w:t>
        <w:br/>
        <w:t>на те саме місце в ліс.</w:t>
      </w:r>
    </w:p>
    <w:p>
      <w:r>
        <w:br/>
        <w:t>Рукавичка, як живая,&lt;br /&gt;</w:t>
        <w:br/>
        <w:t>ходить ходором, тремтить.&lt;br /&gt;</w:t>
        <w:br/>
        <w:t>А до неї підступає&lt;br /&gt;</w:t>
        <w:br/>
        <w:t>розлютований ведмідь.</w:t>
      </w:r>
    </w:p>
    <w:p>
      <w:r>
        <w:br/>
        <w:t>Як загавкав пес на нього&lt;br /&gt;</w:t>
        <w:br/>
        <w:t>аж ведмідь оторопів,&lt;br /&gt;</w:t>
        <w:br/>
        <w:t>зразу втік і до барлога&lt;br /&gt;</w:t>
        <w:br/>
        <w:t>причвалав і захропів.</w:t>
      </w:r>
    </w:p>
    <w:p>
      <w:r>
        <w:br/>
        <w:t>Тут звірята всі зраділи,&lt;br /&gt;</w:t>
        <w:br/>
        <w:t>стали песика хвалить,&lt;br /&gt;</w:t>
        <w:br/>
        <w:t>що прогнав ведмедя сміло,&lt;br /&gt;</w:t>
        <w:br/>
        <w:t>не злякався ні на мить.</w:t>
      </w:r>
    </w:p>
    <w:p>
      <w:r>
        <w:br/>
        <w:t>Каже песик: — Дуже прошу&lt;br /&gt;</w:t>
        <w:br/>
        <w:t>інше мешкання знайти.&lt;br /&gt;</w:t>
        <w:br/>
        <w:t>Треба дівчинці хорошій&lt;br /&gt;</w:t>
        <w:br/>
        <w:t>рукавичку віднести.</w:t>
      </w:r>
    </w:p>
    <w:p>
      <w:r>
        <w:br/>
        <w:t>— А хіба ж це рукавичка?! —&lt;br /&gt;</w:t>
        <w:br/>
        <w:t>загукали всі. — Невже?!&lt;br /&gt;</w:t>
        <w:br/>
        <w:t>В нас нема такої звички&lt;br /&gt;</w:t>
        <w:br/>
        <w:t>забирать собі чуже!</w:t>
      </w:r>
    </w:p>
    <w:p>
      <w:r>
        <w:br/>
        <w:t>Всі ми підемо з тобою&lt;br /&gt;</w:t>
        <w:br/>
        <w:t>рукавичку повернуть! —&lt;br /&gt;</w:t>
        <w:br/>
        <w:t>І веселою юрбою&lt;br /&gt;</w:t>
        <w:br/>
        <w:t>звірі вирушили в путь.</w:t>
      </w:r>
    </w:p>
    <w:p>
      <w:r>
        <w:br/>
        <w:t>До дівчатка за хвилинку&lt;br /&gt;</w:t>
        <w:br/>
        <w:t>рукавичку віднесли,&lt;br /&gt;</w:t>
        <w:br/>
        <w:t>І всі разом круг ялинки&lt;br /&gt;</w:t>
        <w:br/>
        <w:t>танцювати почали.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Рукавичка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