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Руда вродливиця</w:t>
      </w:r>
    </w:p>
    <w:p>
      <w:r>
        <w:br/>
        <w:t xml:space="preserve"> Ось я перед людьми людина із здоровим глуздом&lt;br /&gt;</w:t>
        <w:br/>
        <w:t>Знаю життя а дещо і про смерть що може знать живий&lt;br /&gt;</w:t>
        <w:br/>
        <w:t>Зажив страждань і радощів кохання&lt;br /&gt;</w:t>
        <w:br/>
        <w:t>Спромігся часом на думки які приймали інші&lt;br /&gt;</w:t>
        <w:br/>
        <w:t>Вивчив кілька мов&lt;br /&gt;</w:t>
        <w:br/>
        <w:t>Чимало попоїздив&lt;br /&gt;</w:t>
        <w:br/>
        <w:t>Війни нюхнув в артилерії та піхоті&lt;br /&gt;</w:t>
        <w:br/>
        <w:t>Втратив найближчих друзів у тій жахливій боротьбі&lt;br /&gt;</w:t>
        <w:br/>
        <w:t>Здобувся рани в голову трепанувався під наркозом&lt;br /&gt;</w:t>
        <w:br/>
        <w:t>Щось знаю про старе й нове що може про них знати індивід&lt;br /&gt;</w:t>
        <w:br/>
        <w:t>I от тепер забувши про війну&lt;br /&gt;</w:t>
        <w:br/>
        <w:t>Між нами і для нас о друзі&lt;br /&gt;</w:t>
        <w:br/>
        <w:t>Суджу я давній спір традиції і пошуків&lt;br /&gt;</w:t>
        <w:br/>
        <w:t>Порядку і Пригоди</w:t>
      </w:r>
    </w:p>
    <w:p>
      <w:r>
        <w:br/>
        <w:t>Ви чиї уста створені на подобу божих&lt;br /&gt;</w:t>
        <w:br/>
        <w:t>Чиї уста утілений порядок&lt;br /&gt;</w:t>
        <w:br/>
        <w:t>Будьте вибачні порівнюючи нас&lt;br /&gt;</w:t>
        <w:br/>
        <w:t>До тих що в вашому порядку досконалі&lt;br /&gt;</w:t>
        <w:br/>
        <w:t>Адже ми скрізь шукаємо пригоди</w:t>
      </w:r>
    </w:p>
    <w:p>
      <w:r>
        <w:br/>
        <w:t>Ми вам не вороги&lt;br /&gt;</w:t>
        <w:br/>
        <w:t>Ми хочемо вам дати широкі дивовижні володіння&lt;br /&gt;</w:t>
        <w:br/>
        <w:t>Де тайна у цвіту усім дається тільки рви&lt;br /&gt;</w:t>
        <w:br/>
        <w:t>Де є нові огні не бачених ще барв&lt;br /&gt;</w:t>
        <w:br/>
        <w:t>I тисячі фантомів невагомих&lt;br /&gt;</w:t>
        <w:br/>
        <w:t>Що треба їх реальністю зробити&lt;br /&gt;</w:t>
        <w:br/>
        <w:t>Ми хочем дослідити доброту безмежну мовчазну країну&lt;br /&gt;</w:t>
        <w:br/>
        <w:t>I є в нас час те все відкинути чи знову повернути&lt;br /&gt;</w:t>
        <w:br/>
        <w:t>Тож майте жаль до нас ми завше боремось на гранях&lt;br /&gt;</w:t>
        <w:br/>
        <w:t>Безмежності і майбуття&lt;br /&gt;</w:t>
        <w:br/>
        <w:t>Простіть нам наші помилки простіть наші гріхи</w:t>
      </w:r>
    </w:p>
    <w:p>
      <w:r>
        <w:br/>
        <w:t>Бо літо вже іде із спеками та грозами&lt;br /&gt;</w:t>
        <w:br/>
        <w:t>З весною воднораз моя померла юнь&lt;br /&gt;</w:t>
        <w:br/>
        <w:t>О Сонце то ж доба полум'яного Розуму&lt;br /&gt;</w:t>
        <w:br/>
        <w:t>I я гряду в іюнь&lt;br /&gt;</w:t>
        <w:br/>
        <w:t>Захоплений її величною ходою&lt;br /&gt;</w:t>
        <w:br/>
        <w:t>Лише її люблю її пильную слід&lt;br /&gt;</w:t>
        <w:br/>
        <w:t>Вона мене так вабить як магніт&lt;br /&gt;</w:t>
        <w:br/>
        <w:t>I має вид&lt;br /&gt;</w:t>
        <w:br/>
        <w:t>Вродливиці рудої</w:t>
      </w:r>
    </w:p>
    <w:p>
      <w:r>
        <w:br/>
        <w:t>Волосся в неї золоте&lt;br /&gt;</w:t>
        <w:br/>
        <w:t>Незгасним спалахом цвіте&lt;br /&gt;</w:t>
        <w:br/>
        <w:t>То пломінь пломінь незвичайний&lt;br /&gt;</w:t>
        <w:br/>
        <w:t>Що по троянді грає чайній</w:t>
      </w:r>
    </w:p>
    <w:p>
      <w:r>
        <w:br/>
        <w:t>Але смійтеся смійтеся з мене&lt;br /&gt;</w:t>
        <w:br/>
        <w:t>Люди всюдишні а найпаче люди тутешні&lt;br /&gt;</w:t>
        <w:br/>
        <w:t>Бо стільки є такого що я не смію вам сказати&lt;br /&gt;</w:t>
        <w:br/>
        <w:t>Стільки є такого що ви не дасте мені сказати&lt;br /&gt;</w:t>
        <w:br/>
        <w:t>Змилуйтесь наді мною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Руда вродливиця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