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Рубаї</w:t>
      </w:r>
    </w:p>
    <w:p>
      <w:r>
        <w:br/>
        <w:t xml:space="preserve"> 1</w:t>
      </w:r>
    </w:p>
    <w:p>
      <w:r>
        <w:br/>
        <w:t>В Хайяма взяв я форму рубаї,&lt;br /&gt;</w:t>
        <w:br/>
        <w:t>Вподобавши за лаконізм її.&lt;br /&gt;</w:t>
        <w:br/>
        <w:t>Чи замалу, чи, може, завелику&lt;br /&gt;</w:t>
        <w:br/>
        <w:t>Одежу матимуть думки мої?</w:t>
      </w:r>
    </w:p>
    <w:p>
      <w:r>
        <w:br/>
        <w:t>2</w:t>
      </w:r>
    </w:p>
    <w:p>
      <w:r>
        <w:br/>
        <w:t>Безсмертні всі: цей виховав дитину,&lt;br /&gt;</w:t>
        <w:br/>
        <w:t>Той пісню написав, хоч і єдину,&lt;br /&gt;</w:t>
        <w:br/>
        <w:t>А той, що не зумів цього зробить,&lt;br /&gt;</w:t>
        <w:br/>
        <w:t>Коло дороги посадив ялину.</w:t>
      </w:r>
    </w:p>
    <w:p>
      <w:r>
        <w:br/>
        <w:t>3</w:t>
      </w:r>
    </w:p>
    <w:p>
      <w:r>
        <w:br/>
        <w:t>Є люди, як дуби, і є дуби, як люди:&lt;br /&gt;</w:t>
        <w:br/>
        <w:t>Безстрашно грому підставляють груди,&lt;br /&gt;</w:t>
        <w:br/>
        <w:t>Щоб немічну берізку захистить,&lt;br /&gt;</w:t>
        <w:br/>
        <w:t>Хоч знають добре — їм загибель буде.</w:t>
      </w:r>
    </w:p>
    <w:p>
      <w:r>
        <w:br/>
        <w:t>4</w:t>
      </w:r>
    </w:p>
    <w:p>
      <w:r>
        <w:br/>
        <w:t>Я з квітами прийшов тебе зустріти&lt;br /&gt;</w:t>
        <w:br/>
        <w:t>І дуже довго ждав — зів'яли квіти.&lt;br /&gt;</w:t>
        <w:br/>
        <w:t>О, поспіши, бо можуть почуття&lt;br /&gt;</w:t>
        <w:br/>
        <w:t>Даремно у душі моїй згоріти!</w:t>
      </w:r>
    </w:p>
    <w:p>
      <w:r>
        <w:br/>
        <w:t>5</w:t>
      </w:r>
    </w:p>
    <w:p>
      <w:r>
        <w:br/>
        <w:t>Добро і лихо — світло й темнота;&lt;br /&gt;</w:t>
        <w:br/>
        <w:t>Та не з пітьми бував сліпота —&lt;br /&gt;</w:t>
        <w:br/>
        <w:t>Надмірне світло людям очі сліпить,&lt;br /&gt;</w:t>
        <w:br/>
        <w:t>У темряву їх душі загорта.</w:t>
      </w:r>
    </w:p>
    <w:p>
      <w:r>
        <w:br/>
        <w:t>6</w:t>
      </w:r>
    </w:p>
    <w:p>
      <w:r>
        <w:br/>
        <w:t>Життя без книги — хата без вікна,&lt;br /&gt;</w:t>
        <w:br/>
        <w:t>Тюрма глуха і темна, мов труна.&lt;br /&gt;</w:t>
        <w:br/>
        <w:t>Крізь вікна книг свободи світло ллється,&lt;br /&gt;</w:t>
        <w:br/>
        <w:t>Майбутнього видніє далина.</w:t>
      </w:r>
    </w:p>
    <w:p>
      <w:r>
        <w:br/>
        <w:t>7</w:t>
      </w:r>
    </w:p>
    <w:p>
      <w:r>
        <w:br/>
        <w:t>Я власну вічність бачу без облуди:&lt;br /&gt;</w:t>
        <w:br/>
        <w:t>О, де б мене не поховали люди —&lt;br /&gt;</w:t>
        <w:br/>
        <w:t>Там грудка української землі&lt;br /&gt;</w:t>
        <w:br/>
        <w:t>З мого зажуреного серця буде!</w:t>
      </w:r>
    </w:p>
    <w:p>
      <w:r>
        <w:br/>
        <w:t>8</w:t>
      </w:r>
    </w:p>
    <w:p>
      <w:r>
        <w:br/>
        <w:t>Я лицемірити не можу, як святі.&lt;br /&gt;</w:t>
        <w:br/>
        <w:t>Сорочки чистої замало у житті.&lt;br /&gt;</w:t>
        <w:br/>
        <w:t>Потрібно сонця, сірника потрібно,&lt;br /&gt;</w:t>
        <w:br/>
        <w:t>Щоб віршів не писати в темноті.</w:t>
      </w:r>
    </w:p>
    <w:p>
      <w:r>
        <w:br/>
        <w:t>9</w:t>
      </w:r>
    </w:p>
    <w:p>
      <w:r>
        <w:br/>
        <w:t>Дивлюся на берізоньку в зажурі,&lt;br /&gt;</w:t>
        <w:br/>
        <w:t>Що виросла тендітною на мурі.&lt;br /&gt;</w:t>
        <w:br/>
        <w:t>Їй теж потрібно рідної землі,&lt;br /&gt;</w:t>
        <w:br/>
        <w:t>Бо там вона не витримає бурі.</w:t>
      </w:r>
    </w:p>
    <w:p>
      <w:r>
        <w:br/>
        <w:t>10</w:t>
      </w:r>
    </w:p>
    <w:p>
      <w:r>
        <w:br/>
        <w:t>Я чув, як серце жалісно кричить,&lt;br /&gt;</w:t>
        <w:br/>
        <w:t>Щоб ворога лежачого не бить.&lt;br /&gt;</w:t>
        <w:br/>
        <w:t>А розум говорив мені спокійно:&lt;br /&gt;</w:t>
        <w:br/>
        <w:t>Затям, що завжди гадина лежить.</w:t>
      </w:r>
    </w:p>
    <w:p>
      <w:r>
        <w:br/>
        <w:t>11</w:t>
      </w:r>
    </w:p>
    <w:p>
      <w:r>
        <w:br/>
        <w:t>Ненависть і любов — неначе крила.&lt;br /&gt;</w:t>
        <w:br/>
        <w:t>Коли одне крило в льоту пробила&lt;br /&gt;</w:t>
        <w:br/>
        <w:t>Ворожа куля — не склади його,&lt;br /&gt;</w:t>
        <w:br/>
        <w:t>Бо на однім летіти вже несила.</w:t>
      </w:r>
    </w:p>
    <w:p>
      <w:r>
        <w:br/>
        <w:t>12</w:t>
      </w:r>
    </w:p>
    <w:p>
      <w:r>
        <w:br/>
        <w:t>В труді прийде натхнення раз у рік,&lt;br /&gt;</w:t>
        <w:br/>
        <w:t>Але коли — не знає чоловік.&lt;br /&gt;</w:t>
        <w:br/>
        <w:t>Щоб тих щасливих днів не загубити,&lt;br /&gt;</w:t>
        <w:br/>
        <w:t>Потрібно працювати цілий вік.</w:t>
      </w:r>
    </w:p>
    <w:p>
      <w:r>
        <w:br/>
        <w:t>13</w:t>
      </w:r>
    </w:p>
    <w:p>
      <w:r>
        <w:br/>
        <w:t>Бувають дивні на землі діла —&lt;br /&gt;</w:t>
        <w:br/>
        <w:t>Серед зими черешня зацвіла.&lt;br /&gt;</w:t>
        <w:br/>
        <w:t>Я між дерев довідався докладно,&lt;br /&gt;</w:t>
        <w:br/>
        <w:t>Що поетеса їхня то була.</w:t>
      </w:r>
    </w:p>
    <w:p>
      <w:r>
        <w:br/>
        <w:t>14</w:t>
      </w:r>
    </w:p>
    <w:p>
      <w:r>
        <w:br/>
        <w:t>В криницю старості не заглядай,&lt;br /&gt;</w:t>
        <w:br/>
        <w:t>Про те, яким ти будеш, не гадай,&lt;br /&gt;</w:t>
        <w:br/>
        <w:t>Якщо не можеш бути вічно юним,&lt;br /&gt;</w:t>
        <w:br/>
        <w:t>То замолоду не будь старим бодай!</w:t>
      </w:r>
    </w:p>
    <w:p>
      <w:r>
        <w:br/>
        <w:t>15</w:t>
      </w:r>
    </w:p>
    <w:p>
      <w:r>
        <w:br/>
        <w:t>Я у такому віці, що якраз&lt;br /&gt;</w:t>
        <w:br/>
        <w:t>Було б чудово зупинити час.&lt;br /&gt;</w:t>
        <w:br/>
        <w:t>Та він скоряється лиш нашим дітям,&lt;br /&gt;</w:t>
        <w:br/>
        <w:t>Що завжди прагнуть перегнати нас.</w:t>
      </w:r>
    </w:p>
    <w:p>
      <w:r>
        <w:br/>
        <w:t>16</w:t>
      </w:r>
    </w:p>
    <w:p>
      <w:r>
        <w:br/>
        <w:t>"Роби добро,— мені казала мати,-&lt;br /&gt;</w:t>
        <w:br/>
        <w:t>І чисту совість не віддай за шмати!"&lt;br /&gt;</w:t>
        <w:br/>
        <w:t>Благословенний мамин заповіт&lt;br /&gt;</w:t>
        <w:br/>
        <w:t>Ніхто в мені не зможе поламати.</w:t>
      </w:r>
    </w:p>
    <w:p>
      <w:r>
        <w:br/>
        <w:t>17</w:t>
      </w:r>
    </w:p>
    <w:p>
      <w:r>
        <w:br/>
        <w:t>Я міг би жити радісно й щасливо,&lt;br /&gt;</w:t>
        <w:br/>
        <w:t>Якби мені вдалось маленьке диво:&lt;br /&gt;</w:t>
        <w:br/>
        <w:t>Змирити серце з розумом — або&lt;br /&gt;</w:t>
        <w:br/>
        <w:t>Дізнатись, хто говорить з них правдиво.</w:t>
      </w:r>
    </w:p>
    <w:p>
      <w:r>
        <w:br/>
        <w:t>18</w:t>
      </w:r>
    </w:p>
    <w:p>
      <w:r>
        <w:br/>
        <w:t>Не кажуть правди тим, хто помирає,&lt;br /&gt;</w:t>
        <w:br/>
        <w:t>Ні тим, хто у дуренство впав безкрає.&lt;br /&gt;</w:t>
        <w:br/>
        <w:t>Брехня із милосердя — раз болить,&lt;br /&gt;</w:t>
        <w:br/>
        <w:t>Брехня із страху — цілий вік карає.</w:t>
      </w:r>
    </w:p>
    <w:p>
      <w:r>
        <w:br/>
        <w:t>19</w:t>
      </w:r>
    </w:p>
    <w:p>
      <w:r>
        <w:br/>
        <w:t>Щасливим був я двічі: як на сіні&lt;br /&gt;</w:t>
        <w:br/>
        <w:t>Мене віз батько в присмерки осінні&lt;br /&gt;</w:t>
        <w:br/>
        <w:t>І як відчув, що в мене серце в&lt;br /&gt;</w:t>
        <w:br/>
        <w:t>Те, що належить тільки Батьківщині.</w:t>
      </w:r>
    </w:p>
    <w:p>
      <w:r>
        <w:br/>
        <w:t>20</w:t>
      </w:r>
    </w:p>
    <w:p>
      <w:r>
        <w:br/>
        <w:t>Не смерті я боюсь, а темноти,&lt;br /&gt;</w:t>
        <w:br/>
        <w:t>В якій не можеш сам себе знайти.&lt;br /&gt;</w:t>
        <w:br/>
        <w:t>Благословенне світло дня і ночі,&lt;br /&gt;</w:t>
        <w:br/>
        <w:t>Мисль, у якій засвічуєшся ти!</w:t>
      </w:r>
    </w:p>
    <w:p>
      <w:r>
        <w:br/>
        <w:t>21</w:t>
      </w:r>
    </w:p>
    <w:p>
      <w:r>
        <w:br/>
        <w:t>Сильніше за любов злоба горить,&lt;br /&gt;</w:t>
        <w:br/>
        <w:t>Сильніше за красу вражає бридь,&lt;br /&gt;</w:t>
        <w:br/>
        <w:t>Але життя росте лишень з любові,&lt;br /&gt;</w:t>
        <w:br/>
        <w:t>Лишень краса людей навчає жить!</w:t>
      </w:r>
    </w:p>
    <w:p>
      <w:r>
        <w:br/>
        <w:t>22</w:t>
      </w:r>
    </w:p>
    <w:p>
      <w:r>
        <w:br/>
        <w:t>Загубить гай принадливість свою,&lt;br /&gt;</w:t>
        <w:br/>
        <w:t>Як ти наткнешся в ньому на змію.&lt;br /&gt;</w:t>
        <w:br/>
        <w:t>Сичання тихе здатне приглушити&lt;br /&gt;</w:t>
        <w:br/>
        <w:t>Мільйони зичних співів у гаю.</w:t>
      </w:r>
    </w:p>
    <w:p>
      <w:r>
        <w:br/>
        <w:t>23</w:t>
      </w:r>
    </w:p>
    <w:p>
      <w:r>
        <w:br/>
        <w:t>Ми тільки почали розгадувати світ,&lt;br /&gt;</w:t>
        <w:br/>
        <w:t>В щілину глянули, як діти з-за воріт;&lt;br /&gt;</w:t>
        <w:br/>
        <w:t>Чи нам відчиняться пізнань важкі ворота,&lt;br /&gt;</w:t>
        <w:br/>
        <w:t>Чи вирве нам серця роздорів динаміт?!</w:t>
      </w:r>
    </w:p>
    <w:p>
      <w:r>
        <w:br/>
        <w:t>24</w:t>
      </w:r>
    </w:p>
    <w:p>
      <w:r>
        <w:br/>
        <w:t>Колись я думав: радощі — це путь&lt;br /&gt;</w:t>
        <w:br/>
        <w:t>У світ незнаний із моїх Покуть;&lt;br /&gt;</w:t>
        <w:br/>
        <w:t>Тепер я знаю: радість — то дорога&lt;br /&gt;</w:t>
        <w:br/>
        <w:t>До яблунь, що в Стопчатові цвітуть.</w:t>
      </w:r>
    </w:p>
    <w:p>
      <w:r>
        <w:br/>
        <w:t>25</w:t>
      </w:r>
    </w:p>
    <w:p>
      <w:r>
        <w:br/>
        <w:t>Ви любите лише себе? Любіть.&lt;br /&gt;</w:t>
        <w:br/>
        <w:t>Збирайте в серці самолюбства їдь,&lt;br /&gt;</w:t>
        <w:br/>
        <w:t>Ні! Ні! Вона вас зажене в могили,&lt;br /&gt;</w:t>
        <w:br/>
        <w:t>Щоб вашим трупом землю отруїть!</w:t>
      </w:r>
    </w:p>
    <w:p>
      <w:r>
        <w:br/>
        <w:t>26</w:t>
      </w:r>
    </w:p>
    <w:p>
      <w:r>
        <w:br/>
        <w:t>Із цього поїзда, що так прекрасно йде,&lt;br /&gt;</w:t>
        <w:br/>
        <w:t>Потрібно висісти, але не знаєш де,&lt;br /&gt;</w:t>
        <w:br/>
        <w:t>Де станція твоя — така печальна й тиха,&lt;br /&gt;</w:t>
        <w:br/>
        <w:t>Що вже не чутимеш, як потяг твій гуде.</w:t>
      </w:r>
    </w:p>
    <w:p>
      <w:r>
        <w:br/>
        <w:t>27</w:t>
      </w:r>
    </w:p>
    <w:p>
      <w:r>
        <w:br/>
        <w:t>Життя подібне до книжок: одна&lt;br /&gt;</w:t>
        <w:br/>
        <w:t>Грубезна, та порожня і дурна,&lt;br /&gt;</w:t>
        <w:br/>
        <w:t>А та, тонка,— мов сонце. Та буває&lt;br /&gt;</w:t>
        <w:br/>
        <w:t>Все навпаки. Чому? Ніхто не зна.</w:t>
      </w:r>
    </w:p>
    <w:p>
      <w:r>
        <w:br/>
        <w:t>28</w:t>
      </w:r>
    </w:p>
    <w:p>
      <w:r>
        <w:br/>
        <w:t>Що більший самолюб і фарисей,&lt;br /&gt;</w:t>
        <w:br/>
        <w:t>То більше прагне шани від людей.&lt;br /&gt;</w:t>
        <w:br/>
        <w:t>Він так її приймає обережно&lt;br /&gt;</w:t>
        <w:br/>
        <w:t>І крадькома, як чайові — лакей.</w:t>
      </w:r>
    </w:p>
    <w:p>
      <w:r>
        <w:br/>
        <w:t>29</w:t>
      </w:r>
    </w:p>
    <w:p>
      <w:r>
        <w:br/>
        <w:t>Ще від землі воно не відросло,&lt;br /&gt;</w:t>
        <w:br/>
        <w:t>не виповзло із мокрих шмат,&lt;br /&gt;</w:t>
        <w:br/>
        <w:t>А мати іграшку йому —&lt;br /&gt;</w:t>
        <w:br/>
        <w:t>ах, майже справжній автомат.&lt;br /&gt;</w:t>
        <w:br/>
        <w:t>І полум'ям воно січе, стріляє в материні&lt;br /&gt;</w:t>
        <w:br/>
        <w:t>груди —&lt;br /&gt;</w:t>
        <w:br/>
        <w:t>І мертвим молоком живе&lt;br /&gt;</w:t>
        <w:br/>
        <w:t>й росте малий невинний кат!</w:t>
      </w:r>
    </w:p>
    <w:p>
      <w:r>
        <w:br/>
        <w:t>30</w:t>
      </w:r>
    </w:p>
    <w:p>
      <w:r>
        <w:br/>
        <w:t>На милицях з війни додому він прийшов,&lt;br /&gt;</w:t>
        <w:br/>
        <w:t>І впала перед ним його свята любов,&lt;br /&gt;</w:t>
        <w:br/>
        <w:t>І, ногу з дерева цілуючи, шептала:&lt;br /&gt;</w:t>
        <w:br/>
        <w:t>"О щастя ти моє, о клен мій чорнобров!.."</w:t>
      </w:r>
    </w:p>
    <w:p>
      <w:r>
        <w:br/>
        <w:t>31</w:t>
      </w:r>
    </w:p>
    <w:p>
      <w:r>
        <w:br/>
        <w:t>Проходив я і всюди вздовж доріг&lt;br /&gt;</w:t>
        <w:br/>
        <w:t>Дерева бачив — не зрізайте їх,-&lt;br /&gt;</w:t>
        <w:br/>
        <w:t>Бо як же я повернуся додому&lt;br /&gt;</w:t>
        <w:br/>
        <w:t>Пустелею — на батьківський поріг?!</w:t>
      </w:r>
    </w:p>
    <w:p>
      <w:r>
        <w:br/>
        <w:t>32</w:t>
      </w:r>
    </w:p>
    <w:p>
      <w:r>
        <w:br/>
        <w:t>Цвях витягнути важче, ніж забити.&lt;br /&gt;</w:t>
        <w:br/>
        <w:t>Кидати важче, легше полюбити,&lt;br /&gt;</w:t>
        <w:br/>
        <w:t>І важче в спогадах пройти життя,&lt;br /&gt;</w:t>
        <w:br/>
        <w:t>Ніж просто бути молодим і жити.</w:t>
      </w:r>
    </w:p>
    <w:p>
      <w:r>
        <w:br/>
        <w:t>33</w:t>
      </w:r>
    </w:p>
    <w:p>
      <w:r>
        <w:br/>
        <w:t>Бувало, мати кличе, та дарма,&lt;br /&gt;</w:t>
        <w:br/>
        <w:t>Я з книжкою сховавсь — мене нема.&lt;br /&gt;</w:t>
        <w:br/>
        <w:t>І досі голосу в книжках шукаю,&lt;br /&gt;</w:t>
        <w:br/>
        <w:t>Того, що я зневажив легкома.</w:t>
      </w:r>
    </w:p>
    <w:p>
      <w:r>
        <w:br/>
        <w:t>34</w:t>
      </w:r>
    </w:p>
    <w:p>
      <w:r>
        <w:br/>
        <w:t>Відходить все, як золоті черешні,&lt;br /&gt;</w:t>
        <w:br/>
        <w:t>Серця ржавіють, як в намулі блешні,&lt;br /&gt;</w:t>
        <w:br/>
        <w:t>Але цвітуть і сяють кожен день&lt;br /&gt;</w:t>
        <w:br/>
        <w:t>Юнацькі мрії про літа прийдешні.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