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&lt;p&gt;Переклад В. Мисика</w:t>
      </w:r>
    </w:p>
    <w:p>
      <w:r>
        <w:br/>
        <w:t>По вінця чашу я напоєм наповняю,</w:t>
      </w:r>
    </w:p>
    <w:p>
      <w:r>
        <w:br/>
        <w:t>Та не від радості сьогодні я гуляю:</w:t>
      </w:r>
    </w:p>
    <w:p>
      <w:r>
        <w:br/>
        <w:t>Очима темними ти затемнила день мій</w:t>
      </w:r>
    </w:p>
    <w:p>
      <w:r>
        <w:br/>
        <w:t>I я свій темний день до ночі нахиляю.</w:t>
      </w:r>
    </w:p>
    <w:p>
      <w:r>
        <w:br/>
        <w:t>* * *</w:t>
      </w:r>
    </w:p>
    <w:p>
      <w:r>
        <w:br/>
        <w:t>Про долю неука сам неук знає краще,</w:t>
      </w:r>
    </w:p>
    <w:p>
      <w:r>
        <w:br/>
        <w:t>Аніж Абу-Алі, знавець усього сущого.</w:t>
      </w:r>
    </w:p>
    <w:p>
      <w:r>
        <w:br/>
        <w:t>Не гань незрячого, о ти, що очі маєш:</w:t>
      </w:r>
    </w:p>
    <w:p>
      <w:r>
        <w:br/>
        <w:t>Він у своїх ділах бачніший за видющого.</w:t>
      </w:r>
    </w:p>
    <w:p>
      <w:r>
        <w:br/>
        <w:t>* * *</w:t>
      </w:r>
    </w:p>
    <w:p>
      <w:r>
        <w:br/>
        <w:t>"Від злодіїв,— казав поет,— ні захисту, ні схову:</w:t>
      </w:r>
    </w:p>
    <w:p>
      <w:r>
        <w:br/>
        <w:t>Все крадуть із писань моїх — думки і навіть мову".</w:t>
      </w:r>
    </w:p>
    <w:p>
      <w:r>
        <w:br/>
        <w:t>Проглянув я диван його — і бачу: щира правда.</w:t>
      </w:r>
    </w:p>
    <w:p>
      <w:r>
        <w:br/>
        <w:t>Все зерно вкрали, кинули самісіньку полову!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