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Розрада</w:t>
      </w:r>
    </w:p>
    <w:p>
      <w:r>
        <w:br/>
        <w:t xml:space="preserve"> Все, що снігопад насипав за ніч,&lt;br /&gt;</w:t>
        <w:br/>
        <w:t>На шляху прим'яв знов рух коліс,&lt;br /&gt;</w:t>
        <w:br/>
        <w:t>Величаво в сніжному мовчанні&lt;br /&gt;</w:t>
        <w:br/>
        <w:t>Височіє край дороги ліс.</w:t>
      </w:r>
    </w:p>
    <w:p>
      <w:r>
        <w:br/>
        <w:t>Шевролета зупиню свого я,&lt;br /&gt;</w:t>
        <w:br/>
        <w:t>Вийду на обочину на мить&lt;br /&gt;</w:t>
        <w:br/>
        <w:t>Глянути, як сніг злітає з хвої,&lt;br /&gt;</w:t>
        <w:br/>
        <w:t>Слухать, як зимовий ліс мовчить.</w:t>
      </w:r>
    </w:p>
    <w:p>
      <w:r>
        <w:br/>
        <w:t>Нерухомим він застиг малюнком,&lt;br /&gt;</w:t>
        <w:br/>
        <w:t>А мені здалося, що ось-ось&lt;br /&gt;</w:t>
        <w:br/>
        <w:t>Вийде з нього Дід-Мороз із клунком,&lt;br /&gt;</w:t>
        <w:br/>
        <w:t>Чи то пак — тут кажуть — Санта Клос.</w:t>
      </w:r>
    </w:p>
    <w:p>
      <w:r>
        <w:br/>
        <w:t>Дід чи Санта — ну яка ж різниця?&lt;br /&gt;</w:t>
        <w:br/>
        <w:t>Чи ж у назві празникова суть?&lt;br /&gt;</w:t>
        <w:br/>
        <w:t>Дітлахам, либонь, ночами сниться&lt;br /&gt;</w:t>
        <w:br/>
        <w:t>Час, коли на свято принесуть</w:t>
      </w:r>
    </w:p>
    <w:p>
      <w:r>
        <w:br/>
        <w:t>Подарунки щедрі й багатющі&lt;br /&gt;</w:t>
        <w:br/>
        <w:t>Й наперед замовлені усі&lt;br /&gt;</w:t>
        <w:br/>
        <w:t>З полюса північного чи з пущі&lt;br /&gt;</w:t>
        <w:br/>
        <w:t>Загадково-дивні дідусі…</w:t>
      </w:r>
    </w:p>
    <w:p>
      <w:r>
        <w:br/>
        <w:t>Я і вас, угодниче чи діду,&lt;br /&gt;</w:t>
        <w:br/>
        <w:t>Підвезу охоче будь-куди,&lt;br /&gt;</w:t>
        <w:br/>
        <w:t>Бо тепер куди не йду, не їду —&lt;br /&gt;</w:t>
        <w:br/>
        <w:t>Хмари скрізь турботи чи біди.</w:t>
      </w:r>
    </w:p>
    <w:p>
      <w:r>
        <w:br/>
        <w:t>А в казковім вашим товаристві&lt;br /&gt;</w:t>
        <w:br/>
        <w:t>Може б, і від серця відлягло,&lt;br /&gt;</w:t>
        <w:br/>
        <w:t>І дитинства спогади барвисті&lt;br /&gt;</w:t>
        <w:br/>
        <w:t>Огорнули б старість у тепло.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