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Розмова з сірою совою</w:t>
      </w:r>
    </w:p>
    <w:p>
      <w:r>
        <w:br/>
        <w:t xml:space="preserve"> Розмова з сірою совою</w:t>
      </w:r>
    </w:p>
    <w:p>
      <w:r>
        <w:br/>
        <w:t>(балада)</w:t>
      </w:r>
    </w:p>
    <w:p>
      <w:r>
        <w:br/>
        <w:t>XVII</w:t>
      </w:r>
    </w:p>
    <w:p>
      <w:r>
        <w:br/>
        <w:t>Сядь спокійно у вікні&lt;br /&gt;</w:t>
        <w:br/>
        <w:t>і не совайся сово&lt;br /&gt;</w:t>
        <w:br/>
        <w:t>луна твого голосу в руїнах&lt;br /&gt;</w:t>
        <w:br/>
        <w:t>налякає її коня</w:t>
      </w:r>
    </w:p>
    <w:p>
      <w:r>
        <w:br/>
        <w:t>– Навіщо вона приїздила&lt;br /&gt;</w:t>
        <w:br/>
        <w:t>на тій жахливій тварині?</w:t>
      </w:r>
    </w:p>
    <w:p>
      <w:r>
        <w:br/>
        <w:t>– Не знаю навіщо приїздила</w:t>
      </w:r>
    </w:p>
    <w:p>
      <w:r>
        <w:br/>
        <w:t>– Лячно&lt;br /&gt;</w:t>
        <w:br/>
        <w:t>тут було так тихо&lt;br /&gt;</w:t>
        <w:br/>
        <w:t>навіщо вона приїздила?</w:t>
      </w:r>
    </w:p>
    <w:p>
      <w:r>
        <w:br/>
        <w:t>– Не знаю</w:t>
      </w:r>
    </w:p>
    <w:p>
      <w:r>
        <w:br/>
        <w:t>– Як це не знаєш?&lt;br /&gt;</w:t>
        <w:br/>
        <w:t>Ти знаєш все</w:t>
      </w:r>
    </w:p>
    <w:p>
      <w:r>
        <w:br/>
        <w:t>– Я теж її боюся</w:t>
      </w:r>
    </w:p>
    <w:p>
      <w:r>
        <w:br/>
        <w:t>– Як ти можеш її боятися&lt;br /&gt;</w:t>
        <w:br/>
        <w:t>Ти — людина?</w:t>
      </w:r>
    </w:p>
    <w:p>
      <w:r>
        <w:br/>
        <w:t>– Як ти можеш її боятися&lt;br /&gt;</w:t>
        <w:br/>
        <w:t>ти — птах?</w:t>
      </w:r>
    </w:p>
    <w:p>
      <w:r>
        <w:br/>
        <w:t>Переклад: Наталія Бельченко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Розмова з сірою совою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