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Адам Міцкевич&lt;br /&gt;</w:t>
        <w:br/>
        <w:t>Розмова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Моя укохана! Навіщо нам розмова?&lt;br /&gt;</w:t>
        <w:br/>
        <w:t>Чому, щоб почуття з тобою поділити,&lt;br /&gt;</w:t>
        <w:br/>
        <w:t>Не можу душу я у душу перелити?&lt;br /&gt;</w:t>
        <w:br/>
        <w:t>Чому розмінюєм її на дрібність слова,&lt;br /&gt;</w:t>
        <w:br/>
        <w:t>Яке раніше, ніж до серця долетить,&lt;br /&gt;</w:t>
        <w:br/>
        <w:t>Змарніє на вустах, в повітрі зникне вмить?</w:t>
      </w:r>
    </w:p>
    <w:p>
      <w:r>
        <w:br/>
        <w:t>"Люблю тебе, люблю!" — ці зойки сторазові&lt;br /&gt;</w:t>
        <w:br/>
        <w:t>У тебе збуджують лиш скаргу і скорботу,&lt;br /&gt;</w:t>
        <w:br/>
        <w:t>Бо неспроможний я всю глибину любові&lt;br /&gt;</w:t>
        <w:br/>
        <w:t>І гідно висловить, і виявить достоту.&lt;br /&gt;</w:t>
        <w:br/>
        <w:t>Я сили не знайду, як в летаргічнім сні,&lt;br /&gt;</w:t>
        <w:br/>
        <w:t>Подати знак життя, щоб не лежать в труні.</w:t>
      </w:r>
    </w:p>
    <w:p>
      <w:r>
        <w:br/>
        <w:t>Я натрудив уста зусиллям цим даремним,&lt;br /&gt;</w:t>
        <w:br/>
        <w:t>Та зараз їх зіллю з устами я твоїми,&lt;br /&gt;</w:t>
        <w:br/>
        <w:t>Щоб розмовляти нам биттям двох серць таємним,&lt;br /&gt;</w:t>
        <w:br/>
        <w:t>Зітханням пристрасним, цілунками палкими,&lt;br /&gt;</w:t>
        <w:br/>
        <w:t>І розмовляти так багато днів і літ,&lt;br /&gt;</w:t>
        <w:br/>
        <w:t>Докіль не згине світ і як загине світ.</w:t>
      </w:r>
    </w:p>
    <w:p>
      <w:r>
        <w:br/>
        <w:t>Одеса, 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