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Роза</w:t>
      </w:r>
    </w:p>
    <w:p>
      <w:r>
        <w:br/>
        <w:t xml:space="preserve"> Вже поїзд наближався до вокзалу,&lt;br /&gt;</w:t>
        <w:br/>
        <w:t>а я з вікна дивився в яр,&lt;br /&gt;</w:t>
        <w:br/>
        <w:t>і дикі три гори над ним згасало&lt;br /&gt;</w:t>
        <w:br/>
        <w:t>у світлі вже вечірніх чар.&lt;br /&gt;</w:t>
        <w:br/>
        <w:t>Гірські верхи і хмари швидколеті&lt;br /&gt;</w:t>
        <w:br/>
        <w:t>зліталися в блискучий ряд,&lt;br /&gt;</w:t>
        <w:br/>
        <w:t>неначе пелюстки десь на бенкеті,&lt;br /&gt;</w:t>
        <w:br/>
        <w:t>вітрами зірвані з троянд.</w:t>
      </w:r>
    </w:p>
    <w:p>
      <w:r>
        <w:br/>
        <w:t>А тіні хмар спускалися на мури&lt;br /&gt;</w:t>
        <w:br/>
        <w:t>ґранітних гір, ґранітних стін,&lt;br /&gt;</w:t>
        <w:br/>
        <w:t>похожі на вовняні довгі шнури,&lt;br /&gt;</w:t>
        <w:br/>
        <w:t>розгойдані серед руїн.&lt;br /&gt;</w:t>
        <w:br/>
        <w:t>І дівчина у чорному береті&lt;br /&gt;</w:t>
        <w:br/>
        <w:t>звелася зникнути з купе&lt;br /&gt;</w:t>
        <w:br/>
        <w:t>туди сама, де й тіні швидколеті&lt;br /&gt;</w:t>
        <w:br/>
        <w:t>злітали з хмар на дно сліпе.</w:t>
      </w:r>
    </w:p>
    <w:p>
      <w:r>
        <w:br/>
        <w:t>Були червоні страшно губи в неї,&lt;br /&gt;</w:t>
        <w:br/>
        <w:t>та не від сонця, скель та хмар&lt;br /&gt;</w:t>
        <w:br/>
        <w:t>і не від річки вільної тієї,&lt;br /&gt;</w:t>
        <w:br/>
        <w:t>що з гір на дно летіла в яр;&lt;br /&gt;</w:t>
        <w:br/>
        <w:t>але намазані без хитрих версій&lt;br /&gt;</w:t>
        <w:br/>
        <w:t>карміном сяли дорогим,&lt;br /&gt;</w:t>
        <w:br/>
        <w:t>немов та роза, що на лівім персі&lt;br /&gt;</w:t>
        <w:br/>
        <w:t>вмирала в неї від жаги.</w:t>
      </w:r>
    </w:p>
    <w:p>
      <w:r>
        <w:br/>
        <w:t>І груди в мене й досі парубочі&lt;br /&gt;</w:t>
        <w:br/>
        <w:t>пройняв вогонь і там заблис,&lt;br /&gt;</w:t>
        <w:br/>
        <w:t>який якоїсь місячної ночі&lt;br /&gt;</w:t>
        <w:br/>
        <w:t>давно вже їх проймав колись,&lt;br /&gt;</w:t>
        <w:br/>
        <w:t>коли я розбирався в теплім зіллі&lt;br /&gt;</w:t>
        <w:br/>
        <w:t>і рвав ґудзі мій кожний рух,&lt;br /&gt;</w:t>
        <w:br/>
        <w:t>а давня дівчина в сорочці білій&lt;br /&gt;</w:t>
        <w:br/>
        <w:t>мене чекала під кожух.&lt;br /&gt;</w:t>
        <w:br/>
        <w:t>І ця тепер, помітивши загрозу,&lt;br /&gt;</w:t>
        <w:br/>
        <w:t>милішу, як лукавий сміх,&lt;br /&gt;</w:t>
        <w:br/>
        <w:t>від перса швидко відірвала розу&lt;br /&gt;</w:t>
        <w:br/>
        <w:t>та й кинула мені до ніг...&lt;br /&gt;</w:t>
        <w:br/>
        <w:t>Я ж легко, похапцем дістав із долу&lt;br /&gt;</w:t>
        <w:br/>
        <w:t>те запахущеє зело,&lt;br /&gt;</w:t>
        <w:br/>
        <w:t>коли ж я розігнувся, то навколо&lt;br /&gt;</w:t>
        <w:br/>
        <w:t>чудної панни не було.</w:t>
      </w:r>
    </w:p>
    <w:p>
      <w:r>
        <w:br/>
        <w:t>І квітка бідна, торкнута жагою,&lt;br /&gt;</w:t>
        <w:br/>
        <w:t>була не довго у руці,&lt;br /&gt;</w:t>
        <w:br/>
        <w:t>бо я її тремтячою рукою&lt;br /&gt;</w:t>
        <w:br/>
        <w:t>відкинув геть на камінці.&lt;br /&gt;</w:t>
        <w:br/>
        <w:t>Стояли гори, мов забиті палі&lt;br /&gt;</w:t>
        <w:br/>
        <w:t>у чорне таємниче дно,&lt;br /&gt;</w:t>
        <w:br/>
        <w:t>і всі вогні згасали на вокзалі&lt;br /&gt;</w:t>
        <w:br/>
        <w:t>сумніше, ніж колись давно.</w:t>
      </w:r>
    </w:p>
    <w:p>
      <w:r>
        <w:br/>
        <w:t>Із щілин гір не велетні-потули,&lt;br /&gt;</w:t>
        <w:br/>
        <w:t>а в яр тумани наповзли&lt;br /&gt;</w:t>
        <w:br/>
        <w:t>і сосни і будинки обернули&lt;br /&gt;</w:t>
        <w:br/>
        <w:t>в німі безформені вузли.&lt;br /&gt;</w:t>
        <w:br/>
        <w:t>А я ішов і плакав у тумани,&lt;br /&gt;</w:t>
        <w:br/>
        <w:t>схиливши душу в сіру даль,&lt;br /&gt;</w:t>
        <w:br/>
        <w:t>не знаючи, кого було — чи панни,&lt;br /&gt;</w:t>
        <w:br/>
        <w:t>чи квітки кинутої жаль.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