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Рондель</w:t>
      </w:r>
    </w:p>
    <w:p>
      <w:r>
        <w:br/>
        <w:t xml:space="preserve"> Вони пішли від нас, крилаті кораблі,&lt;br /&gt;</w:t>
        <w:br/>
        <w:t>Вони пішли від нас в далеке море Сходу,&lt;br /&gt;</w:t>
        <w:br/>
        <w:t>Так само промені вогнем фарбують воду&lt;br /&gt;</w:t>
        <w:br/>
        <w:t>І хвиля горнеться до чорної землі.&lt;br /&gt;</w:t>
        <w:br/>
        <w:t>Також пливуть хмарки, як і колись пливли,&lt;br /&gt;</w:t>
        <w:br/>
        <w:t>І на зрадливий мент міняють срібну вроду…&lt;br /&gt;</w:t>
        <w:br/>
        <w:t>Вони пішли від нас, крилаті кораблі,&lt;br /&gt;</w:t>
        <w:br/>
        <w:t>Вони пішли від нас в далеке море Сходу.&lt;br /&gt;</w:t>
        <w:br/>
        <w:t>Так знову ми сами… Самотні, як були…&lt;br /&gt;</w:t>
        <w:br/>
        <w:t>Хай стрінуть на шляху і бурю, і негоду, —&lt;br /&gt;</w:t>
        <w:br/>
        <w:t>Ніщо не зупинить їх радісного льоту!&lt;br /&gt;</w:t>
        <w:br/>
        <w:t>Вперед же, світла і надії кораблі!&lt;br /&gt;</w:t>
        <w:br/>
        <w:t>Вони пішли від нас, крилаті кораблі.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Рондель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