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Роман</w:t>
      </w:r>
    </w:p>
    <w:p>
      <w:r>
        <w:br/>
        <w:t xml:space="preserve"> &lt;p&gt;Романові вже минуло сім років, хоч і дрібний він на зріст. На голові у його кучерявиться коротке русяве волосся; руки — малі, цупкі, очі сірі, жваві.</w:t>
      </w:r>
    </w:p>
    <w:p>
      <w:r>
        <w:br/>
        <w:t>Поважної ходи Роман не знає: поклич його — він підбіжить з підскоком, пошли куди — подасться так, що тільки пісок закурить. Коли сідає відпочити, то вже певне, як не на паркані, то на гілляці, на одному місці стояти довго може тільки догори ногами.</w:t>
      </w:r>
    </w:p>
    <w:p>
      <w:r>
        <w:br/>
        <w:t>Роман — хлопець сміливий, бідовий. Хоч не обходиться без того, щоб коли не попало йому од батька або матері та все ж у світі жити йому весело. Та як же й не весело, коли є поблизу панський сад — темний, великий, як гай! А там скільки тих доріжок усяких, стежок, латочок! Скільки дерева, квіток, кущів! А пташок, гнізд! Хіба ж це не рай! Коли ж виспіє садовина, то Роман і не вилазить звідтіля од ранку до ночі. Хоч кожного дня тоді виходить ловити Романа з довгою лозиною стара панна-злючка, проте йому нема чого її боятися, він знає, що між густим гіллям на верху дерева не достане його ні сама панна, ані її лозина.</w:t>
      </w:r>
    </w:p>
    <w:p>
      <w:r>
        <w:br/>
        <w:t>Хай собі вона під деревом лютує та штурхає лозиною між віти, Роман собі поволі гризе грушу й качаном влучає панну. Коли ж надокучить йому така робота, він несподівано з вереском скакає з найвищої гілляки на перелякану панну, прямо їй на плечі, разів скільки перекрутиться, далі схопиться і так полетить, що тільки трава зашумить під ногами.</w:t>
      </w:r>
    </w:p>
    <w:p>
      <w:r>
        <w:br/>
        <w:t>Приїлася садовина, заманулося сахару чи, булки — то є на світі ще крамарка Мелашка. Добре зорить за ним стара Мелашка, і перш ніж піти куди з дому, вона загляне і на піч, і під ліжко, і в шафу, і як тільки добре звіриться, що там не притаївся Роман, тоді замикає хату. А Роман все ж таки улучить час, як вона заворониться коли, і зараз вскочить у хату; а там можна потягти за маятник від годинника, одкрутити кранта в самоварі, булки шматок одпаювати. Застукає Мелашка, то хіба трудно Романові втекти од неї?</w:t>
      </w:r>
    </w:p>
    <w:p>
      <w:r>
        <w:br/>
        <w:t>Ну, а як уже трапиться таке, коли вона впіймає його, то тільки й того, що уші намне,— шапки не здійме: коли йде на таке діло, Роман ховає шапку.</w:t>
      </w:r>
    </w:p>
    <w:p>
      <w:r>
        <w:br/>
        <w:t>Часом буває не можна полізти в хату, тоді Роман придумує що-небудь, щоб таки добути, чого йому треба; можна, приміром, саму Мелашку заперти в хаті, забивши надвірні двері черепком або камінцем (мотузком зав’язати теж добре). Потім у вікно вимагати викупу: бубликів або сахару — чого там забажається.</w:t>
      </w:r>
    </w:p>
    <w:p>
      <w:r>
        <w:br/>
        <w:t>Скрутно тільки доводиться зимою Романові. Більше всього йому шкодить, що чобіт немає у його. Правда, часом можна буває потягти з комина дідові рукавиці, взути їх на ноги й піти поковзатися на льоду, коли ж після того доводилося Романові мати діло з дідовою попругою, а що таке дідова попруга — всякий, мабуть, знає.</w:t>
      </w:r>
    </w:p>
    <w:p>
      <w:r>
        <w:br/>
        <w:t>Зате, як прийде весна — Роман візьме своє.</w:t>
      </w:r>
    </w:p>
    <w:p>
      <w:r>
        <w:br/>
        <w:t>Роман зіп’явся на одчинене вікно й заглядає в клас, де вчителька вчить дітей. Він хоче знати, що там діється в класі. Бережеться тільки того, щоб не підійшла близько вчителька. Хоч вона й закликає Романа в клас, хоч і каже, що там лихого не буде йому,— та Роман не має себе за дурня: він добре знає, що надворі він вільний бурлака, а піде в клас, то вчителька може там ще нам’яти йому й вуха та набити спину. Хто її знає, що вона думає. І коли вчителька підходила до Романа ближче й манила рукою до себе — він зразу зіскакував з вікна, одбігав геть-геть і, усміхаючись, казав:</w:t>
      </w:r>
    </w:p>
    <w:p>
      <w:r>
        <w:br/>
        <w:t>— Ха! Які ловкі!..</w:t>
      </w:r>
    </w:p>
    <w:p>
      <w:r>
        <w:br/>
        <w:t>Перші рази, як тільки Роман вилізе, було, на вікно, школярі в класі підіймуть регіт, а потім звикли і вже мало й дивились на його. Звик і Роман до свого місця на вікні. Часом, бувало, воно зачинене, тоді Роман тихенько спіднизу нігтями відчиняв його й непомітно вибирався на своє місце.</w:t>
      </w:r>
    </w:p>
    <w:p>
      <w:r>
        <w:br/>
        <w:t>Роман пильно дослухається, про що йде мова у класі, і вже сам знає скілько літер...</w:t>
      </w:r>
    </w:p>
    <w:p>
      <w:r>
        <w:br/>
        <w:t>Буває, що школяр у класі помилиться й не так називає літеру; тоді Роман голосно взиває його дурнем і навчає, як треба казати.</w:t>
      </w:r>
    </w:p>
    <w:p>
      <w:r>
        <w:br/>
        <w:t>Проте Роман ніколи не забуває, що він не школяр, а вільний козак, і тільки стерігся, щоб не підкралася часом учителька та не впіймала його. Коли б Роман був у школярах, тоді інша справа.</w:t>
      </w:r>
    </w:p>
    <w:p>
      <w:r>
        <w:br/>
        <w:t>Роман уже школяр. Діждавшись осені, він сказав батькові, що піде до школи вчитись, сам пішов до вчительки й записався в школярі.</w:t>
      </w:r>
    </w:p>
    <w:p>
      <w:r>
        <w:br/>
        <w:t>В школу увійшов уже він, як своя людина: з учителькою поводився по-домашньому, а в класі на лекціях сидів, як у своїй хаті.</w:t>
      </w:r>
    </w:p>
    <w:p>
      <w:r>
        <w:br/>
        <w:t>Ось він пише тепер палички та кружечки; сидіти йому на ослоні незручно, і він пише, стоячи на одній нозі. Цупкі пальці міцно держать перо, сам він щиро пильнує роботи. Носом сопе так, що чути на другому кінці класу. Сорочка йому висунулась і штаненята тільки що держаться. Пише Роман з великою охотою; іноді на хвилину одірветься од роботи, скоренько огляне очима клас, штовхне свого сусіда, що розіклався з ліктями, підтягне штани, шморгне носом — і знову до роботи.</w:t>
      </w:r>
    </w:p>
    <w:p>
      <w:r>
        <w:br/>
        <w:t>Одхилив голову набік, глянув на своє писання й запишався. Через плече зазирнув до свого сусіда й зареготався на весь клас.</w:t>
      </w:r>
    </w:p>
    <w:p>
      <w:r>
        <w:br/>
        <w:t>— Тітко, чи як вас!..— гукає він до вчительки.— Ось гляньте сюди. Гарасим якого кілля понаписував: чи не думає він лісу городити?</w:t>
      </w:r>
    </w:p>
    <w:p>
      <w:r>
        <w:br/>
        <w:t>Школярі підняли регіт. Вчителька морщиться.</w:t>
      </w:r>
    </w:p>
    <w:p>
      <w:r>
        <w:br/>
        <w:t>Підійшла до нього й наказала сидіти тихо, не роздивлятись на всі боки та глядіти свого діла.</w:t>
      </w:r>
    </w:p>
    <w:p>
      <w:r>
        <w:br/>
        <w:t>"Що я там такого сказав,— подумав Роман,— що немов сердиться оця... баришня?"</w:t>
      </w:r>
    </w:p>
    <w:p>
      <w:r>
        <w:br/>
        <w:t>Надокучило йому писати палички та кружечки: він перекинув сторінку й став малювати коня. Кінь вийшов поганий: кривий, зате хвіст і грива такі, як і хотілося Романові. Він надув щоки й став пихкати, пригадуючи собі, як кінь басує. Потім мерщій кинув перо. Схопився з свого місця й побіг із класу.</w:t>
      </w:r>
    </w:p>
    <w:p>
      <w:r>
        <w:br/>
        <w:t>— Ты куда это? — припинила його вчителька. Роман сказав. Усі школярі зареготались.</w:t>
      </w:r>
    </w:p>
    <w:p>
      <w:r>
        <w:br/>
        <w:t>Роман стоїть навколішки коло порога й сміється.</w:t>
      </w:r>
    </w:p>
    <w:p>
      <w:r>
        <w:br/>
        <w:t>— Ну, а як же я буду тут писати? — питає він учительку.</w:t>
      </w:r>
    </w:p>
    <w:p>
      <w:r>
        <w:br/>
        <w:t>— Ты теперь писать не будешь,— каже йому вчителька. Роман трохи постояв, вийняв з кишені ножика й став стругати якусь паличку.</w:t>
      </w:r>
    </w:p>
    <w:p>
      <w:r>
        <w:br/>
        <w:t>Вчителька вгляділа й одібрала в його ножика і паличку. "Кумедія, та й годі",— думає Роман.</w:t>
      </w:r>
    </w:p>
    <w:p>
      <w:r>
        <w:br/>
        <w:t>Здвигнув плечима й задумався. Нудьга взяла його. Він став заглядати через голови школярів у вікно.</w:t>
      </w:r>
    </w:p>
    <w:p>
      <w:r>
        <w:br/>
        <w:t>— Петре! — крикнув він зразу.— Он уже поїхали ваші батько з торгу і телицю повели!</w:t>
      </w:r>
    </w:p>
    <w:p>
      <w:r>
        <w:br/>
        <w:t>В класі стали знов сміятись. Учителька розсердилась, аж почервоніла.</w:t>
      </w:r>
    </w:p>
    <w:p>
      <w:r>
        <w:br/>
        <w:t>— Если не будешь ты хорошо вести себя в классе,— промовила вона суворо,— то я тебя совсем выгоню из школы. Болван.</w:t>
      </w:r>
    </w:p>
    <w:p>
      <w:r>
        <w:br/>
        <w:t>Романові робиться ніяково; він моргає очима й дивиться на школярів. Усі сидять тихо, навіть боязно...</w:t>
      </w:r>
    </w:p>
    <w:p>
      <w:r>
        <w:br/>
        <w:t>"Е, тут щось не так",— думає Роман.</w:t>
      </w:r>
    </w:p>
    <w:p>
      <w:r>
        <w:br/>
        <w:t>Роман, ідучи до школи, ковзався на льоду й увалився. В класі він скинув мокрі штанці й повісив на гарячій грубі сушитися. Сам остався в одній довгій сорочці.</w:t>
      </w:r>
    </w:p>
    <w:p>
      <w:r>
        <w:br/>
        <w:t>У клас увійшла вчителька. Вона, може б, і не помітила, що Роман сидів у самій сорочці, та старші школярі зняли регіт.</w:t>
      </w:r>
    </w:p>
    <w:p>
      <w:r>
        <w:br/>
        <w:t>— Чего это вы? — питає вона одного.</w:t>
      </w:r>
    </w:p>
    <w:p>
      <w:r>
        <w:br/>
        <w:t>Регочуться й показують пальцем на Романа.</w:t>
      </w:r>
    </w:p>
    <w:p>
      <w:r>
        <w:br/>
        <w:t>— Где ты девал свою одежду? — крикнула вона.</w:t>
      </w:r>
    </w:p>
    <w:p>
      <w:r>
        <w:br/>
        <w:t>Роман показував рукою на грубку, де висіли мокрі штани, й почав казати:</w:t>
      </w:r>
    </w:p>
    <w:p>
      <w:r>
        <w:br/>
        <w:t>— Я йшов через лід та ненароком увалився...</w:t>
      </w:r>
    </w:p>
    <w:p>
      <w:r>
        <w:br/>
        <w:t>— Оденься сейчас же! — перебила вчителька.— Обожди, я расскажу твоєму батьке — он тебя выпорет хорошенько, тогда не будешь уваливаться. Разве можно сидеть в классе раздетым? Это тебе не дома, это тебе школа. На печи у себя будешь сушиться, а не в классе. Ступай к сторожу обсушись.</w:t>
      </w:r>
    </w:p>
    <w:p>
      <w:r>
        <w:br/>
        <w:t>Роман вийшов насеред класу, стяг з грубки вогкі штани і, плутаючись у довгій сорочці, аж закурів з класу.</w:t>
      </w:r>
    </w:p>
    <w:p>
      <w:r>
        <w:br/>
        <w:t>Вчителька не збрехала: якось побачила вона Романового батька коло церкви і сказала йому, що Роман у класі дуже пустує. Розказала й про те, як Роман увалився. Романові дома в перший раз довелося покуштувати березової каші, і він помалу став розуміти, що школа — не своя хата, а вчителька — не тітка.</w:t>
      </w:r>
    </w:p>
    <w:p>
      <w:r>
        <w:br/>
        <w:t>Невесело стало Романові в школі...</w:t>
      </w:r>
    </w:p>
    <w:p>
      <w:r>
        <w:br/>
        <w:t>Роман складає слова за вчителькою. Вчителька сердита, червона, стукає паличкою по ослоні перед самим носом Романа й пискливо кричить:</w:t>
      </w:r>
    </w:p>
    <w:p>
      <w:r>
        <w:br/>
        <w:t>— Ну, говори за мной — пе-ре-пе-ля-та.</w:t>
      </w:r>
    </w:p>
    <w:p>
      <w:r>
        <w:br/>
        <w:t>— Пе-ре-пе-ля-та,— тягне за нею Роман по складах.</w:t>
      </w:r>
    </w:p>
    <w:p>
      <w:r>
        <w:br/>
        <w:t>— Ну, скажи сразу, что вышло?</w:t>
      </w:r>
    </w:p>
    <w:p>
      <w:r>
        <w:br/>
        <w:t>Роман чмихнув носом і тихим голосом промовив:</w:t>
      </w:r>
    </w:p>
    <w:p>
      <w:r>
        <w:br/>
        <w:t>— Перепелинята.</w:t>
      </w:r>
    </w:p>
    <w:p>
      <w:r>
        <w:br/>
        <w:t>— Не перепелынята! — викрикує над самим ухом учителька.— Ну, говори еще раз.</w:t>
      </w:r>
    </w:p>
    <w:p>
      <w:r>
        <w:br/>
        <w:t>Роман сам чує, що він не так, як учителька, вимовляє те слово, та, на велике його диво, помічає, що язик йому немов отетерів і не слухається його.</w:t>
      </w:r>
    </w:p>
    <w:p>
      <w:r>
        <w:br/>
        <w:t>— Пе-ре-пе...— націляється помалу Роман казати, потім заплющує очі й разом випалює — линята.</w:t>
      </w:r>
    </w:p>
    <w:p>
      <w:r>
        <w:br/>
        <w:t>Вчителька важко дихає, хлопці регочуться.</w:t>
      </w:r>
    </w:p>
    <w:p>
      <w:r>
        <w:br/>
        <w:t>Довго билася вона на цьому слові з Романом, поки вкрай вимучила себе й хлопця. Роман по складах проказував вірно — зразу ж усе слово казав так, як звик він давно його казати дома. Вчителька махнула рукою на Романа й відійшла. Роман сів змучений і засоромлений.</w:t>
      </w:r>
    </w:p>
    <w:p>
      <w:r>
        <w:br/>
        <w:t>Між школярами скоро пішла новина: Роман не вчитає. Роман сам дивується, що він, бувши таким бідовим хлопцем, не вчитає букваря. Школярі на перемінах не давали Романові спокою.</w:t>
      </w:r>
    </w:p>
    <w:p>
      <w:r>
        <w:br/>
        <w:t>— Романе,— в’язли вони до його,— ану скажи: м’ясо... Романе, що означа: кафтан? Романе, що робить учитель у класі з дітьми?..</w:t>
      </w:r>
    </w:p>
    <w:p>
      <w:r>
        <w:br/>
        <w:t>Роман засоромлюється й мовчить: слово "м’ясо" він вимовляє — "миясо", "кафтан прожог" — по його вийшло: собака десь дірку прогризла, а слова "учитель в классе беседует с детьми" він пояснив так: учитель в класі збісився з дітьми.</w:t>
      </w:r>
    </w:p>
    <w:p>
      <w:r>
        <w:br/>
        <w:t>І почалося щось чудне діятися з Романом: дома й на вулиці — Роман, як Роман, а в класі Романа всі за дурня мають. Догадується він, що є тут якась кривда, а яка саме — не зрозуміє, тільки на вчительку серце має.</w:t>
      </w:r>
    </w:p>
    <w:p>
      <w:r>
        <w:br/>
        <w:t>Потім усе це обридло йому до краю. Він став лінуватися, пропускати лекції, і одного разу прямо сказав дома, що він більше не хоче ходити до школи. Його набили й вигнали. Роман все ж таки в школу не пішов. До обіду він протинявся десь по бур’янах, а як стали школярі йти з учнями по домівках, пішов і він додому. Скільки разів йому так удавалося одурити домашніх, потім діло розкрилося. Батько ізсинив Романові попругою все тіло. Не помоглося — Роман уперто сказав: нехай його хоч уб’ють, а в школу він не піде.</w:t>
      </w:r>
    </w:p>
    <w:p>
      <w:r>
        <w:br/>
        <w:t>— Знаєш що, старий! — звернулася якось до Романового батька мати.— Чи йому їсти хліба з тої грамоти?.. Хай краще йде до хазяїна та привчається до діла.</w:t>
      </w:r>
    </w:p>
    <w:p>
      <w:r>
        <w:br/>
        <w:t>Роман повеселішав.</w:t>
      </w:r>
    </w:p>
    <w:p>
      <w:r>
        <w:br/>
        <w:t>Одного ранку, після довгої одлучки, Роман прийшов до класу. Коли увійшла учителька, Роман не сидів на лавці, а нероздягнений стояв коло порогу, з книжкою під пахвою. Він мав уже себе зовсім одрізаним од школи й дивився на ослони, на казенні стіни як на щось далеке йому, чуже. Прочитали молитву; тоді Роман підійшов до вчительки й оддав їй шкільну книжку.</w:t>
      </w:r>
    </w:p>
    <w:p>
      <w:r>
        <w:br/>
        <w:t>— Я не буду ходити до школи! — сказав він.</w:t>
      </w:r>
    </w:p>
    <w:p>
      <w:r>
        <w:br/>
        <w:t>Вчителька почала розпитувати, що він буде робити вдома</w:t>
      </w:r>
    </w:p>
    <w:p>
      <w:r>
        <w:br/>
        <w:t>— До хазяїна піду,— промовив Роман і пішов до дверей.</w:t>
      </w:r>
    </w:p>
    <w:p>
      <w:r>
        <w:br/>
        <w:t>Вчителька ще хотіла щось сказати. Роман її не слухав і був уже за дверима.</w:t>
      </w:r>
    </w:p>
    <w:p>
      <w:r>
        <w:br/>
        <w:t>В коридорі він спинився й подумав. Потім вернувся, прочинив у клас двері, просунув туди голову, не здіймаючи шапки, і тоненьким голосом, передразнюючи вчительку, пропищав:</w:t>
      </w:r>
    </w:p>
    <w:p>
      <w:r>
        <w:br/>
        <w:t>— Какой ті балван!.. Ні скажіш — пі-рі-пі-лі-ня-та... Га, щоб вони були видохли тобі! — додав він баском, як чабан. Потім, під регіт усіх школярів, стукнув дверима і, скільки духу, подався од школи.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Роман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