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Родове дерево</w:t>
      </w:r>
    </w:p>
    <w:p>
      <w:r>
        <w:br/>
        <w:t xml:space="preserve"> &lt;p&gt;І</w:t>
      </w:r>
    </w:p>
    <w:p>
      <w:r>
        <w:br/>
        <w:t>"Це я, Сашко Вінничук.</w:t>
      </w:r>
    </w:p>
    <w:p>
      <w:r>
        <w:br/>
        <w:t>Я учень 3 класу.</w:t>
      </w:r>
    </w:p>
    <w:p>
      <w:r>
        <w:br/>
        <w:t>Я люблю добре поїсти, поспати і погратися, і дивитися бойовики.</w:t>
      </w:r>
    </w:p>
    <w:p>
      <w:r>
        <w:br/>
        <w:t>Найбільше мені подобаються книжки "Робінзон Крузо" Дефо, "Двадцять тисяч льє під водою" Ж. Верна, "Три товстуни" Ю. Слеші та "Гаргантюа і Пантагрюель" Франсуа Рабле.</w:t>
      </w:r>
    </w:p>
    <w:p>
      <w:r>
        <w:br/>
        <w:t>Ще я люблю грати в футбол і войнушки, кататися на санках і купатися.</w:t>
      </w:r>
    </w:p>
    <w:p>
      <w:r>
        <w:br/>
        <w:t>І ще я люблю відмінно вчитися (явно підказане мамою).</w:t>
      </w:r>
    </w:p>
    <w:p>
      <w:r>
        <w:br/>
        <w:t>II</w:t>
      </w:r>
    </w:p>
    <w:p>
      <w:r>
        <w:br/>
        <w:t>Колись люди вважали, що нашими прабатьками були перші люди Адам і Єва, які були ніби корінням велетенського дерева — поколінь усіх наступних людей. І ми, і наші батьки, і наші бабусі та дідусі, і їхні батьки — всі ми є маленькими гілочками великого дерева, яке називається Україною. Ось таким є дерево мого роду:</w:t>
      </w:r>
    </w:p>
    <w:p>
      <w:r>
        <w:br/>
        <w:t>І коли я намалював оце дерево, то пообіцяв татові й мамі роби ти усе, аби воно не усохло.</w:t>
      </w:r>
    </w:p>
    <w:p>
      <w:r>
        <w:br/>
        <w:t>Сашко Вінничук".</w:t>
      </w:r>
    </w:p>
    <w:p>
      <w:r>
        <w:br/>
        <w:t>III</w:t>
      </w:r>
    </w:p>
    <w:p>
      <w:r>
        <w:br/>
        <w:t>Олександр Вінничук, блискучий студент Інституту міжнародних відносин, гордість тата й мами, трагічно загинув два роки тому.</w:t>
      </w:r>
    </w:p>
    <w:p>
      <w:r>
        <w:br/>
        <w:t>А дерево стоїть, не всихає. Лишилася ж сестра, ще й брати-сестри двоюрідні.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Родове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