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Родич смерті</w:t>
      </w:r>
    </w:p>
    <w:p>
      <w:r>
        <w:br/>
        <w:t xml:space="preserve"> Я смерті родичем родився:&lt;br /&gt;</w:t>
        <w:br/>
        <w:t>Люблю згасаюче кохання,&lt;br /&gt;</w:t>
        <w:br/>
        <w:t>Люблю цілунки нелункі&lt;br /&gt;</w:t>
        <w:br/>
        <w:t>На прощання.</w:t>
      </w:r>
    </w:p>
    <w:p>
      <w:r>
        <w:br/>
        <w:t>Люблю троянди хоровиті,&lt;br /&gt;</w:t>
        <w:br/>
        <w:t>Люблю жінок у тужній в'яні,&lt;br /&gt;</w:t>
        <w:br/>
        <w:t>Осінні дні люблю — сумні&lt;br /&gt;</w:t>
        <w:br/>
        <w:t>Й осіянні.</w:t>
      </w:r>
    </w:p>
    <w:p>
      <w:r>
        <w:br/>
        <w:t>Люблю години дивінацій,&lt;br /&gt;</w:t>
        <w:br/>
        <w:t>Перестороги інтуїцій:&lt;br /&gt;</w:t>
        <w:br/>
        <w:t>Святої смерті добра вість&lt;br /&gt;</w:t>
        <w:br/>
        <w:t>В них таїться.</w:t>
      </w:r>
    </w:p>
    <w:p>
      <w:r>
        <w:br/>
        <w:t>Люблю плачущих і безсонних,&lt;br /&gt;</w:t>
        <w:br/>
        <w:t>Люблю скитальців безустанних&lt;br /&gt;</w:t>
        <w:br/>
        <w:t>I наморозі рівну сизь&lt;br /&gt;</w:t>
        <w:br/>
        <w:t>На отавах.</w:t>
      </w:r>
    </w:p>
    <w:p>
      <w:r>
        <w:br/>
        <w:t>Люблю утому після зречень,&lt;br /&gt;</w:t>
        <w:br/>
        <w:t>Безслізний рид і тихий нетям —&lt;br /&gt;</w:t>
        <w:br/>
        <w:t>Притулок хворим, мудрецям&lt;br /&gt;</w:t>
        <w:br/>
        <w:t>I поетам.</w:t>
      </w:r>
    </w:p>
    <w:p>
      <w:r>
        <w:br/>
        <w:t>Люблю знеможених, знебулих,&lt;br /&gt;</w:t>
        <w:br/>
        <w:t>Усіх, що в розпач удаються,&lt;br /&gt;</w:t>
        <w:br/>
        <w:t>Усю недолю світу, все&lt;br /&gt;</w:t>
        <w:br/>
        <w:t>Горе людства.</w:t>
      </w:r>
    </w:p>
    <w:p>
      <w:r>
        <w:br/>
        <w:t>Я смерті родичем родився:&lt;br /&gt;</w:t>
        <w:br/>
        <w:t>Люблю згасаюче кохання,&lt;br /&gt;</w:t>
        <w:br/>
        <w:t>Люблю цілунки нелункі&lt;br /&gt;</w:t>
        <w:br/>
        <w:t>На прощання.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Родич смерті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